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Expor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Export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Export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Expor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