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useSetupSuperOptions()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useSetupSuperOptions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useSetupSuperOptions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useSetupSuperOptions()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