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useSetupExpor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Expor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seSetupExport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useSetupExpor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