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useSetupPageGlobalMethod()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modules/super-miniprogram/global/global-methods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useSetupPageGlobalMethod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useSetupPageGlobalMethod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设置页面的全局方法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`DefineSuperPageOptions`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useSetupPageGlobalMethod()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