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useSetupComponentGlobalMethod()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useSetupComponentGlobalMethod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useSetupComponentGlobalMethod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设置组件的全局方法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useSetupComponentGlobalMethod()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