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Function: setModelValue()</w:t>
      </w:r>
    </w:p>
    <w:p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**Polyv Wx Live Player Component**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</w:r>
    </w:p>
    <w:p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Polyv Wx Live Player Component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/ 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modules/super-miniprogram/global/global-methods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/ setModelValue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b/>
          <w:sz w:val="20"/>
        </w:rPr>
        <w:t>setModelValue</w:t>
      </w:r>
      <w:r>
        <w:rPr>
          <w:rFonts w:ascii="Source Han Sans SC" w:hAnsi="Source Han Sans SC" w:eastAsia="Source Han Sans SC" w:cs="Source Han Sans SC" w:hint="eastAsia"/>
          <w:sz w:val="20"/>
        </w:rPr>
        <w:t>(</w:t>
      </w:r>
      <w:r>
        <w:rPr>
          <w:rFonts w:ascii="Menlo" w:hAnsi="Menlo"/>
          <w:color w:val="444444"/>
          <w:sz w:val="19"/>
        </w:rPr>
        <w:t>event</w:t>
      </w:r>
      <w:r>
        <w:rPr>
          <w:rFonts w:ascii="Source Han Sans SC" w:hAnsi="Source Han Sans SC" w:eastAsia="Source Han Sans SC" w:cs="Source Han Sans SC" w:hint="eastAsia"/>
          <w:sz w:val="20"/>
        </w:rPr>
        <w:t xml:space="preserve">): </w:t>
      </w:r>
      <w:r>
        <w:rPr>
          <w:rFonts w:ascii="Menlo" w:hAnsi="Menlo"/>
          <w:color w:val="444444"/>
          <w:sz w:val="19"/>
        </w:rPr>
        <w:t>void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根据 change 事件设置 formData</w:t>
      </w:r>
    </w:p>
    <w:p>
      <w:pPr>
        <w:pStyle w:val="Heading1"/>
      </w:pPr>
      <w:r>
        <w:t>Parameters</w:t>
      </w:r>
    </w:p>
    <w:p>
      <w:pPr>
        <w:pStyle w:val="Heading2"/>
      </w:pPr>
      <w:r>
        <w:t>event</w:t>
      </w:r>
    </w:p>
    <w:p>
      <w:r>
        <w:rPr>
          <w:rFonts w:ascii="Menlo" w:hAnsi="Menlo"/>
          <w:color w:val="444444"/>
          <w:sz w:val="20"/>
        </w:rPr>
        <w:t>any</w:t>
      </w:r>
    </w:p>
    <w:p>
      <w:pPr>
        <w:pStyle w:val="Heading1"/>
      </w:pPr>
      <w:r>
        <w:t>Returns</w:t>
      </w:r>
    </w:p>
    <w:p>
      <w:r>
        <w:rPr>
          <w:rFonts w:ascii="Menlo" w:hAnsi="Menlo"/>
          <w:color w:val="444444"/>
          <w:sz w:val="20"/>
        </w:rPr>
        <w:t>void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Function: setModelValue()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