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modules/super-miniprogram/emit/setup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modules/super-miniprogram/emit/setup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defEmit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useSetupEmit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modules/super-miniprogram/emit/setup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