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CreateSuperAppOptions\&lt;LangDT, IGD, IGP\&gt;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modules/super-miniprogram/create-app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CreateSuperAppOptions</w:t>
      </w:r>
    </w:p>
    <w:p>
      <w:pPr>
        <w:pStyle w:val="Heading1"/>
      </w:pPr>
      <w:r>
        <w:t>Type Parameters</w:t>
      </w:r>
    </w:p>
    <w:p>
      <w:pPr>
        <w:pStyle w:val="Heading2"/>
      </w:pPr>
      <w:r>
        <w:t>LangDT</w:t>
      </w:r>
    </w:p>
    <w:p>
      <w:r>
        <w:rPr>
          <w:rFonts w:ascii="Menlo" w:hAnsi="Menlo"/>
          <w:color w:val="444444"/>
          <w:sz w:val="20"/>
        </w:rPr>
        <w:t>LangDT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`LangDataType`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`LangDataType`</w:t>
      </w:r>
    </w:p>
    <w:p>
      <w:pPr>
        <w:pStyle w:val="Heading2"/>
      </w:pPr>
      <w:r>
        <w:t>IGD</w:t>
      </w:r>
    </w:p>
    <w:p>
      <w:r>
        <w:rPr>
          <w:rFonts w:ascii="Menlo" w:hAnsi="Menlo"/>
          <w:color w:val="444444"/>
          <w:sz w:val="20"/>
        </w:rPr>
        <w:t>IGD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`InjectGlobalDataType`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`InjectGlobalDataType`</w:t>
      </w:r>
    </w:p>
    <w:p>
      <w:pPr>
        <w:pStyle w:val="Heading2"/>
      </w:pPr>
      <w:r>
        <w:t>IGP</w:t>
      </w:r>
    </w:p>
    <w:p>
      <w:r>
        <w:rPr>
          <w:rFonts w:ascii="Menlo" w:hAnsi="Menlo"/>
          <w:color w:val="444444"/>
          <w:sz w:val="20"/>
        </w:rPr>
        <w:t>IGP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`PropertyOptions`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`PropertyOptions`</w:t>
      </w:r>
    </w:p>
    <w:p>
      <w:pPr>
        <w:pStyle w:val="Heading1"/>
      </w:pPr>
      <w:r>
        <w:t>Properties</w:t>
      </w:r>
    </w:p>
    <w:p>
      <w:pPr>
        <w:pStyle w:val="Heading2"/>
      </w:pPr>
      <w:r>
        <w:t>currentLang?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currentLang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LangDT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injectComponentOptions()?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injectComponentOptions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void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\| </w:t>
      </w:r>
      <w:r>
        <w:rPr>
          <w:rFonts w:ascii="Menlo" w:hAnsi="Menlo"/>
          <w:color w:val="444444"/>
          <w:sz w:val="19"/>
        </w:rPr>
        <w:t>ComponentOptions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Component 全局注入 options</w:t>
      </w:r>
    </w:p>
    <w:p>
      <w:pPr>
        <w:pStyle w:val="Heading3"/>
      </w:pPr>
      <w:r>
        <w:t>Parameters</w:t>
      </w:r>
    </w:p>
    <w:p>
      <w:pPr>
        <w:pStyle w:val="Heading3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`DefineSuperComponentOptions`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\| </w:t>
      </w:r>
      <w:r>
        <w:rPr>
          <w:rFonts w:ascii="Menlo" w:hAnsi="Menlo"/>
          <w:color w:val="444444"/>
          <w:sz w:val="20"/>
        </w:rPr>
        <w:t>ComponentOptions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injectComponentProperties()?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injectComponentProperties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void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\| </w:t>
      </w:r>
      <w:r>
        <w:rPr>
          <w:rFonts w:ascii="Menlo" w:hAnsi="Menlo"/>
          <w:color w:val="444444"/>
          <w:sz w:val="19"/>
        </w:rPr>
        <w:t>IGP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Component 全局注入 properties</w:t>
      </w:r>
    </w:p>
    <w:p>
      <w:pPr>
        <w:pStyle w:val="Heading3"/>
      </w:pPr>
      <w:r>
        <w:t>Parameters</w:t>
      </w:r>
    </w:p>
    <w:p>
      <w:pPr>
        <w:pStyle w:val="Heading3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`DefineSuperComponentOptions`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\| </w:t>
      </w:r>
      <w:r>
        <w:rPr>
          <w:rFonts w:ascii="Menlo" w:hAnsi="Menlo"/>
          <w:color w:val="444444"/>
          <w:sz w:val="20"/>
        </w:rPr>
        <w:t>IGP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injectExternalClasses()?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injectExternalClasses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>[]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Component 全局注入 externalClasses</w:t>
      </w:r>
    </w:p>
    <w:p>
      <w:pPr>
        <w:pStyle w:val="Heading3"/>
      </w:pPr>
      <w:r>
        <w:t>Parameters</w:t>
      </w:r>
    </w:p>
    <w:p>
      <w:pPr>
        <w:pStyle w:val="Heading3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`DefineSuperComponentOptions`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>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injectGlobalData()?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injectGlobalData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IGD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全局注入 data</w:t>
      </w:r>
    </w:p>
    <w:p>
      <w:pPr>
        <w:pStyle w:val="Heading3"/>
      </w:pPr>
      <w:r>
        <w:t>Parameters</w:t>
      </w:r>
    </w:p>
    <w:p>
      <w:pPr>
        <w:pStyle w:val="Heading3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`DefineSuperOptions`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IGD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pageOnLoadHook()?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pageOnLoadHook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params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unknown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Page 的 onLoad 钩子</w:t>
      </w:r>
    </w:p>
    <w:p>
      <w:pPr>
        <w:pStyle w:val="Heading3"/>
      </w:pPr>
      <w:r>
        <w:t>Parameters</w:t>
      </w:r>
    </w:p>
    <w:p>
      <w:pPr>
        <w:pStyle w:val="Heading3"/>
      </w:pPr>
      <w:r>
        <w:t>params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`PageOnLoadHookParams`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unknown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CreateSuperAppOptions\&lt;LangDT, IGD, IGP\&gt;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