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modules/super-miniprogram/create-app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modules/super-miniprogram/create-app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createSuperApp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modules/super-miniprogram/create-app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