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modules/super-miniprogram/computed/data-tracer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modules/super-miniprogram/computed/data-tracer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IRelatedPathValue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modules/super-miniprogram/computed/data-tracer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