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modules/super-miniprogram/computed/data-path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modules/super-miniprogram/computed/data-path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getDataOnPath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modules/super-miniprogram/computed/data-path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