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</w:t>
      </w:r>
    </w:p>
    <w:p>
      <w:pPr>
        <w:pStyle w:val="Heading1"/>
      </w:pPr>
      <w:r>
        <w:t>References</w:t>
      </w:r>
    </w:p>
    <w:p>
      <w:pPr>
        <w:pStyle w:val="Heading2"/>
      </w:pPr>
      <w:r>
        <w:t>\_DefineStoreOptionsAction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_DefineStoreOptionsAction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\_DefineStoreOptionsGetter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_DefineStoreOptionsGetter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\_DefineStoreOptionsState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_DefineStoreOptionsState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\_DefineStoreOptionsStaticState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_DefineStoreOptionsStaticState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\_StoreDefinitionsToObject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_StoreDefinitionsToObject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\_StoreDefinitionToObject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_StoreDefinitionToObject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\_StoreObjectKey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_StoreObjectKey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ActionMethod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ActionMethod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ActionOptions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ActionOptions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ConstructorType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ConstructorType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createSuperApp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createSuperApp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CreateSuperAppOptions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CreateSuperAppOptions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defEmit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defEmit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defineStore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defineStore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DefineStoreOptions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DefineStoreOptions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DefineSuperComponentOptions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DefineSuperComponentOptions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DefineSuperOptions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DefineSuperOptions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DefineSuperPageOptions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DefineSuperPageOptions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ExtractEmitTypes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ExtractEmitTypes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ExtractGetterOptions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ExtractGetterOptions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ExtractInstanceDataByLang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ExtractInstanceDataByLang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ExtractPropTypes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ExtractPropTypes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ExtractSuperComponentInstance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ExtractSuperComponentInstance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GetterMethod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GetterMethod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GetterOptions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GetterOptions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isArray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isArray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LangDataType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LangDataType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NativeType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NativeType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PickTypeConstructor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PickTypeConstructor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Prop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Prop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PropOptions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PropOptions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resetAllStore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resetAllStore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StateTree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StateTree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StoreDefinition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StoreDefinition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StoreEvents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StoreEvents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StoreInstance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StoreInstance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SuperComponent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SuperComponentInstance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SuperComponentInstance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SuperComponentOptions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SuperInstance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SuperInstance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SuperPageInstance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SuperPageInstance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SuperPageOptions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tupleDefinition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tupleDefinition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tupleString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tupleString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TypeBasicDef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TypeBasicDef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