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modules/plv-live-player-core/polyv-live-player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modules/plv-live-player-core/polyv-live-player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ApiStatus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default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LevelType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PlayCoreType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PlayerEventsType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PlayType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modules/plv-live-player-core/polyv-live-player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