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modules/plv-live-player-core/polyv-live-player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modules/plv-live-player-core/polyv-live-player</w:t>
      </w:r>
    </w:p>
    <w:p>
      <w:pPr>
        <w:pStyle w:val="Heading1"/>
      </w:pPr>
      <w:r>
        <w:t>Enumerations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ApiStatus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ErrorCode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LevelType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PlayCoreType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PlayerEventsType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PlayType</w:t>
      </w:r>
    </w:p>
    <w:p>
      <w:pPr>
        <w:pStyle w:val="Heading1"/>
      </w:pPr>
      <w:r>
        <w:t>Classes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PolyvLive</w:t>
      </w:r>
    </w:p>
    <w:p>
      <w:pPr>
        <w:pStyle w:val="Heading1"/>
      </w:pPr>
      <w:r>
        <w:t>Interfaces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AuthSetting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IChannelJsonConfig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IChannelJsonEncryptResponse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IChannelJsonRequest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IDefinitions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IGetApiStatusRequest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IGetApiStatusResponse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IGetNewestPlayUrlsResponse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ILineModel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IMultirateModel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LevelItem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LineItem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PlayCoreItem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PlayerConfig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PlayerError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PlayerMediaInfo</w:t>
      </w:r>
    </w:p>
    <w:p>
      <w:pPr>
        <w:pStyle w:val="Heading1"/>
      </w:pPr>
      <w:r>
        <w:t>Type Aliases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PlayerEventMap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PlayerStatisticsSetting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StatisticsSetting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YN</w:t>
      </w:r>
    </w:p>
    <w:p>
      <w:pPr>
        <w:pStyle w:val="Heading1"/>
      </w:pPr>
      <w:r>
        <w:t>References</w:t>
      </w:r>
    </w:p>
    <w:p>
      <w:pPr>
        <w:pStyle w:val="Heading2"/>
      </w:pPr>
      <w:r>
        <w:t>default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Renames and 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PolyvLive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modules/plv-live-player-core/polyv-live-player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