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 Wx Live Player Component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1"/>
      </w:pPr>
      <w:r>
        <w:t>Modules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assets/lang/i18ns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assets/lang/i18ns/china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assets/lang/i18ns/english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assets/lang/lang-enum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components/plv-player/plv-player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components/plv-setting/plv-setting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components/plv-skin/plv-skin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modules/super-miniprogram/computed/computed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modules/super-miniprogram/computed/computed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modules/super-miniprogram/computed/data-path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modules/super-miniprogram/computed/data-path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modules/super-miniprogram/computed/data-tracer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modules/super-miniprogram/computed/data-tracer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modules/super-miniprogram/create-app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modules/super-miniprogram/create-app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modules/super-miniprogram/inject-data/setup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modules/super-miniprogram/inject-data/setup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modules/super-miniprogram/inject-data/types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modules/super-miniprogram/inject-data/types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modules/super-miniprogram/interface/types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modules/super-miniprogram/interface/types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modules/super-miniprogram/prop-utils/basic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modules/super-miniprogram/prop-utils/basic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modules/super-miniprogram/prop-utils/prop-utils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modules/super-miniprogram/prop-utils/prop-utils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modules/super-miniprogram/store/define-store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modules/super-miniprogram/store/define-store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modules/super-miniprogram/store/setup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modules/super-miniprogram/store/store-record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modules/super-miniprogram/store/store-record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modules/super-miniprogram/store/utils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modules/super-miniprogram/store/utils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modules/super-miniprogram/super/exports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modules/super-miniprogram/super/others/external-classes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modules/super-miniprogram/super/others/external-classes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modules/super-miniprogram/super/others/relation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modules/super-miniprogram/super/others/relation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modules/super-miniprogram/super/super-component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modules/super-miniprogram/super/super-component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modules/super-miniprogram/super/super-page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modules/super-miniprogram/super/super-page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modules/super-miniprogram/test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modules/super-miniprogram/test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modules/super-miniprogram/tool/eventEmitter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modules/super-miniprogram/tool/eventEmitter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modules/super-miniprogram/tool/rfdc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modules/super-miniprogram/tool/rfdc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modules/super-miniprogram/utils/types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modules/super-miniprogram/utils/types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plugin/super-init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plv-live-player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store/control-store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store/lang-store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store/player-store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store/time-store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type/common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type/control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type/events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type/export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type/player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type/vod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utils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utils/timeFormat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 Wx Live Player Component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