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components/plv-skin/plv-skin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components/plv-skin/plv-skin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components/plv-skin/plv-skin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