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i18nData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assets/lang/i18ns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i18nData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i18nData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`LangI18nData`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i18nData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