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assets/lang/enter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assets/lang/enter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getLangData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translate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assets/lang/enter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