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PLV Live Player 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Polyv Wx Live Player Component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保利威直播播放器小程序组件，支持直播、回放等功能。</w:t>
      </w:r>
    </w:p>
    <w:p>
      <w:pPr>
        <w:pStyle w:val="Heading1"/>
      </w:pPr>
      <w:r>
        <w:t>[开发注意事项](https://git-internal.polyv.net/miniApp/live-watch/-/tree/main/app/watch)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PLV Live Player 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