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接口</w:t>
      </w:r>
    </w:p>
    <w:p>
      <w:pPr>
        <w:pStyle w:val="Heading1"/>
      </w:pPr>
      <w:r>
        <w:t>接口调用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&lt;polyv-live-player</w:t>
        <w:br/>
        <w:t xml:space="preserve">  id="plv-live-player"</w:t>
        <w:br/>
        <w:t xml:space="preserve">  config="{{ config }}"</w:t>
        <w:br/>
        <w:t>&gt;</w:t>
        <w:br/>
        <w:t>&lt;/polyv-live-player&gt;</w:t>
        <w:br/>
        <w:br/>
        <w:t>// 播放视频</w:t>
        <w:br/>
        <w:t>const player = this.selectComponent('#plv-live-player')</w:t>
        <w:br/>
        <w:t>player.play();</w:t>
      </w:r>
    </w:p>
    <w:p>
      <w:pPr>
        <w:pStyle w:val="Heading1"/>
      </w:pPr>
      <w:r>
        <w:t>接口列表</w:t>
      </w:r>
    </w:p>
    <w:p>
      <w:pPr>
        <w:pStyle w:val="Heading2"/>
      </w:pPr>
      <w:r>
        <w:t>play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播放视频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player.play();</w:t>
      </w:r>
    </w:p>
    <w:p>
      <w:pPr>
        <w:pStyle w:val="Heading2"/>
      </w:pPr>
      <w:r>
        <w:t>pause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暂停视频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player.pause();</w:t>
      </w:r>
    </w:p>
    <w:p>
      <w:pPr>
        <w:pStyle w:val="Heading2"/>
      </w:pPr>
      <w:r>
        <w:t>enterFullScreen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进入全屏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player.enterFullScreen();</w:t>
      </w:r>
    </w:p>
    <w:p>
      <w:pPr>
        <w:pStyle w:val="Heading2"/>
      </w:pPr>
      <w:r>
        <w:t>exitFullScreen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退出全屏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player.exitFullScreen();</w:t>
      </w:r>
    </w:p>
    <w:p>
      <w:pPr>
        <w:pStyle w:val="Heading2"/>
      </w:pPr>
      <w:r>
        <w:t>refresh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刷新视频(仅直播中生效)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player.refresh();</w:t>
      </w:r>
    </w:p>
    <w:p>
      <w:pPr>
        <w:pStyle w:val="Heading2"/>
      </w:pPr>
      <w:r>
        <w:t>seek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快进视频(仅回放中生效)，单位秒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player.seek(50);</w:t>
      </w:r>
    </w:p>
    <w:p>
      <w:pPr>
        <w:pStyle w:val="Heading2"/>
      </w:pPr>
      <w:r>
        <w:t>getVideoContext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获取播放组件实例，可以实现主动退出小窗等操作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const playerCtx = player.getVideoContext();</w:t>
        <w:br/>
        <w:t>playerCtx.exitPictureInPicture();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