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事件</w:t>
      </w:r>
    </w:p>
    <w:p>
      <w:pPr>
        <w:pStyle w:val="Heading1"/>
      </w:pPr>
      <w:r>
        <w:t>事件监听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config="{{ config }}"</w:t>
        <w:br/>
        <w:t xml:space="preserve">  bind:videoPlay="onVideoPlay"</w:t>
        <w:br/>
        <w:t>&gt;</w:t>
        <w:br/>
        <w:t>&lt;/polyv-live-player&gt;</w:t>
        <w:br/>
        <w:br/>
        <w:t>onVideoPlay() {</w:t>
        <w:br/>
        <w:t xml:space="preserve">  console.log('视频播放事件');</w:t>
        <w:br/>
        <w:t>}</w:t>
      </w:r>
    </w:p>
    <w:p>
      <w:pPr>
        <w:pStyle w:val="Heading1"/>
      </w:pPr>
      <w:r>
        <w:t>事件列表</w:t>
      </w:r>
    </w:p>
    <w:p>
      <w:pPr>
        <w:pStyle w:val="Heading2"/>
      </w:pPr>
      <w:r>
        <w:t>fullScreenChange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全屏状态切换事件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bind:fullScreenChange="onFullScreenChange"</w:t>
        <w:br/>
        <w:t>/&gt;</w:t>
        <w:br/>
        <w:br/>
        <w:t>onFullScreenChange(e) {</w:t>
        <w:br/>
        <w:t xml:space="preserve">  console.log('全屏普屏切换', e);</w:t>
        <w:br/>
        <w:t>}</w:t>
      </w:r>
    </w:p>
    <w:p>
      <w:pPr>
        <w:pStyle w:val="Heading2"/>
      </w:pPr>
      <w:r>
        <w:t>videoPlay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bind:videoPlay="onVideoPlay"</w:t>
        <w:br/>
        <w:t>/&gt;</w:t>
        <w:br/>
        <w:br/>
        <w:t>onVideoPlay() {</w:t>
        <w:br/>
        <w:t xml:space="preserve">  console.log('视频播放事件');</w:t>
        <w:br/>
        <w:t>}</w:t>
      </w:r>
    </w:p>
    <w:p>
      <w:pPr>
        <w:pStyle w:val="Heading2"/>
      </w:pPr>
      <w:r>
        <w:t>videoPause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视频暂停播放事件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bind:videoPause="onVideoPause"</w:t>
        <w:br/>
        <w:t>/&gt;</w:t>
        <w:br/>
        <w:br/>
        <w:t>onVideoPause() {</w:t>
        <w:br/>
        <w:t xml:space="preserve">  console.log('视频暂停播放事件');</w:t>
        <w:br/>
        <w:t>}</w:t>
      </w:r>
    </w:p>
    <w:p>
      <w:pPr>
        <w:pStyle w:val="Heading2"/>
      </w:pPr>
      <w:r>
        <w:t>videoEnded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视频播放结束事件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bind:videoEnded="onVideoEnded"</w:t>
        <w:br/>
        <w:t>/&gt;</w:t>
        <w:br/>
        <w:br/>
        <w:t>onVideoEnded() {</w:t>
        <w:br/>
        <w:t xml:space="preserve">  console.log('视频播放结束事件');</w:t>
        <w:br/>
        <w:t>}</w:t>
      </w:r>
    </w:p>
    <w:p>
      <w:pPr>
        <w:pStyle w:val="Heading2"/>
      </w:pPr>
      <w:r>
        <w:t>videoError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视频播放错误事件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bind:videoError="onVideoError"</w:t>
        <w:br/>
        <w:t>/&gt;</w:t>
        <w:br/>
        <w:br/>
        <w:t>onVideoError(e) {</w:t>
        <w:br/>
        <w:t xml:space="preserve">  console.log('视频播放错误事件', e);</w:t>
        <w:br/>
        <w:t>}</w:t>
      </w:r>
    </w:p>
    <w:p>
      <w:pPr>
        <w:pStyle w:val="Heading2"/>
      </w:pPr>
      <w:r>
        <w:t>vodPlay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回放播放事件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bind:vodPlay="onVodPlay"</w:t>
        <w:br/>
        <w:t>/&gt;</w:t>
        <w:br/>
        <w:br/>
        <w:t>onVodPlay() {</w:t>
        <w:br/>
        <w:t xml:space="preserve">  console.log('回放播放事件');</w:t>
        <w:br/>
        <w:t>}</w:t>
      </w:r>
    </w:p>
    <w:p>
      <w:pPr>
        <w:pStyle w:val="Heading2"/>
      </w:pPr>
      <w:r>
        <w:t>vodPause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回放暂停播放事件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bind:vodPause="onVodPause"</w:t>
        <w:br/>
        <w:t>/&gt;</w:t>
        <w:br/>
        <w:br/>
        <w:t>onVodPause() {</w:t>
        <w:br/>
        <w:t xml:space="preserve">  console.log('回放暂停播放事件');</w:t>
        <w:br/>
        <w:t>}</w:t>
      </w:r>
    </w:p>
    <w:p>
      <w:pPr>
        <w:pStyle w:val="Heading2"/>
      </w:pPr>
      <w:r>
        <w:t>vodEnded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回放播放结束事件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bind:vodEnded="onVodEnded"</w:t>
        <w:br/>
        <w:t>/&gt;</w:t>
        <w:br/>
        <w:br/>
        <w:t>onVodEnded() {</w:t>
        <w:br/>
        <w:t xml:space="preserve">  console.log('回放播放结束事件');</w:t>
        <w:br/>
        <w:t>}</w:t>
      </w:r>
    </w:p>
    <w:p>
      <w:pPr>
        <w:pStyle w:val="Heading2"/>
      </w:pPr>
      <w:r>
        <w:t>vodTimeUpdate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回放播放时间更新事件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bind:vodTimeUpdate="onVodTimeUpdate"</w:t>
        <w:br/>
        <w:t>/&gt;</w:t>
        <w:br/>
        <w:br/>
        <w:t>onVodTimeUpdate(e) {</w:t>
        <w:br/>
        <w:t xml:space="preserve">  console.log('回放播放时间更新事件', e);</w:t>
        <w:br/>
        <w:t>}</w:t>
      </w:r>
    </w:p>
    <w:p>
      <w:pPr>
        <w:pStyle w:val="Heading2"/>
      </w:pPr>
      <w:r>
        <w:t>vodDurationUpdate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回放播放总时长更新事件，以实际小程序播放组件返回的时长为准。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bind:vodDurationUpdate="onVodDurationUpdate"</w:t>
        <w:br/>
        <w:t>/&gt;</w:t>
        <w:br/>
        <w:br/>
        <w:t>onVodDurationUpdate(e) {</w:t>
        <w:br/>
        <w:t xml:space="preserve">  console.log('回放播放总时长更新事件', e);</w:t>
        <w:br/>
        <w:t>}</w:t>
      </w:r>
    </w:p>
    <w:p>
      <w:pPr>
        <w:pStyle w:val="Heading2"/>
      </w:pPr>
      <w:r>
        <w:t>vodWaiting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回放视频缓冲事件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bind:vodWaiting="onVodWaiting"</w:t>
        <w:br/>
        <w:t>/&gt;</w:t>
        <w:br/>
        <w:br/>
        <w:t>onVodWaiting() {</w:t>
        <w:br/>
        <w:t xml:space="preserve">  console.log('回放视频缓冲事件');</w:t>
        <w:br/>
        <w:t>}</w:t>
      </w:r>
    </w:p>
    <w:p>
      <w:pPr>
        <w:pStyle w:val="Heading2"/>
      </w:pPr>
      <w:r>
        <w:t>vodSeekComplete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回放视频跳转完成事件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bind:vodSeekComplete="onVodSeekComplete"</w:t>
        <w:br/>
        <w:t>/&gt;</w:t>
        <w:br/>
        <w:br/>
        <w:t>onVodSeekComplete() {</w:t>
        <w:br/>
        <w:t xml:space="preserve">  console.log('回放视频跳转完成事件');</w:t>
        <w:br/>
        <w:t>}</w:t>
      </w:r>
    </w:p>
    <w:p>
      <w:pPr>
        <w:pStyle w:val="Heading2"/>
      </w:pPr>
      <w:r>
        <w:t>error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播放器错误事件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bind:error="onError"</w:t>
        <w:br/>
        <w:t>/&gt;</w:t>
        <w:br/>
        <w:br/>
        <w:t>enum ErrorCode {</w:t>
        <w:br/>
        <w:t xml:space="preserve">  /**</w:t>
        <w:br/>
        <w:t xml:space="preserve">  * 未知错误</w:t>
        <w:br/>
        <w:t xml:space="preserve">  */</w:t>
        <w:br/>
        <w:t xml:space="preserve">  UNKNOWN = "000",</w:t>
        <w:br/>
        <w:t xml:space="preserve">  /**</w:t>
        <w:br/>
        <w:t xml:space="preserve">  * 传入参数非法或鉴权失败</w:t>
        <w:br/>
        <w:t xml:space="preserve">  */</w:t>
        <w:br/>
        <w:t xml:space="preserve">  UN_LEGAL = "001",</w:t>
        <w:br/>
        <w:t xml:space="preserve">  /**</w:t>
        <w:br/>
        <w:t xml:space="preserve">  * 账号异常</w:t>
        <w:br/>
        <w:t xml:space="preserve">  */</w:t>
        <w:br/>
        <w:t xml:space="preserve">  ACCOUNT_ABNORMAL = "002",</w:t>
        <w:br/>
        <w:t xml:space="preserve">  /**</w:t>
        <w:br/>
        <w:t xml:space="preserve">  * 配置加载失败</w:t>
        <w:br/>
        <w:t xml:space="preserve">  */</w:t>
        <w:br/>
        <w:t xml:space="preserve">  CONFIG_LOAD_FAIL = "011"</w:t>
        <w:br/>
        <w:t>}</w:t>
        <w:br/>
        <w:br/>
        <w:t>function onError(e: {</w:t>
        <w:br/>
        <w:t xml:space="preserve">  // 错误码</w:t>
        <w:br/>
        <w:t xml:space="preserve">  code: ErrorCode;</w:t>
        <w:br/>
        <w:t>}) {</w:t>
        <w:br/>
        <w:t xml:space="preserve">  console.info('致命错误，无法恢复播放:', code);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