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AuthSetting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AuthSetting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鉴权配置</w:t>
      </w:r>
    </w:p>
    <w:p>
      <w:pPr>
        <w:pStyle w:val="Heading1"/>
      </w:pPr>
      <w:r>
        <w:t>Properties</w:t>
      </w:r>
    </w:p>
    <w:p>
      <w:pPr>
        <w:pStyle w:val="Heading2"/>
      </w:pPr>
      <w:r>
        <w:t>appId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应用ID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sign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校验签名</w:t>
      </w:r>
    </w:p>
    <w:p>
      <w:pPr>
        <w:pStyle w:val="Heading3"/>
      </w:pPr>
      <w:r>
        <w:t>Example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签名计算示例，注意：请勿在前端代码出现明文appSecret，建议通过后端接口获取appSecret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params = {</w:t>
        <w:br/>
        <w:t xml:space="preserve">  appId: appId,</w:t>
        <w:br/>
        <w:t xml:space="preserve">  channelId: channelId,</w:t>
        <w:br/>
        <w:t xml:space="preserve">  timestamp: new Date().getTime(),</w:t>
        <w:br/>
        <w:t>}</w:t>
        <w:br/>
        <w:t>const apiSecret = '123456';</w:t>
        <w:br/>
        <w:br/>
        <w:t>function getSign(obj: any, apiSecret: string) {</w:t>
        <w:br/>
        <w:t xml:space="preserve">  const resortParam = (obj: any) =&gt; {</w:t>
        <w:br/>
        <w:t xml:space="preserve">    const arr = Object.keys(obj)</w:t>
        <w:br/>
        <w:t xml:space="preserve">      .filter(item =&gt; item !== 'sign')</w:t>
        <w:br/>
        <w:t xml:space="preserve">      .sort(); // 拿到除sign外字母顺序排列的key</w:t>
        <w:br/>
        <w:t xml:space="preserve">    let query = '';</w:t>
        <w:br/>
        <w:t xml:space="preserve">    arr.forEach(item =&gt; {</w:t>
        <w:br/>
        <w:t xml:space="preserve">      query += `${item}${obj[item]}`;</w:t>
        <w:br/>
        <w:t xml:space="preserve">    });</w:t>
        <w:br/>
        <w:t xml:space="preserve">    return query;</w:t>
        <w:br/>
        <w:t xml:space="preserve">  };</w:t>
        <w:br/>
        <w:t xml:space="preserve">  const query = resortParam(obj);</w:t>
        <w:br/>
        <w:t xml:space="preserve">  return md5(`${apiSecret}${query}${apiSecret}`).toUpperCase();</w:t>
        <w:br/>
        <w:t>}</w:t>
        <w:br/>
        <w:t>const sign = getSign(params, apiSecret);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timestamp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校验时间戳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AuthSetting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