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 Wx Live Core SDK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Core SDK**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1"/>
      </w:pPr>
      <w:r>
        <w:t>Enumerations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ApiStatus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LevelType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PlayCoreType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PlayerEventsType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PlayType</w:t>
      </w:r>
    </w:p>
    <w:p>
      <w:pPr>
        <w:pStyle w:val="Heading1"/>
      </w:pPr>
      <w:r>
        <w:t>Classes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default</w:t>
      </w:r>
    </w:p>
    <w:p>
      <w:pPr>
        <w:pStyle w:val="Heading1"/>
      </w:pPr>
      <w:r>
        <w:t>Interfaces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AuthSetting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LevelItem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LineItem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PlayCoreItem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PlayerConfig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PlayerMediaInfo</w:t>
      </w:r>
    </w:p>
    <w:p>
      <w:pPr>
        <w:pStyle w:val="Heading1"/>
      </w:pPr>
      <w:r>
        <w:t>Type Aliases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PlayerEventMap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PlayerStatisticsSetting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StatisticsSetting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YN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 Wx Live Core SDK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