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1.0.0-dev.1 (2025-04-18)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当前版本: 1.0.0-dev.1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1.0.0-dev.1 (2025-04-18)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