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名词解释</w:t>
      </w:r>
    </w:p>
    <w:tbl>
      <w:tblPr>
        <w:tblStyle w:val="TableGrid"/>
        <w:tblW w:type="auto" w:w="0"/>
        <w:jc w:val="center"/>
        <w:tblLayout w:type="autofit"/>
        <w:tblLook w:firstColumn="1" w:firstRow="1" w:lastColumn="0" w:lastRow="0" w:noHBand="0" w:noVBand="1" w:val="04A0"/>
      </w:tblPr>
      <w:tblGrid>
        <w:gridCol w:w="4873"/>
        <w:gridCol w:w="4873"/>
      </w:tblGrid>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名词</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解释</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直播频道</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用于发布、观看特定内容的独立直播单元，类似于电视频道；每个频道有独立的名称、简介、开播时间、人员安排、课件内容、数据统计等，可以发起多次直播。</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频道管理</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创建、删除直播频道，开关频道功能，设置功能参数等操作</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聊天室-》互动功能</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直播频道中用于对主讲和观众互动的相关功能，包括签到、问卷、抽奖等</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推流</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主讲将本地视频源和音频源推送到直播服务器。</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拉流</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即直播播放，指直播频道推流之后，观众端用指定地址将直播云服务器中的视频源和音频源拉取播放的过程。</w:t>
            </w:r>
          </w:p>
        </w:tc>
      </w:tr>
    </w:tbl>
    <w:p>
      <w:pPr>
        <w:spacing w:after="40"/>
      </w:pP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名词解释</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