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scene</w:t>
      </w:r>
    </w:p>
    <w:p>
      <w:pPr>
        <w:pStyle w:val="Heading1"/>
      </w:pPr>
      <w:r>
        <w:t>基于直播JS-SDK打造自己的直播观看页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自定义观看页，用到SDK如下：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直播JS-SDK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聊天室JS-SDK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其中，直播JS-SDK是必须集成的SDK，提供了直播播放，连接聊天室等的功能(无UI)。聊天室JS-SDK是可选的集成， 用于连接聊天室，自带基础的聊天室皮肤和功能。对于一些需要快速集成，聊天室界面自定义需求不多的场景，可以集成上述两个SDK（例子参考直播JS-SDK Demo, 包含两个SDK配合使用的情况）。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当然，在单独集成直播JS-SDK的情况下，在聊天室方面能实现的功能基本上跟聊天室JS-SDK是一致的，直播JS-SDK提供了丰富的聊天室事件，方便我们集成后实现自定义的聊天室皮肤和互动功能。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