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大卡片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大卡片组件主要用于直播时展示商品，可通过管理后台、助教等端推送。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src="https://websdk.videocc.net/product-ui/rc-20250814/big-card-popup.umd.js"&gt;&lt;/script&gt;</w:t>
        <w:br/>
        <w:br/>
        <w:t>&lt;script&gt;</w:t>
        <w:br/>
        <w:t>const BigCardPopup = window.PolyvProductUIBigCardPopup;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BigCardPopup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&lt;BigCardPopup</w:t>
        <w:br/>
        <w:t xml:space="preserve">      ref="bigCardRef"</w:t>
        <w:br/>
        <w:t xml:space="preserve">      :product-target="productSDK"</w:t>
        <w:br/>
        <w:t xml:space="preserve">      :product-config="productConfig"</w:t>
        <w:br/>
        <w:t xml:space="preserve">      @direct-buy="onDirectBuy"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BigCardPopup } from '@polyv/product-ui';</w:t>
        <w:br/>
        <w:t>import { Product } from '@polyv/product-sdk';</w:t>
        <w:br/>
        <w:br/>
        <w:t>// 初始化商品 SDK</w:t>
        <w:br/>
        <w:t>const productSDK = new Product(interactionCore, config);</w:t>
        <w:br/>
        <w:t>const bigCardRef = ref();</w:t>
        <w:br/>
        <w:br/>
        <w:t>const productConfig = {</w:t>
        <w:br/>
        <w:t xml:space="preserve">  // 商品配置</w:t>
        <w:br/>
        <w:t>};</w:t>
        <w:br/>
        <w:br/>
        <w:t>// 直接购买处理</w:t>
        <w:br/>
        <w:t>const onDirectBuy = (productData) =&gt; {</w:t>
        <w:br/>
        <w:t xml:space="preserve">  console.log('直接购买:', productData);</w:t>
        <w:br/>
        <w:t>};</w:t>
        <w:br/>
        <w:br/>
        <w:t>// 打开大卡片</w:t>
        <w:br/>
        <w:t>const openBigCard = (productData) =&gt; {</w:t>
        <w:br/>
        <w:t xml:space="preserve">  bigCardRef.value?.open(productData);</w:t>
        <w:br/>
        <w:t>};</w:t>
        <w:br/>
        <w:br/>
        <w:t>// 关闭大卡片</w:t>
        <w:br/>
        <w:t>const closeBigCard = () =&gt; {</w:t>
        <w:br/>
        <w:t xml:space="preserve">  bigCardRef.value?.close();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BigCardPopup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商品配置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ProductConfig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BigCardPopup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direct-buy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直接购买时触发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BigCardPopup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打开大卡片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(productData: ProductData) =&gt; void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关闭大卡片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大卡片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