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地址列表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地址列表组件用于展示和管理收货地址，支持地址选择、编辑、删除等操作。组件支持分页加载，提供地址卡片展示和操作按钮。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src="https://websdk.videocc.net/product-ui/rc-20250814/address-list.umd.js"&gt;&lt;/script&gt;</w:t>
        <w:br/>
        <w:br/>
        <w:t>&lt;script&gt;</w:t>
        <w:br/>
        <w:t>const AddressList = window.PolyvProductUIAddressList;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AddressList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&lt;AddressList</w:t>
        <w:br/>
        <w:t xml:space="preserve">      :address-target="addressSDK"</w:t>
        <w:br/>
        <w:t xml:space="preserve">      :address-id="selectedAddressId"</w:t>
        <w:br/>
        <w:t xml:space="preserve">      @add-address="onAddAddress"</w:t>
        <w:br/>
        <w:t xml:space="preserve">      @choose-address="onChooseAddress"</w:t>
        <w:br/>
        <w:t xml:space="preserve">      @edit-address="onEditAddress"</w:t>
        <w:br/>
        <w:t xml:space="preserve">      @clear-address="onClearAddress"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AddressList } from '@polyv/product-ui';</w:t>
        <w:br/>
        <w:t>import { Address } from '@polyv/product-sdk';</w:t>
        <w:br/>
        <w:br/>
        <w:t>// 初始化地址 SDK</w:t>
        <w:br/>
        <w:t>const addressSDK = new Address(interactionCore, config);</w:t>
        <w:br/>
        <w:t>const selectedAddressId = ref();</w:t>
        <w:br/>
        <w:br/>
        <w:t>// 事件处理</w:t>
        <w:br/>
        <w:t>const onAddAddress = () =&gt; {</w:t>
        <w:br/>
        <w:t xml:space="preserve">  console.log('添加地址');</w:t>
        <w:br/>
        <w:t>};</w:t>
        <w:br/>
        <w:br/>
        <w:t>const onChooseAddress = (address) =&gt; {</w:t>
        <w:br/>
        <w:t xml:space="preserve">  console.log('选择地址:', address);</w:t>
        <w:br/>
        <w:t xml:space="preserve">  selectedAddressId.value = address?.id;</w:t>
        <w:br/>
        <w:t>};</w:t>
        <w:br/>
        <w:br/>
        <w:t>const onEditAddress = (address) =&gt; {</w:t>
        <w:br/>
        <w:t xml:space="preserve">  console.log('编辑地址:', address);</w:t>
        <w:br/>
        <w:t>};</w:t>
        <w:br/>
        <w:br/>
        <w:t>const onClearAddress = () =&gt; {</w:t>
        <w:br/>
        <w:t xml:space="preserve">  console.log('清空地址');</w:t>
        <w:br/>
        <w:t xml:space="preserve">  selectedAddressId.value = undefined;</w:t>
        <w:br/>
        <w:t>};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AddressList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选中的地址ID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AddressList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add-address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添加地址时触发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choose-address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选择地址时触发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(address: AddressData \| undefined)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edit-address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编辑地址时触发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(address: AddressData)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clear-address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清空地址时触发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地址列表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