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地址编辑</w:t>
      </w:r>
    </w:p>
    <w:p>
      <w:pPr>
        <w:pStyle w:val="Heading1"/>
      </w:pPr>
      <w:r>
        <w:t>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地址编辑组件用于收货地址的新增和编辑功能，支持姓名、手机号、地区选择、详细地址等信息的录入和验证。组件内置表单验证功能，支持自定义验证规则。</w:t>
      </w:r>
    </w:p>
    <w:p>
      <w:pPr>
        <w:pStyle w:val="Heading1"/>
      </w:pPr>
      <w:r>
        <w:t>引入</w:t>
      </w:r>
    </w:p>
    <w:p>
      <w:pPr>
        <w:pStyle w:val="Heading2"/>
      </w:pPr>
      <w:r>
        <w:t>UMD 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其中 </w:t>
      </w:r>
      <w:r>
        <w:rPr>
          <w:rFonts w:ascii="Menlo" w:hAnsi="Menlo"/>
          <w:color w:val="444444"/>
          <w:sz w:val="20"/>
        </w:rPr>
        <w:t>rc-20250814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为当前版本号，请根据实际版本号进行引入。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&lt;script src="https://websdk.videocc.net/product-ui/rc-20250814/address-edit.umd.js"&gt;&lt;/script&gt;</w:t>
        <w:br/>
        <w:br/>
        <w:t>&lt;script&gt;</w:t>
        <w:br/>
        <w:t>const AddressEdit = window.PolyvProductUIAddressEdit;</w:t>
        <w:br/>
        <w:t>&lt;/script&gt;</w:t>
      </w:r>
    </w:p>
    <w:p>
      <w:pPr>
        <w:pStyle w:val="Heading2"/>
      </w:pPr>
      <w:r>
        <w:t>NPM 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安装依赖</w:t>
        <w:br/>
        <w:t>pnpm add @polyv/product-ui</w:t>
        <w:br/>
        <w:br/>
        <w:t>// 引入组件</w:t>
        <w:br/>
        <w:t>import { AddressEdit } from '@polyv/product-ui';</w:t>
      </w:r>
    </w:p>
    <w:p>
      <w:pPr>
        <w:pStyle w:val="Heading1"/>
      </w:pPr>
      <w:r>
        <w:t>代码示例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&lt;div&gt;</w:t>
        <w:br/>
        <w:t xml:space="preserve">    &lt;AddressEdit</w:t>
        <w:br/>
        <w:t xml:space="preserve">      :form-list="formList"</w:t>
        <w:br/>
        <w:t xml:space="preserve">      :disabled-submit="loading"</w:t>
        <w:br/>
        <w:t xml:space="preserve">      :submit-action="handleSubmit"</w:t>
        <w:br/>
        <w:t xml:space="preserve">    /&gt;</w:t>
        <w:br/>
        <w:t xml:space="preserve">  &lt;/div&gt;</w:t>
        <w:br/>
        <w:t>&lt;/template&gt;</w:t>
        <w:br/>
        <w:br/>
        <w:t>&lt;script setup&gt;</w:t>
        <w:br/>
        <w:t>import { AddressEdit } from '@polyv/product-ui';</w:t>
        <w:br/>
        <w:t>import { AddressEditFormType } from '@polyv/product-ui';</w:t>
        <w:br/>
        <w:br/>
        <w:t>// 表单配置</w:t>
        <w:br/>
        <w:t>const formList = [</w:t>
        <w:br/>
        <w:t xml:space="preserve">  {</w:t>
        <w:br/>
        <w:t xml:space="preserve">    formType: AddressEditFormType.Input,</w:t>
        <w:br/>
        <w:t xml:space="preserve">    title: '姓名',</w:t>
        <w:br/>
        <w:t xml:space="preserve">    placeholder: '请输入姓名',</w:t>
        <w:br/>
        <w:t xml:space="preserve">    isRequired: true,</w:t>
        <w:br/>
        <w:t xml:space="preserve">    value: '',</w:t>
        <w:br/>
        <w:t xml:space="preserve">  },</w:t>
        <w:br/>
        <w:t xml:space="preserve">  {</w:t>
        <w:br/>
        <w:t xml:space="preserve">    formType: AddressEditFormType.Phone,</w:t>
        <w:br/>
        <w:t xml:space="preserve">    title: '手机号',</w:t>
        <w:br/>
        <w:t xml:space="preserve">    placeholder: '请输入手机号',</w:t>
        <w:br/>
        <w:t xml:space="preserve">    isRequired: true,</w:t>
        <w:br/>
        <w:t xml:space="preserve">    value: '',</w:t>
        <w:br/>
        <w:t xml:space="preserve">  },</w:t>
        <w:br/>
        <w:t xml:space="preserve">  {</w:t>
        <w:br/>
        <w:t xml:space="preserve">    formType: AddressEditFormType.Area,</w:t>
        <w:br/>
        <w:t xml:space="preserve">    title: '',</w:t>
        <w:br/>
        <w:t xml:space="preserve">    placeholder: '请选择地区',</w:t>
        <w:br/>
        <w:t xml:space="preserve">    isRequired: true,</w:t>
        <w:br/>
        <w:t xml:space="preserve">    value: '',</w:t>
        <w:br/>
        <w:t xml:space="preserve">  },</w:t>
        <w:br/>
        <w:t xml:space="preserve">  {</w:t>
        <w:br/>
        <w:t xml:space="preserve">    formType: AddressEditFormType.Address,</w:t>
        <w:br/>
        <w:t xml:space="preserve">    title: '',</w:t>
        <w:br/>
        <w:t xml:space="preserve">    placeholder: '请输入详细地址',</w:t>
        <w:br/>
        <w:t xml:space="preserve">    isRequired: true,</w:t>
        <w:br/>
        <w:t xml:space="preserve">    value: '',</w:t>
        <w:br/>
        <w:t xml:space="preserve">  },</w:t>
        <w:br/>
        <w:t>];</w:t>
        <w:br/>
        <w:br/>
        <w:t>const loading = ref(false);</w:t>
        <w:br/>
        <w:br/>
        <w:t>// 提交处理</w:t>
        <w:br/>
        <w:t>const handleSubmit = async (formData) =&gt; {</w:t>
        <w:br/>
        <w:t xml:space="preserve">  loading.value = true;</w:t>
        <w:br/>
        <w:t xml:space="preserve">  try {</w:t>
        <w:br/>
        <w:t xml:space="preserve">    // 处理提交逻辑</w:t>
        <w:br/>
        <w:t xml:space="preserve">    console.log('表单数据:', formData);</w:t>
        <w:br/>
        <w:t xml:space="preserve">  } finally {</w:t>
        <w:br/>
        <w:t xml:space="preserve">    loading.value = false;</w:t>
        <w:br/>
        <w:t xml:space="preserve">  }</w:t>
        <w:br/>
        <w:t>};</w:t>
        <w:br/>
        <w:t>&lt;/script&gt;</w:t>
      </w:r>
    </w:p>
    <w:p>
      <w:pPr>
        <w:pStyle w:val="Heading1"/>
      </w:pPr>
      <w:r>
        <w:t>API</w:t>
      </w:r>
    </w:p>
    <w:p>
      <w:pPr>
        <w:pStyle w:val="Heading2"/>
      </w:pPr>
      <w:r>
        <w:t>Props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formList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表单配置列表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AddressEditFormItem[]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disabledSubmit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是否禁用提交按钮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submitAction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提交操作函数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(formValue: Record) =&gt; Promise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</w:tr>
    </w:tbl>
    <w:p>
      <w:pPr>
        <w:spacing w:after="40"/>
      </w:pPr>
    </w:p>
    <w:p>
      <w:pPr>
        <w:pStyle w:val="Heading2"/>
      </w:pPr>
      <w:r>
        <w:t>表单类型 AddressEditFormType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值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Input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普通输入框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Phone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手机号输入框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Area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地区选择器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Address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详细地址输入框</w:t>
            </w:r>
          </w:p>
        </w:tc>
      </w:tr>
    </w:tbl>
    <w:p>
      <w:pPr>
        <w:spacing w:after="40"/>
      </w:pPr>
    </w:p>
    <w:p>
      <w:pPr>
        <w:pStyle w:val="Heading2"/>
      </w:pPr>
      <w:r>
        <w:t>AddressEditFormItem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表单类型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AddressEditFormType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表单标题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placeholder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占位符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isRequired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已填写的值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 \| 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地址编辑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