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一、上架商品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当商品上架时，会触发该事件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ProductEvents.OnSaleProduct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productTarget.eventEmitter.on(ProductEvents.OnSaleProduct, (data) =&gt; {</w:t>
        <w:br/>
        <w:t xml:space="preserve">  console.log('商品数据', data.productData);</w:t>
        <w:br/>
        <w:t>});</w:t>
      </w:r>
    </w:p>
    <w:p/>
    <w:p>
      <w:pPr>
        <w:pStyle w:val="Heading1"/>
      </w:pPr>
      <w:r>
        <w:t>二、下架商品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当商品下架时，会触发该事件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ProductEvents.OffSaleProduct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productTarget.eventEmitter.on(ProductEvents.OffSaleProduct, (data) =&gt; {</w:t>
        <w:br/>
        <w:t xml:space="preserve">  console.log('商品数据', data.productData);</w:t>
        <w:br/>
        <w:t>});</w:t>
      </w:r>
    </w:p>
    <w:p/>
    <w:p>
      <w:pPr>
        <w:pStyle w:val="Heading1"/>
      </w:pPr>
      <w:r>
        <w:t>三、添加商品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当商品添加时，会触发该事件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ProductEvents.AddProduct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productTarget.eventEmitter.on(ProductEvents.AddProduct, (data) =&gt; {</w:t>
        <w:br/>
        <w:t xml:space="preserve">  console.log('商品数据', data.productData);</w:t>
        <w:br/>
        <w:t>});</w:t>
      </w:r>
    </w:p>
    <w:p/>
    <w:p>
      <w:pPr>
        <w:pStyle w:val="Heading1"/>
      </w:pPr>
      <w:r>
        <w:t>四、删除商品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当商品删除时，会触发该事件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ProductEvents.DeleteProduct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productTarget.eventEmitter.on(ProductEvents.DeleteProduct, (data) =&gt; {</w:t>
        <w:br/>
        <w:t xml:space="preserve">  console.log('商品 id', data.productId);</w:t>
        <w:br/>
        <w:t>});</w:t>
      </w:r>
    </w:p>
    <w:p/>
    <w:p>
      <w:pPr>
        <w:pStyle w:val="Heading1"/>
      </w:pPr>
      <w:r>
        <w:t>五、修改商品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当商品修改时，会触发该事件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ProductEvents.ChangeProduct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productTarget.eventEmitter.on(ProductEvents.ChangeProduct, (data) =&gt; {</w:t>
        <w:br/>
        <w:t xml:space="preserve">  console.log('商品数据', data.productData);</w:t>
        <w:br/>
        <w:t>});</w:t>
      </w:r>
    </w:p>
    <w:p/>
    <w:p>
      <w:pPr>
        <w:pStyle w:val="Heading1"/>
      </w:pPr>
      <w:r>
        <w:t>六、上移或下移商品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当商品上移或下移时，会触发该事件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ProductEvents.MoveProduct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targetProducts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发生改变的两个商品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[ProductData, ProductData]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productTarget.eventEmitter.on(ProductEvents.MoveProduct, (data) =&gt; {</w:t>
        <w:br/>
        <w:t xml:space="preserve">  console.log('发生改变的两个商品', data.targetProducts);</w:t>
        <w:br/>
        <w:t>});</w:t>
      </w:r>
    </w:p>
    <w:p/>
    <w:p>
      <w:pPr>
        <w:pStyle w:val="Heading1"/>
      </w:pPr>
      <w:r>
        <w:t>七、修改商品排序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当商品排序修改时，会触发该事件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ProductEvents.ChangeProductRank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productTarget.eventEmitter.on(ProductEvents.ChangeProductRank, (data) =&gt; {</w:t>
        <w:br/>
        <w:t xml:space="preserve">  console.log('商品数据', data.productData);</w:t>
        <w:br/>
        <w:t>});</w:t>
      </w:r>
    </w:p>
    <w:p/>
    <w:p>
      <w:pPr>
        <w:pStyle w:val="Heading1"/>
      </w:pPr>
      <w:r>
        <w:t>八、商品售罄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当商品售罄时，会触发该事件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ProductEvents.ProductSoldOut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productTarget.eventEmitter.on(ProductEvents.ProductSoldOut, (data) =&gt; {</w:t>
        <w:br/>
        <w:t xml:space="preserve">  console.log('商品 id', data.productId);</w:t>
        <w:br/>
        <w:t>});</w:t>
      </w:r>
    </w:p>
    <w:p/>
    <w:p>
      <w:pPr>
        <w:pStyle w:val="Heading1"/>
      </w:pPr>
      <w:r>
        <w:t>九、推送商品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当商品推送时，会触发该事件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ProductEvents.PushProduct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ProductData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pushRule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ProductPushRule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productTarget.eventEmitter.on(ProductEvents.PushProduct, (data) =&gt; {</w:t>
        <w:br/>
        <w:t xml:space="preserve">  console.log('商品数据', data.productData);</w:t>
        <w:br/>
        <w:t>});</w:t>
      </w:r>
    </w:p>
    <w:p/>
    <w:p>
      <w:pPr>
        <w:pStyle w:val="Heading1"/>
      </w:pPr>
      <w:r>
        <w:t>十、取消推送商品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当商品取消推送时，会触发该事件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ProductEvents.CancelPushProduct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productTarget.eventEmitter.on(ProductEvents.CancelPushProduct, (data) =&gt; {</w:t>
        <w:br/>
        <w:t xml:space="preserve">  console.log('商品 id', data.productId);</w:t>
        <w:br/>
        <w:t>});</w:t>
      </w:r>
    </w:p>
    <w:p/>
    <w:p>
      <w:pPr>
        <w:pStyle w:val="Heading1"/>
      </w:pPr>
      <w:r>
        <w:t>十一、商品库列表开关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当商品库列表开关时，会触发该事件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ProductEvents.ProductListEnabled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开启或关闭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productTarget.eventEmitter.on(ProductEvents.ProductListEnabled, (data) =&gt; {</w:t>
        <w:br/>
        <w:t xml:space="preserve">  console.log('开启或关闭', data.enabled);</w:t>
        <w:br/>
        <w:t>});</w:t>
      </w:r>
    </w:p>
    <w:p/>
    <w:p>
      <w:pPr>
        <w:pStyle w:val="Heading1"/>
      </w:pPr>
      <w:r>
        <w:t>十二、刷新当前商品列表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当商品列表刷新时，会触发该事件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ProductEvents.RefreshProductList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productTarget.eventEmitter.on(ProductEvents.RefreshProductList, (data) =&gt; {</w:t>
        <w:br/>
        <w:t xml:space="preserve">  console.log('商品列表', data.productList);</w:t>
        <w:br/>
        <w:t>});</w:t>
      </w:r>
    </w:p>
    <w:p/>
    <w:p>
      <w:pPr>
        <w:pStyle w:val="Heading1"/>
      </w:pPr>
      <w:r>
        <w:t>十三、商品点击事件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当商品点击时，会触发该事件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ProductEvents.ProductClick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productTarget.eventEmitter.on(ProductEvents.ProductClick, (data) =&gt; {</w:t>
        <w:br/>
        <w:t xml:space="preserve">  console.log('商品 id', data.productId);</w:t>
        <w:br/>
        <w:t>});</w:t>
      </w:r>
    </w:p>
    <w:p/>
    <w:p>
      <w:pPr>
        <w:pStyle w:val="Heading1"/>
      </w:pPr>
      <w:r>
        <w:t>十四、商品点击次数统计事件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当点击次数发生改变时，会触发该事件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ProductEvents.ProductClickTimes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点击次数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productTarget.eventEmitter.on(ProductEvents.ProductClickTimes, (data) =&gt; {</w:t>
        <w:br/>
        <w:t xml:space="preserve">  console.log('商品 id', data.productId);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