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支付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本模块主要处理微信支付、支付宝支付，包括获取支付参数、查询支付方式等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getPayOrderParams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获取微信/支付宝支付参数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getPayProviders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获取支付方式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