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升级迁移</w:t>
      </w:r>
    </w:p>
    <w:p>
      <w:pPr>
        <w:pStyle w:val="Heading1"/>
      </w:pPr>
      <w:r>
        <w:t>一、1.x 升级至 2.x</w:t>
      </w:r>
    </w:p>
    <w:p>
      <w:pPr>
        <w:pStyle w:val="Heading2"/>
      </w:pPr>
      <w:r>
        <w:t>1.1 模块重命名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需要将 </w:t>
      </w:r>
      <w:r>
        <w:rPr>
          <w:rFonts w:ascii="Menlo" w:hAnsi="Menlo"/>
          <w:color w:val="444444"/>
          <w:sz w:val="20"/>
        </w:rPr>
        <w:t>watchCore.subtitles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全部改成 </w:t>
      </w:r>
      <w:r>
        <w:rPr>
          <w:rFonts w:ascii="Menlo" w:hAnsi="Menlo"/>
          <w:color w:val="444444"/>
          <w:sz w:val="20"/>
        </w:rPr>
        <w:t>watchCore.subtitle</w:t>
      </w:r>
    </w:p>
    <w:p>
      <w:pPr>
        <w:pStyle w:val="Heading2"/>
      </w:pPr>
      <w:r>
        <w:t>1.2 Api 变更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聊天室模块(chat)拆分出表情模块(emotion)，需要更改原本对应的 api，具体如下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watchCore.chat.getEmotionFaceDomList =&gt; watchCore.emotion.getEmotionFaceDomList</w:t>
        <w:br/>
        <w:t>watchCore.chat.getEmotionFaceClickTarget =&gt; watchCore.emotion.getEmotionFaceClickTarget</w:t>
        <w:br/>
        <w:t>watchCore.chat.getEmotionImages =&gt; watchCore.emotion.getEmotionImages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同时，拆分表情模块后，需要外部手动调用 </w:t>
      </w:r>
      <w:r>
        <w:rPr>
          <w:rFonts w:ascii="Menlo" w:hAnsi="Menlo"/>
          <w:color w:val="444444"/>
          <w:sz w:val="20"/>
        </w:rPr>
        <w:t>watchCore.emotion.setupEmotionParser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来加载表情解析器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提问模块获取聊天历史的 api 也做了变化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watchCore.ask.getAskHistory =&gt; watchCore.ask.getAskHistoryByUserId</w:t>
      </w:r>
    </w:p>
    <w:p>
      <w:pPr>
        <w:pStyle w:val="Heading2"/>
      </w:pPr>
      <w:r>
        <w:t>1.3 Api 废弃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以下的 api 在 1.x 和 0.x 版本虽然废弃，但还保留功能，但 2.x 已将对应的功能移除，请更改推荐变更的方法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watchCore.ask.sendQuestion =&gt; watchCore.ask.sendAskSpeak</w:t>
        <w:br/>
        <w:t>watchCore.chat.getOnlineUserList =&gt; watchCore.chat.getOnlineUserListNew</w:t>
        <w:br/>
        <w:t>watchCore.chat.setChatMsgReplayPlaybackTarget =&gt; watchCore.playback.setCurrentPlaybackTarget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另外，还有部分身份认证 api 在 2.0 版本废弃，后续也不再支持，如需使用用户系统，请联系保利威技术人员，接入统一授权 SDK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watchCore.identity.checkIdentityWxAuth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watchCore.identity.checkIdentityInfoLogin</w:t>
      </w:r>
    </w:p>
    <w:p>
      <w:pPr>
        <w:pStyle w:val="Heading2"/>
      </w:pPr>
      <w:r>
        <w:t>1.4 业务影响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需要注意，2.0 版本增加了卡片推送重放，且默认开启，但会影响 </w:t>
      </w:r>
      <w:r>
        <w:rPr>
          <w:rFonts w:ascii="Menlo" w:hAnsi="Menlo"/>
          <w:color w:val="444444"/>
          <w:sz w:val="20"/>
        </w:rPr>
        <w:t>currentPlaybackTarget.chatReplayEnabled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判断。如果您直接在 V1 版本配套的 UI 层升级，请改成 </w:t>
      </w:r>
      <w:r>
        <w:rPr>
          <w:rFonts w:ascii="Menlo" w:hAnsi="Menlo"/>
          <w:color w:val="444444"/>
          <w:sz w:val="20"/>
        </w:rPr>
        <w:t>currentPlaybackTarget.chatMsgReplayEnabled</w:t>
      </w:r>
    </w:p>
    <w:p>
      <w:pPr>
        <w:pStyle w:val="Heading2"/>
      </w:pPr>
      <w:r>
        <w:t>1.5 CDN 外链引入变更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1.x 外链引入时，需要使用以下的引入方式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&lt;!-- 通过1.x版本号引入 --&gt;</w:t>
        <w:br/>
        <w:t>&lt;script src="https://websdk.videocc.net/live-watch-sdk/{version}/lib/polyv-live-watch.umd.js"&gt;&lt;/script&gt;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2.x 外链引入时，则需要使用以下的引入方式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&lt;!-- 通过2.x版本号引入 --&gt;</w:t>
        <w:br/>
        <w:t>&lt;script src="https://websdk.videocc.net/live-watch-sdk/{version}/lib/polyv-live-watch-sdk.umd.js"&gt;&lt;/script&gt;</w:t>
      </w:r>
    </w:p>
    <w:p>
      <w:pPr>
        <w:pStyle w:val="Heading2"/>
      </w:pPr>
      <w:r>
        <w:t>1.6 配套项目升级指南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如果您用的是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直播观看页开源项目 v1.11.0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，那可以参考这条开源项目仓库里的这条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ui-1.x-with-sdk-2.x 分支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，该分支提供了</w:t>
      </w:r>
      <w:r>
        <w:rPr>
          <w:rFonts w:ascii="Menlo" w:hAnsi="Menlo"/>
          <w:color w:val="444444"/>
          <w:sz w:val="20"/>
        </w:rPr>
        <w:t>开源项目 v1.11.0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接入 </w:t>
      </w:r>
      <w:r>
        <w:rPr>
          <w:rFonts w:ascii="Menlo" w:hAnsi="Menlo"/>
          <w:color w:val="444444"/>
          <w:sz w:val="20"/>
        </w:rPr>
        <w:t>逻辑层SDK v2.0.0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的示例，能够正常运行。但不再使用保利威用户体系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如果您用的是更早之前的开源项目版本，请先升级至 </w:t>
      </w:r>
      <w:r>
        <w:rPr>
          <w:rFonts w:ascii="Menlo" w:hAnsi="Menlo"/>
          <w:color w:val="444444"/>
          <w:sz w:val="20"/>
        </w:rPr>
        <w:t>v1.11.0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升级迁移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