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更新日志</w:t>
      </w:r>
    </w:p>
    <w:p>
      <w:r>
        <w:rPr>
          <w:rFonts w:ascii="Source Han Sans SC" w:hAnsi="Source Han Sans SC" w:eastAsia="Source Han Sans SC" w:cs="Source Han Sans SC" w:hint="eastAsia"/>
          <w:sz w:val="21"/>
        </w:rPr>
        <w:t xml:space="preserve">观看页 SDK 遵循 </w:t>
      </w:r>
      <w:r>
        <w:rPr>
          <w:rFonts w:ascii="Source Han Sans SC" w:hAnsi="Source Han Sans SC" w:eastAsia="Source Han Sans SC" w:cs="Source Han Sans SC" w:hint="eastAsia"/>
          <w:color w:val="2563EB"/>
          <w:sz w:val="21"/>
          <w:u w:val="single"/>
        </w:rPr>
        <w:t>Semantic Versioning 2.0.0</w:t>
      </w:r>
      <w:r>
        <w:rPr>
          <w:rFonts w:ascii="Source Han Sans SC" w:hAnsi="Source Han Sans SC" w:eastAsia="Source Han Sans SC" w:cs="Source Han Sans SC" w:hint="eastAsia"/>
          <w:sz w:val="21"/>
        </w:rPr>
        <w:t xml:space="preserve"> 语义化版本规范。</w:t>
      </w:r>
    </w:p>
    <w:p>
      <w:pPr>
        <w:pStyle w:val="ListBullet"/>
      </w:pPr>
      <w:r>
        <w:rPr>
          <w:rFonts w:ascii="Source Han Sans SC" w:hAnsi="Source Han Sans SC" w:eastAsia="Source Han Sans SC" w:cs="Source Han Sans SC" w:hint="eastAsia"/>
          <w:sz w:val="21"/>
        </w:rPr>
        <w:t>修订号：日常问题修复或优化，一般在每周发布（除紧急的 Bug Fixes 外）。</w:t>
      </w:r>
    </w:p>
    <w:p>
      <w:pPr>
        <w:pStyle w:val="ListBullet"/>
      </w:pPr>
      <w:r>
        <w:rPr>
          <w:rFonts w:ascii="Source Han Sans SC" w:hAnsi="Source Han Sans SC" w:eastAsia="Source Han Sans SC" w:cs="Source Han Sans SC" w:hint="eastAsia"/>
          <w:sz w:val="21"/>
        </w:rPr>
        <w:t>次版本号：功能或新特性新增，向下兼容，一般在每周发布。</w:t>
      </w:r>
    </w:p>
    <w:p>
      <w:pPr>
        <w:pStyle w:val="ListBullet"/>
      </w:pPr>
      <w:r>
        <w:rPr>
          <w:rFonts w:ascii="Source Han Sans SC" w:hAnsi="Source Han Sans SC" w:eastAsia="Source Han Sans SC" w:cs="Source Han Sans SC" w:hint="eastAsia"/>
          <w:sz w:val="21"/>
        </w:rPr>
        <w:t>主版本号：具有不向下兼容的破坏性更新，无固定的发布时间。 --&gt;</w:t>
      </w:r>
    </w:p>
    <w:p>
      <w:r>
        <w:rPr>
          <w:rFonts w:ascii="Source Han Sans SC" w:hAnsi="Source Han Sans SC" w:eastAsia="Source Han Sans SC" w:cs="Source Han Sans SC" w:hint="eastAsia"/>
          <w:sz w:val="21"/>
        </w:rPr>
        <w:t>---</w:t>
      </w:r>
    </w:p>
    <w:p>
      <w:pPr>
        <w:pStyle w:val="Heading1"/>
      </w:pPr>
      <w:r>
        <w:t>v2.19.0(2026-08-28)</w:t>
      </w:r>
    </w:p>
    <w:p>
      <w:pPr>
        <w:pStyle w:val="Heading2"/>
      </w:pPr>
      <w:r>
        <w:t>Features</w:t>
      </w:r>
    </w:p>
    <w:p>
      <w:pPr>
        <w:pStyle w:val="ListBullet"/>
      </w:pPr>
      <w:r>
        <w:rPr>
          <w:rFonts w:ascii="Source Han Sans SC" w:hAnsi="Source Han Sans SC" w:eastAsia="Source Han Sans SC" w:cs="Source Han Sans SC" w:hint="eastAsia"/>
          <w:sz w:val="21"/>
        </w:rPr>
        <w:t xml:space="preserve">初始化 </w:t>
      </w:r>
      <w:r>
        <w:rPr>
          <w:rFonts w:ascii="Menlo" w:hAnsi="Menlo"/>
          <w:color w:val="444444"/>
          <w:sz w:val="20"/>
        </w:rPr>
        <w:t>watchCore</w:t>
      </w:r>
      <w:r>
        <w:rPr>
          <w:rFonts w:ascii="Source Han Sans SC" w:hAnsi="Source Han Sans SC" w:eastAsia="Source Han Sans SC" w:cs="Source Han Sans SC" w:hint="eastAsia"/>
          <w:sz w:val="21"/>
        </w:rPr>
        <w:t xml:space="preserve"> 时支持在 </w:t>
      </w:r>
      <w:r>
        <w:rPr>
          <w:rFonts w:ascii="Menlo" w:hAnsi="Menlo"/>
          <w:color w:val="444444"/>
          <w:sz w:val="20"/>
        </w:rPr>
        <w:t>getExtBusinessInfo</w:t>
      </w:r>
      <w:r>
        <w:rPr>
          <w:rFonts w:ascii="Source Han Sans SC" w:hAnsi="Source Han Sans SC" w:eastAsia="Source Han Sans SC" w:cs="Source Han Sans SC" w:hint="eastAsia"/>
          <w:sz w:val="21"/>
        </w:rPr>
        <w:t xml:space="preserve"> 方法回调中获取 </w:t>
      </w:r>
      <w:r>
        <w:rPr>
          <w:rFonts w:ascii="Menlo" w:hAnsi="Menlo"/>
          <w:color w:val="444444"/>
          <w:sz w:val="20"/>
        </w:rPr>
        <w:t>pageId</w:t>
      </w:r>
      <w:r>
        <w:rPr>
          <w:rFonts w:ascii="Source Han Sans SC" w:hAnsi="Source Han Sans SC" w:eastAsia="Source Han Sans SC" w:cs="Source Han Sans SC" w:hint="eastAsia"/>
          <w:sz w:val="21"/>
        </w:rPr>
        <w:t xml:space="preserve"> 和 </w:t>
      </w:r>
      <w:r>
        <w:rPr>
          <w:rFonts w:ascii="Menlo" w:hAnsi="Menlo"/>
          <w:color w:val="444444"/>
          <w:sz w:val="20"/>
        </w:rPr>
        <w:t>pageType</w:t>
      </w:r>
      <w:r>
        <w:rPr>
          <w:rFonts w:ascii="Source Han Sans SC" w:hAnsi="Source Han Sans SC" w:eastAsia="Source Han Sans SC" w:cs="Source Han Sans SC" w:hint="eastAsia"/>
          <w:sz w:val="21"/>
        </w:rPr>
        <w:t xml:space="preserve"> 以处理关联页面的日志上报</w:t>
      </w:r>
    </w:p>
    <w:p>
      <w:pPr>
        <w:pStyle w:val="ListBullet"/>
      </w:pPr>
      <w:r>
        <w:rPr>
          <w:rFonts w:ascii="Source Han Sans SC" w:hAnsi="Source Han Sans SC" w:eastAsia="Source Han Sans SC" w:cs="Source Han Sans SC" w:hint="eastAsia"/>
          <w:sz w:val="21"/>
        </w:rPr>
        <w:t>新增互动大屏模块(live-activity) 以支持新的产品业务</w:t>
      </w:r>
    </w:p>
    <w:p>
      <w:pPr>
        <w:pStyle w:val="ListBullet"/>
      </w:pPr>
      <w:r>
        <w:rPr>
          <w:rFonts w:ascii="Source Han Sans SC" w:hAnsi="Source Han Sans SC" w:eastAsia="Source Han Sans SC" w:cs="Source Han Sans SC" w:hint="eastAsia"/>
          <w:sz w:val="21"/>
        </w:rPr>
        <w:t>频道模块(channel) 新增获取直播卡片相关配置</w:t>
      </w:r>
    </w:p>
    <w:p>
      <w:pPr>
        <w:pStyle w:val="ListBullet"/>
      </w:pPr>
      <w:r>
        <w:rPr>
          <w:rFonts w:ascii="Source Han Sans SC" w:hAnsi="Source Han Sans SC" w:eastAsia="Source Han Sans SC" w:cs="Source Han Sans SC" w:hint="eastAsia"/>
          <w:sz w:val="21"/>
        </w:rPr>
        <w:t>频道模块(channel) 支持响应后台配置，在研讨会场景下不显示白板课件</w:t>
      </w:r>
    </w:p>
    <w:p>
      <w:pPr>
        <w:pStyle w:val="ListBullet"/>
      </w:pPr>
      <w:r>
        <w:rPr>
          <w:rFonts w:ascii="Source Han Sans SC" w:hAnsi="Source Han Sans SC" w:eastAsia="Source Han Sans SC" w:cs="Source Han Sans SC" w:hint="eastAsia"/>
          <w:sz w:val="21"/>
        </w:rPr>
        <w:t>聊天室模块(chat) 新增自定义观众标签接口地址</w:t>
      </w:r>
    </w:p>
    <w:p>
      <w:pPr>
        <w:pStyle w:val="ListBullet"/>
      </w:pPr>
      <w:r>
        <w:rPr>
          <w:rFonts w:ascii="Source Han Sans SC" w:hAnsi="Source Han Sans SC" w:eastAsia="Source Han Sans SC" w:cs="Source Han Sans SC" w:hint="eastAsia"/>
          <w:sz w:val="21"/>
        </w:rPr>
        <w:t>试看模块(trial) 新增观看条件外部授权试看逻辑</w:t>
      </w:r>
    </w:p>
    <w:p>
      <w:pPr>
        <w:pStyle w:val="Heading2"/>
      </w:pPr>
      <w:r>
        <w:t>Build System</w:t>
      </w:r>
    </w:p>
    <w:p>
      <w:pPr>
        <w:pStyle w:val="ListBullet"/>
      </w:pPr>
      <w:r>
        <w:rPr>
          <w:rFonts w:ascii="Source Han Sans SC" w:hAnsi="Source Han Sans SC" w:eastAsia="Source Han Sans SC" w:cs="Source Han Sans SC" w:hint="eastAsia"/>
          <w:sz w:val="21"/>
        </w:rPr>
        <w:t xml:space="preserve">新增 </w:t>
      </w:r>
      <w:r>
        <w:rPr>
          <w:rFonts w:ascii="Menlo" w:hAnsi="Menlo"/>
          <w:color w:val="444444"/>
          <w:sz w:val="20"/>
        </w:rPr>
        <w:t>@polyv/rolling-lottery</w:t>
      </w:r>
      <w:r>
        <w:rPr>
          <w:rFonts w:ascii="Source Han Sans SC" w:hAnsi="Source Han Sans SC" w:eastAsia="Source Han Sans SC" w:cs="Source Han Sans SC" w:hint="eastAsia"/>
          <w:sz w:val="21"/>
        </w:rPr>
        <w:t xml:space="preserve"> 和 </w:t>
      </w:r>
      <w:r>
        <w:rPr>
          <w:rFonts w:ascii="Menlo" w:hAnsi="Menlo"/>
          <w:color w:val="444444"/>
          <w:sz w:val="20"/>
        </w:rPr>
        <w:t>@polyv/shake-pk</w:t>
      </w:r>
      <w:r>
        <w:rPr>
          <w:rFonts w:ascii="Source Han Sans SC" w:hAnsi="Source Han Sans SC" w:eastAsia="Source Han Sans SC" w:cs="Source Han Sans SC" w:hint="eastAsia"/>
          <w:sz w:val="21"/>
        </w:rPr>
        <w:t xml:space="preserve"> 两个互动大屏 SDK</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@polyv/live-low-latency-player</w:t>
      </w:r>
      <w:r>
        <w:rPr>
          <w:rFonts w:ascii="Source Han Sans SC" w:hAnsi="Source Han Sans SC" w:eastAsia="Source Han Sans SC" w:cs="Source Han Sans SC" w:hint="eastAsia"/>
          <w:sz w:val="21"/>
        </w:rPr>
        <w:t xml:space="preserve"> 版本至 </w:t>
      </w:r>
      <w:r>
        <w:rPr>
          <w:rFonts w:ascii="Menlo" w:hAnsi="Menlo"/>
          <w:color w:val="444444"/>
          <w:sz w:val="20"/>
        </w:rPr>
        <w:t>1.18.0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w:t>
      </w:r>
      <w:r>
        <w:rPr>
          <w:rFonts w:ascii="Source Han Sans SC" w:hAnsi="Source Han Sans SC" w:eastAsia="Source Han Sans SC" w:cs="Source Han Sans SC" w:hint="eastAsia"/>
          <w:sz w:val="21"/>
        </w:rPr>
        <w:t xml:space="preserve"> 版本至 </w:t>
      </w:r>
      <w:r>
        <w:rPr>
          <w:rFonts w:ascii="Menlo" w:hAnsi="Menlo"/>
          <w:color w:val="444444"/>
          <w:sz w:val="20"/>
        </w:rPr>
        <w:t>rc-20260827</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@polyv/socket</w:t>
      </w:r>
      <w:r>
        <w:rPr>
          <w:rFonts w:ascii="Source Han Sans SC" w:hAnsi="Source Han Sans SC" w:eastAsia="Source Han Sans SC" w:cs="Source Han Sans SC" w:hint="eastAsia"/>
          <w:sz w:val="21"/>
        </w:rPr>
        <w:t xml:space="preserve"> 版本至 </w:t>
      </w:r>
      <w:r>
        <w:rPr>
          <w:rFonts w:ascii="Menlo" w:hAnsi="Menlo"/>
          <w:color w:val="444444"/>
          <w:sz w:val="20"/>
        </w:rPr>
        <w:t>rc-20260827</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@polyv/interaction-core</w:t>
      </w:r>
      <w:r>
        <w:rPr>
          <w:rFonts w:ascii="Source Han Sans SC" w:hAnsi="Source Han Sans SC" w:eastAsia="Source Han Sans SC" w:cs="Source Han Sans SC" w:hint="eastAsia"/>
          <w:sz w:val="21"/>
        </w:rPr>
        <w:t xml:space="preserve"> 及其关联的 SDK 版本至 </w:t>
      </w:r>
      <w:r>
        <w:rPr>
          <w:rFonts w:ascii="Menlo" w:hAnsi="Menlo"/>
          <w:color w:val="444444"/>
          <w:sz w:val="20"/>
        </w:rPr>
        <w:t>rc-20260827</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版本至 </w:t>
      </w:r>
      <w:r>
        <w:rPr>
          <w:rFonts w:ascii="Menlo" w:hAnsi="Menlo"/>
          <w:color w:val="444444"/>
          <w:sz w:val="20"/>
        </w:rPr>
        <w:t>rc-20260806</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20260806</w:t>
      </w:r>
    </w:p>
    <w:p>
      <w:r>
        <w:rPr>
          <w:rFonts w:ascii="Source Han Sans SC" w:hAnsi="Source Han Sans SC" w:eastAsia="Source Han Sans SC" w:cs="Source Han Sans SC" w:hint="eastAsia"/>
          <w:sz w:val="21"/>
        </w:rPr>
        <w:t>---</w:t>
      </w:r>
    </w:p>
    <w:p>
      <w:pPr>
        <w:pStyle w:val="Heading1"/>
      </w:pPr>
      <w:r>
        <w:t>v2.18.0(2026-07-17)</w:t>
      </w:r>
    </w:p>
    <w:p>
      <w:pPr>
        <w:pStyle w:val="Heading2"/>
      </w:pPr>
      <w:r>
        <w:t>Bug Fixes</w:t>
      </w:r>
    </w:p>
    <w:p>
      <w:pPr>
        <w:pStyle w:val="ListBullet"/>
      </w:pPr>
      <w:r>
        <w:rPr>
          <w:rFonts w:ascii="Source Han Sans SC" w:hAnsi="Source Han Sans SC" w:eastAsia="Source Han Sans SC" w:cs="Source Han Sans SC" w:hint="eastAsia"/>
          <w:sz w:val="21"/>
        </w:rPr>
        <w:t>播放器模块(player) 修复切换回放视频时，不会根据当前的双流轨配置自动切换的问题</w:t>
      </w:r>
    </w:p>
    <w:p>
      <w:pPr>
        <w:pStyle w:val="ListBullet"/>
      </w:pPr>
      <w:r>
        <w:rPr>
          <w:rFonts w:ascii="Source Han Sans SC" w:hAnsi="Source Han Sans SC" w:eastAsia="Source Han Sans SC" w:cs="Source Han Sans SC" w:hint="eastAsia"/>
          <w:sz w:val="21"/>
        </w:rPr>
        <w:t>频道模块(channel) 和 用户模块(user) 修复在获取用户信息时，没有同步获取对应的提问区标签配置的问题</w:t>
      </w:r>
    </w:p>
    <w:p>
      <w:pPr>
        <w:pStyle w:val="Heading2"/>
      </w:pPr>
      <w:r>
        <w:t>Features</w:t>
      </w:r>
    </w:p>
    <w:p>
      <w:pPr>
        <w:pStyle w:val="ListBullet"/>
      </w:pPr>
      <w:r>
        <w:rPr>
          <w:rFonts w:ascii="Source Han Sans SC" w:hAnsi="Source Han Sans SC" w:eastAsia="Source Han Sans SC" w:cs="Source Han Sans SC" w:hint="eastAsia"/>
          <w:sz w:val="21"/>
        </w:rPr>
        <w:t>频道模块(channel) 新增版权信息列表返回</w:t>
      </w:r>
    </w:p>
    <w:p>
      <w:pPr>
        <w:pStyle w:val="ListBullet"/>
      </w:pPr>
      <w:r>
        <w:rPr>
          <w:rFonts w:ascii="Source Han Sans SC" w:hAnsi="Source Han Sans SC" w:eastAsia="Source Han Sans SC" w:cs="Source Han Sans SC" w:hint="eastAsia"/>
          <w:sz w:val="21"/>
        </w:rPr>
        <w:t>频道模块(channel) 支持系列直播章节功能</w:t>
      </w:r>
    </w:p>
    <w:p>
      <w:pPr>
        <w:pStyle w:val="ListBullet"/>
      </w:pPr>
      <w:r>
        <w:rPr>
          <w:rFonts w:ascii="Source Han Sans SC" w:hAnsi="Source Han Sans SC" w:eastAsia="Source Han Sans SC" w:cs="Source Han Sans SC" w:hint="eastAsia"/>
          <w:sz w:val="21"/>
        </w:rPr>
        <w:t>播放器模块(player) 增加无延迟播放器全屏 api 逻辑</w:t>
      </w:r>
    </w:p>
    <w:p>
      <w:pPr>
        <w:pStyle w:val="ListBullet"/>
      </w:pPr>
      <w:r>
        <w:rPr>
          <w:rFonts w:ascii="Source Han Sans SC" w:hAnsi="Source Han Sans SC" w:eastAsia="Source Han Sans SC" w:cs="Source Han Sans SC" w:hint="eastAsia"/>
          <w:sz w:val="21"/>
        </w:rPr>
        <w:t>频道模块(channel) 补充系列直播场次预约状态，直播预约模块(live-booking) 支持按场次提交或取消预约，并提供最近一次预约手机号查询</w:t>
      </w:r>
    </w:p>
    <w:p>
      <w:pPr>
        <w:pStyle w:val="ListBullet"/>
      </w:pPr>
      <w:r>
        <w:rPr>
          <w:rFonts w:ascii="Source Han Sans SC" w:hAnsi="Source Han Sans SC" w:eastAsia="Source Han Sans SC" w:cs="Source Han Sans SC" w:hint="eastAsia"/>
          <w:sz w:val="21"/>
        </w:rPr>
        <w:t>频道模块(channel) 支持返回页脚版权信息</w:t>
      </w:r>
    </w:p>
    <w:p>
      <w:pPr>
        <w:pStyle w:val="ListBullet"/>
      </w:pPr>
      <w:r>
        <w:rPr>
          <w:rFonts w:ascii="Source Han Sans SC" w:hAnsi="Source Han Sans SC" w:eastAsia="Source Han Sans SC" w:cs="Source Han Sans SC" w:hint="eastAsia"/>
          <w:sz w:val="21"/>
        </w:rPr>
        <w:t>播放器模块(player) 增加全屏 api</w:t>
      </w:r>
    </w:p>
    <w:p>
      <w:pPr>
        <w:pStyle w:val="Heading2"/>
      </w:pPr>
      <w:r>
        <w:t>Optimizes</w:t>
      </w:r>
    </w:p>
    <w:p>
      <w:pPr>
        <w:pStyle w:val="ListBullet"/>
      </w:pPr>
      <w:r>
        <w:rPr>
          <w:rFonts w:ascii="Source Han Sans SC" w:hAnsi="Source Han Sans SC" w:eastAsia="Source Han Sans SC" w:cs="Source Han Sans SC" w:hint="eastAsia"/>
          <w:sz w:val="21"/>
        </w:rPr>
        <w:t>聊天模块(chat) 优化提问欢迎语默认值</w:t>
      </w:r>
    </w:p>
    <w:p>
      <w:pPr>
        <w:pStyle w:val="ListBullet"/>
      </w:pPr>
      <w:r>
        <w:rPr>
          <w:rFonts w:ascii="Source Han Sans SC" w:hAnsi="Source Han Sans SC" w:eastAsia="Source Han Sans SC" w:cs="Source Han Sans SC" w:hint="eastAsia"/>
          <w:sz w:val="21"/>
        </w:rPr>
        <w:t>聊天模块(chat) 优化获取文件列表方法</w:t>
      </w:r>
    </w:p>
    <w:p>
      <w:pPr>
        <w:pStyle w:val="Heading2"/>
      </w:pPr>
      <w:r>
        <w:t>Build System</w:t>
      </w:r>
    </w:p>
    <w:p>
      <w:pPr>
        <w:pStyle w:val="ListBullet"/>
      </w:pPr>
      <w:r>
        <w:rPr>
          <w:rFonts w:ascii="Source Han Sans SC" w:hAnsi="Source Han Sans SC" w:eastAsia="Source Han Sans SC" w:cs="Source Han Sans SC" w:hint="eastAsia"/>
          <w:sz w:val="21"/>
        </w:rPr>
        <w:t xml:space="preserve">移除对 </w:t>
      </w:r>
      <w:r>
        <w:rPr>
          <w:rFonts w:ascii="Menlo" w:hAnsi="Menlo"/>
          <w:color w:val="444444"/>
          <w:sz w:val="20"/>
        </w:rPr>
        <w:t>"@just4</w:t>
      </w:r>
      <w:r>
        <w:rPr>
          <w:rFonts w:ascii="Source Han Sans SC" w:hAnsi="Source Han Sans SC" w:eastAsia="Source Han Sans SC" w:cs="Source Han Sans SC" w:hint="eastAsia"/>
          <w:sz w:val="21"/>
        </w:rPr>
        <w:t xml:space="preserve"> 的依赖，升级 </w:t>
      </w:r>
      <w:r>
        <w:rPr>
          <w:rFonts w:ascii="Menlo" w:hAnsi="Menlo"/>
          <w:color w:val="444444"/>
          <w:sz w:val="20"/>
        </w:rPr>
        <w:t>@polyv/utils</w:t>
      </w:r>
      <w:r>
        <w:rPr>
          <w:rFonts w:ascii="Source Han Sans SC" w:hAnsi="Source Han Sans SC" w:eastAsia="Source Han Sans SC" w:cs="Source Han Sans SC" w:hint="eastAsia"/>
          <w:sz w:val="21"/>
        </w:rPr>
        <w:t xml:space="preserve"> 至 </w:t>
      </w:r>
      <w:r>
        <w:rPr>
          <w:rFonts w:ascii="Menlo" w:hAnsi="Menlo"/>
          <w:color w:val="444444"/>
          <w:sz w:val="20"/>
        </w:rPr>
        <w:t>3.3.0</w:t>
      </w:r>
      <w:r>
        <w:rPr>
          <w:rFonts w:ascii="Source Han Sans SC" w:hAnsi="Source Han Sans SC" w:eastAsia="Source Han Sans SC" w:cs="Source Han Sans SC" w:hint="eastAsia"/>
          <w:sz w:val="21"/>
        </w:rPr>
        <w:t xml:space="preserve"> 来统一替代 </w:t>
      </w:r>
      <w:r>
        <w:rPr>
          <w:rFonts w:ascii="Menlo" w:hAnsi="Menlo"/>
          <w:color w:val="444444"/>
          <w:sz w:val="20"/>
        </w:rPr>
        <w:t>just4</w:t>
      </w:r>
      <w:r>
        <w:rPr>
          <w:rFonts w:ascii="Source Han Sans SC" w:hAnsi="Source Han Sans SC" w:eastAsia="Source Han Sans SC" w:cs="Source Han Sans SC" w:hint="eastAsia"/>
          <w:sz w:val="21"/>
        </w:rPr>
        <w:t xml:space="preserve"> 功能</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@polyv/live-low-latency-player</w:t>
      </w:r>
      <w:r>
        <w:rPr>
          <w:rFonts w:ascii="Source Han Sans SC" w:hAnsi="Source Han Sans SC" w:eastAsia="Source Han Sans SC" w:cs="Source Han Sans SC" w:hint="eastAsia"/>
          <w:sz w:val="21"/>
        </w:rPr>
        <w:t xml:space="preserve"> 版本至 </w:t>
      </w:r>
      <w:r>
        <w:rPr>
          <w:rFonts w:ascii="Menlo" w:hAnsi="Menlo"/>
          <w:color w:val="444444"/>
          <w:sz w:val="20"/>
        </w:rPr>
        <w:t>1.17.0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w:t>
      </w:r>
      <w:r>
        <w:rPr>
          <w:rFonts w:ascii="Source Han Sans SC" w:hAnsi="Source Han Sans SC" w:eastAsia="Source Han Sans SC" w:cs="Source Han Sans SC" w:hint="eastAsia"/>
          <w:sz w:val="21"/>
        </w:rPr>
        <w:t xml:space="preserve"> 版本至 </w:t>
      </w:r>
      <w:r>
        <w:rPr>
          <w:rFonts w:ascii="Menlo" w:hAnsi="Menlo"/>
          <w:color w:val="444444"/>
          <w:sz w:val="20"/>
        </w:rPr>
        <w:t>rc-20260716</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@polyv/socket</w:t>
      </w:r>
      <w:r>
        <w:rPr>
          <w:rFonts w:ascii="Source Han Sans SC" w:hAnsi="Source Han Sans SC" w:eastAsia="Source Han Sans SC" w:cs="Source Han Sans SC" w:hint="eastAsia"/>
          <w:sz w:val="21"/>
        </w:rPr>
        <w:t xml:space="preserve"> 版本至 </w:t>
      </w:r>
      <w:r>
        <w:rPr>
          <w:rFonts w:ascii="Menlo" w:hAnsi="Menlo"/>
          <w:color w:val="444444"/>
          <w:sz w:val="20"/>
        </w:rPr>
        <w:t>rc-20260716</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@polyv/interaction-core</w:t>
      </w:r>
      <w:r>
        <w:rPr>
          <w:rFonts w:ascii="Source Han Sans SC" w:hAnsi="Source Han Sans SC" w:eastAsia="Source Han Sans SC" w:cs="Source Han Sans SC" w:hint="eastAsia"/>
          <w:sz w:val="21"/>
        </w:rPr>
        <w:t xml:space="preserve"> 及其关联的 SDK 版本至 </w:t>
      </w:r>
      <w:r>
        <w:rPr>
          <w:rFonts w:ascii="Menlo" w:hAnsi="Menlo"/>
          <w:color w:val="444444"/>
          <w:sz w:val="20"/>
        </w:rPr>
        <w:t>rc-20260716</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rc-20260625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版本至 </w:t>
      </w:r>
      <w:r>
        <w:rPr>
          <w:rFonts w:ascii="Menlo" w:hAnsi="Menlo"/>
          <w:color w:val="444444"/>
          <w:sz w:val="20"/>
        </w:rPr>
        <w:t>rc-20260625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20260625</w:t>
      </w:r>
    </w:p>
    <w:p>
      <w:r>
        <w:rPr>
          <w:rFonts w:ascii="Source Han Sans SC" w:hAnsi="Source Han Sans SC" w:eastAsia="Source Han Sans SC" w:cs="Source Han Sans SC" w:hint="eastAsia"/>
          <w:sz w:val="21"/>
        </w:rPr>
        <w:t>---</w:t>
      </w:r>
    </w:p>
    <w:p>
      <w:pPr>
        <w:pStyle w:val="Heading1"/>
      </w:pPr>
      <w:r>
        <w:t>v2.17.0(2026-06-05)</w:t>
      </w:r>
    </w:p>
    <w:p>
      <w:pPr>
        <w:pStyle w:val="Heading2"/>
      </w:pPr>
      <w:r>
        <w:t>Bug Fixes</w:t>
      </w:r>
    </w:p>
    <w:p>
      <w:pPr>
        <w:pStyle w:val="ListBullet"/>
      </w:pPr>
      <w:r>
        <w:rPr>
          <w:rFonts w:ascii="Source Han Sans SC" w:hAnsi="Source Han Sans SC" w:eastAsia="Source Han Sans SC" w:cs="Source Han Sans SC" w:hint="eastAsia"/>
          <w:sz w:val="21"/>
        </w:rPr>
        <w:t>播放器模块(player) 修复直播播放器获取画中画状态时空引用的问题</w:t>
      </w:r>
    </w:p>
    <w:p>
      <w:pPr>
        <w:pStyle w:val="ListBullet"/>
      </w:pPr>
      <w:r>
        <w:rPr>
          <w:rFonts w:ascii="Source Han Sans SC" w:hAnsi="Source Han Sans SC" w:eastAsia="Source Han Sans SC" w:cs="Source Han Sans SC" w:hint="eastAsia"/>
          <w:sz w:val="21"/>
        </w:rPr>
        <w:t>聊天模块(chat) 修复点播回放使用 vid 查询聊天回放历史导致内部接口报错的问题，改用 fileId 传参</w:t>
      </w:r>
    </w:p>
    <w:p>
      <w:pPr>
        <w:pStyle w:val="ListBullet"/>
      </w:pPr>
      <w:r>
        <w:rPr>
          <w:rFonts w:ascii="Source Han Sans SC" w:hAnsi="Source Han Sans SC" w:eastAsia="Source Han Sans SC" w:cs="Source Han Sans SC" w:hint="eastAsia"/>
          <w:sz w:val="21"/>
        </w:rPr>
        <w:t>聊天模块(chat) 修复聊天点赞特效设置在频道配置变更后未同步更新的问题</w:t>
      </w:r>
    </w:p>
    <w:p>
      <w:pPr>
        <w:pStyle w:val="ListBullet"/>
      </w:pPr>
      <w:r>
        <w:rPr>
          <w:rFonts w:ascii="Source Han Sans SC" w:hAnsi="Source Han Sans SC" w:eastAsia="Source Han Sans SC" w:cs="Source Han Sans SC" w:hint="eastAsia"/>
          <w:sz w:val="21"/>
        </w:rPr>
        <w:t>字幕模块(subtitle) 修复获取伪直播实时字幕开关时的空值异常</w:t>
      </w:r>
    </w:p>
    <w:p>
      <w:pPr>
        <w:pStyle w:val="Heading2"/>
      </w:pPr>
      <w:r>
        <w:t>Features</w:t>
      </w:r>
    </w:p>
    <w:p>
      <w:pPr>
        <w:pStyle w:val="ListBullet"/>
      </w:pPr>
      <w:r>
        <w:rPr>
          <w:rFonts w:ascii="Source Han Sans SC" w:hAnsi="Source Han Sans SC" w:eastAsia="Source Han Sans SC" w:cs="Source Han Sans SC" w:hint="eastAsia"/>
          <w:sz w:val="21"/>
        </w:rPr>
        <w:t>频道模块(channel) 支持"AI 多语言翻译"相关逻辑</w:t>
      </w:r>
    </w:p>
    <w:p>
      <w:pPr>
        <w:pStyle w:val="ListBullet"/>
      </w:pPr>
      <w:r>
        <w:rPr>
          <w:rFonts w:ascii="Source Han Sans SC" w:hAnsi="Source Han Sans SC" w:eastAsia="Source Han Sans SC" w:cs="Source Han Sans SC" w:hint="eastAsia"/>
          <w:sz w:val="21"/>
        </w:rPr>
        <w:t>菜单模块(menu) AI 多语言翻译开启时跳过双语配置英文菜单处理</w:t>
      </w:r>
    </w:p>
    <w:p>
      <w:pPr>
        <w:pStyle w:val="ListBullet"/>
      </w:pPr>
      <w:r>
        <w:rPr>
          <w:rFonts w:ascii="Source Han Sans SC" w:hAnsi="Source Han Sans SC" w:eastAsia="Source Han Sans SC" w:cs="Source Han Sans SC" w:hint="eastAsia"/>
          <w:sz w:val="21"/>
        </w:rPr>
        <w:t xml:space="preserve">频道模块(channel) 请求频道详情和观众信息接口增加 </w:t>
      </w:r>
      <w:r>
        <w:rPr>
          <w:rFonts w:ascii="Menlo" w:hAnsi="Menlo"/>
          <w:color w:val="444444"/>
          <w:sz w:val="20"/>
        </w:rPr>
        <w:t>lang</w:t>
      </w:r>
      <w:r>
        <w:rPr>
          <w:rFonts w:ascii="Source Han Sans SC" w:hAnsi="Source Han Sans SC" w:eastAsia="Source Han Sans SC" w:cs="Source Han Sans SC" w:hint="eastAsia"/>
          <w:sz w:val="21"/>
        </w:rPr>
        <w:t xml:space="preserve"> 参数</w:t>
      </w:r>
    </w:p>
    <w:p>
      <w:pPr>
        <w:pStyle w:val="ListBullet"/>
      </w:pPr>
      <w:r>
        <w:rPr>
          <w:rFonts w:ascii="Source Han Sans SC" w:hAnsi="Source Han Sans SC" w:eastAsia="Source Han Sans SC" w:cs="Source Han Sans SC" w:hint="eastAsia"/>
          <w:sz w:val="21"/>
        </w:rPr>
        <w:t xml:space="preserve">频道模块(channel) 新增 </w:t>
      </w:r>
      <w:r>
        <w:rPr>
          <w:rFonts w:ascii="Menlo" w:hAnsi="Menlo"/>
          <w:color w:val="444444"/>
          <w:sz w:val="20"/>
        </w:rPr>
        <w:t>resetChannelDetail</w:t>
      </w:r>
      <w:r>
        <w:rPr>
          <w:rFonts w:ascii="Source Han Sans SC" w:hAnsi="Source Han Sans SC" w:eastAsia="Source Han Sans SC" w:cs="Source Han Sans SC" w:hint="eastAsia"/>
          <w:sz w:val="21"/>
        </w:rPr>
        <w:t xml:space="preserve"> 方法</w:t>
      </w:r>
    </w:p>
    <w:p>
      <w:pPr>
        <w:pStyle w:val="ListBullet"/>
      </w:pPr>
      <w:r>
        <w:rPr>
          <w:rFonts w:ascii="Source Han Sans SC" w:hAnsi="Source Han Sans SC" w:eastAsia="Source Han Sans SC" w:cs="Source Han Sans SC" w:hint="eastAsia"/>
          <w:sz w:val="21"/>
        </w:rPr>
        <w:t xml:space="preserve">聊天模块(chat) 更新点赞配置，增加 </w:t>
      </w:r>
      <w:r>
        <w:rPr>
          <w:rFonts w:ascii="Menlo" w:hAnsi="Menlo"/>
          <w:color w:val="444444"/>
          <w:sz w:val="20"/>
        </w:rPr>
        <w:t>likeIconType</w:t>
      </w:r>
      <w:r>
        <w:rPr>
          <w:rFonts w:ascii="Source Han Sans SC" w:hAnsi="Source Han Sans SC" w:eastAsia="Source Han Sans SC" w:cs="Source Han Sans SC" w:hint="eastAsia"/>
          <w:sz w:val="21"/>
        </w:rPr>
        <w:t xml:space="preserve"> 字段</w:t>
      </w:r>
    </w:p>
    <w:p>
      <w:pPr>
        <w:pStyle w:val="ListBullet"/>
      </w:pPr>
      <w:r>
        <w:rPr>
          <w:rFonts w:ascii="Source Han Sans SC" w:hAnsi="Source Han Sans SC" w:eastAsia="Source Han Sans SC" w:cs="Source Han Sans SC" w:hint="eastAsia"/>
          <w:sz w:val="21"/>
        </w:rPr>
        <w:t>连麦模块(connect-mic) 新增邀请上麦相关 API：</w:t>
      </w:r>
      <w:r>
        <w:rPr>
          <w:rFonts w:ascii="Menlo" w:hAnsi="Menlo"/>
          <w:color w:val="444444"/>
          <w:sz w:val="20"/>
        </w:rPr>
        <w:t>acceptInvite</w:t>
      </w:r>
      <w:r>
        <w:rPr>
          <w:rFonts w:ascii="Source Han Sans SC" w:hAnsi="Source Han Sans SC" w:eastAsia="Source Han Sans SC" w:cs="Source Han Sans SC" w:hint="eastAsia"/>
          <w:sz w:val="21"/>
        </w:rPr>
        <w:t>、</w:t>
      </w:r>
      <w:r>
        <w:rPr>
          <w:rFonts w:ascii="Menlo" w:hAnsi="Menlo"/>
          <w:color w:val="444444"/>
          <w:sz w:val="20"/>
        </w:rPr>
        <w:t>refuseInvite</w:t>
      </w:r>
      <w:r>
        <w:rPr>
          <w:rFonts w:ascii="Source Han Sans SC" w:hAnsi="Source Han Sans SC" w:eastAsia="Source Han Sans SC" w:cs="Source Han Sans SC" w:hint="eastAsia"/>
          <w:sz w:val="21"/>
        </w:rPr>
        <w:t>、</w:t>
      </w:r>
      <w:r>
        <w:rPr>
          <w:rFonts w:ascii="Menlo" w:hAnsi="Menlo"/>
          <w:color w:val="444444"/>
          <w:sz w:val="20"/>
        </w:rPr>
        <w:t>getInviteCountDown</w:t>
      </w:r>
    </w:p>
    <w:p>
      <w:pPr>
        <w:pStyle w:val="ListBullet"/>
      </w:pPr>
      <w:r>
        <w:rPr>
          <w:rFonts w:ascii="Source Han Sans SC" w:hAnsi="Source Han Sans SC" w:eastAsia="Source Han Sans SC" w:cs="Source Han Sans SC" w:hint="eastAsia"/>
          <w:sz w:val="21"/>
        </w:rPr>
        <w:t>连麦模块(connect-mic) 新增本地预览相关 API：</w:t>
      </w:r>
      <w:r>
        <w:rPr>
          <w:rFonts w:ascii="Menlo" w:hAnsi="Menlo"/>
          <w:color w:val="444444"/>
          <w:sz w:val="20"/>
        </w:rPr>
        <w:t>startPreview</w:t>
      </w:r>
      <w:r>
        <w:rPr>
          <w:rFonts w:ascii="Source Han Sans SC" w:hAnsi="Source Han Sans SC" w:eastAsia="Source Han Sans SC" w:cs="Source Han Sans SC" w:hint="eastAsia"/>
          <w:sz w:val="21"/>
        </w:rPr>
        <w:t>、</w:t>
      </w:r>
      <w:r>
        <w:rPr>
          <w:rFonts w:ascii="Menlo" w:hAnsi="Menlo"/>
          <w:color w:val="444444"/>
          <w:sz w:val="20"/>
        </w:rPr>
        <w:t>stopPreview</w:t>
      </w:r>
      <w:r>
        <w:rPr>
          <w:rFonts w:ascii="Source Han Sans SC" w:hAnsi="Source Han Sans SC" w:eastAsia="Source Han Sans SC" w:cs="Source Han Sans SC" w:hint="eastAsia"/>
          <w:sz w:val="21"/>
        </w:rPr>
        <w:t>、</w:t>
      </w:r>
      <w:r>
        <w:rPr>
          <w:rFonts w:ascii="Menlo" w:hAnsi="Menlo"/>
          <w:color w:val="444444"/>
          <w:sz w:val="20"/>
        </w:rPr>
        <w:t>isPreviewing</w:t>
      </w:r>
      <w:r>
        <w:rPr>
          <w:rFonts w:ascii="Source Han Sans SC" w:hAnsi="Source Han Sans SC" w:eastAsia="Source Han Sans SC" w:cs="Source Han Sans SC" w:hint="eastAsia"/>
          <w:sz w:val="21"/>
        </w:rPr>
        <w:t>、</w:t>
      </w:r>
      <w:r>
        <w:rPr>
          <w:rFonts w:ascii="Menlo" w:hAnsi="Menlo"/>
          <w:color w:val="444444"/>
          <w:sz w:val="20"/>
        </w:rPr>
        <w:t>getPreviewVolume</w:t>
      </w:r>
    </w:p>
    <w:p>
      <w:pPr>
        <w:pStyle w:val="ListBullet"/>
      </w:pPr>
      <w:r>
        <w:rPr>
          <w:rFonts w:ascii="Source Han Sans SC" w:hAnsi="Source Han Sans SC" w:eastAsia="Source Han Sans SC" w:cs="Source Han Sans SC" w:hint="eastAsia"/>
          <w:sz w:val="21"/>
        </w:rPr>
        <w:t>连麦模块(connect-mic) 新增本地音视频开关相关 API：</w:t>
      </w:r>
      <w:r>
        <w:rPr>
          <w:rFonts w:ascii="Menlo" w:hAnsi="Menlo"/>
          <w:color w:val="444444"/>
          <w:sz w:val="20"/>
        </w:rPr>
        <w:t>getLocalMuteStatus</w:t>
      </w:r>
      <w:r>
        <w:rPr>
          <w:rFonts w:ascii="Source Han Sans SC" w:hAnsi="Source Han Sans SC" w:eastAsia="Source Han Sans SC" w:cs="Source Han Sans SC" w:hint="eastAsia"/>
          <w:sz w:val="21"/>
        </w:rPr>
        <w:t>、</w:t>
      </w:r>
      <w:r>
        <w:rPr>
          <w:rFonts w:ascii="Menlo" w:hAnsi="Menlo"/>
          <w:color w:val="444444"/>
          <w:sz w:val="20"/>
        </w:rPr>
        <w:t>setLocalMuteStatus</w:t>
      </w:r>
    </w:p>
    <w:p>
      <w:pPr>
        <w:pStyle w:val="ListBullet"/>
      </w:pPr>
      <w:r>
        <w:rPr>
          <w:rFonts w:ascii="Source Han Sans SC" w:hAnsi="Source Han Sans SC" w:eastAsia="Source Han Sans SC" w:cs="Source Han Sans SC" w:hint="eastAsia"/>
          <w:sz w:val="21"/>
        </w:rPr>
        <w:t>连麦模块(connect-mic) 新增事件：</w:t>
      </w:r>
      <w:r>
        <w:rPr>
          <w:rFonts w:ascii="Menlo" w:hAnsi="Menlo"/>
          <w:color w:val="444444"/>
          <w:sz w:val="20"/>
        </w:rPr>
        <w:t>InviteCountDown</w:t>
      </w:r>
      <w:r>
        <w:rPr>
          <w:rFonts w:ascii="Source Han Sans SC" w:hAnsi="Source Han Sans SC" w:eastAsia="Source Han Sans SC" w:cs="Source Han Sans SC" w:hint="eastAsia"/>
          <w:sz w:val="21"/>
        </w:rPr>
        <w:t>、</w:t>
      </w:r>
      <w:r>
        <w:rPr>
          <w:rFonts w:ascii="Menlo" w:hAnsi="Menlo"/>
          <w:color w:val="444444"/>
          <w:sz w:val="20"/>
        </w:rPr>
        <w:t>LocalMuteStatusChange</w:t>
      </w:r>
    </w:p>
    <w:p>
      <w:pPr>
        <w:pStyle w:val="ListBullet"/>
      </w:pPr>
      <w:r>
        <w:rPr>
          <w:rFonts w:ascii="Source Han Sans SC" w:hAnsi="Source Han Sans SC" w:eastAsia="Source Han Sans SC" w:cs="Source Han Sans SC" w:hint="eastAsia"/>
          <w:sz w:val="21"/>
        </w:rPr>
        <w:t xml:space="preserve">互动模块(interact-receive) 新增福袋 SDK 集成，支持 </w:t>
      </w:r>
      <w:r>
        <w:rPr>
          <w:rFonts w:ascii="Menlo" w:hAnsi="Menlo"/>
          <w:color w:val="444444"/>
          <w:sz w:val="20"/>
        </w:rPr>
        <w:t>getLuckyBagV2</w:t>
      </w:r>
      <w:r>
        <w:rPr>
          <w:rFonts w:ascii="Source Han Sans SC" w:hAnsi="Source Han Sans SC" w:eastAsia="Source Han Sans SC" w:cs="Source Han Sans SC" w:hint="eastAsia"/>
          <w:sz w:val="21"/>
        </w:rPr>
        <w:t xml:space="preserve"> 方法</w:t>
      </w:r>
    </w:p>
    <w:p>
      <w:pPr>
        <w:pStyle w:val="ListBullet"/>
      </w:pPr>
      <w:r>
        <w:rPr>
          <w:rFonts w:ascii="Source Han Sans SC" w:hAnsi="Source Han Sans SC" w:eastAsia="Source Han Sans SC" w:cs="Source Han Sans SC" w:hint="eastAsia"/>
          <w:sz w:val="21"/>
        </w:rPr>
        <w:t xml:space="preserve">播放器模块(player) 播放器容器增加 </w:t>
      </w:r>
      <w:r>
        <w:rPr>
          <w:rFonts w:ascii="Menlo" w:hAnsi="Menlo"/>
          <w:color w:val="444444"/>
          <w:sz w:val="20"/>
        </w:rPr>
        <w:t>borderRadius: inherit</w:t>
      </w:r>
      <w:r>
        <w:rPr>
          <w:rFonts w:ascii="Source Han Sans SC" w:hAnsi="Source Han Sans SC" w:eastAsia="Source Han Sans SC" w:cs="Source Han Sans SC" w:hint="eastAsia"/>
          <w:sz w:val="21"/>
        </w:rPr>
        <w:t xml:space="preserve"> 样式以支持圆角布局</w:t>
      </w:r>
    </w:p>
    <w:p>
      <w:pPr>
        <w:pStyle w:val="Heading2"/>
      </w:pPr>
      <w:r>
        <w:t>Build System</w:t>
      </w:r>
    </w:p>
    <w:p>
      <w:pPr>
        <w:pStyle w:val="ListBullet"/>
      </w:pPr>
      <w:r>
        <w:rPr>
          <w:rFonts w:ascii="Source Han Sans SC" w:hAnsi="Source Han Sans SC" w:eastAsia="Source Han Sans SC" w:cs="Source Han Sans SC" w:hint="eastAsia"/>
          <w:sz w:val="21"/>
        </w:rPr>
        <w:t xml:space="preserve">新增 </w:t>
      </w:r>
      <w:r>
        <w:rPr>
          <w:rFonts w:ascii="Menlo" w:hAnsi="Menlo"/>
          <w:color w:val="444444"/>
          <w:sz w:val="20"/>
        </w:rPr>
        <w:t>@polyv/lucky-bag-sdk</w:t>
      </w:r>
      <w:r>
        <w:rPr>
          <w:rFonts w:ascii="Source Han Sans SC" w:hAnsi="Source Han Sans SC" w:eastAsia="Source Han Sans SC" w:cs="Source Han Sans SC" w:hint="eastAsia"/>
          <w:sz w:val="21"/>
        </w:rPr>
        <w:t xml:space="preserve"> 依赖，版本为 </w:t>
      </w:r>
      <w:r>
        <w:rPr>
          <w:rFonts w:ascii="Menlo" w:hAnsi="Menlo"/>
          <w:color w:val="444444"/>
          <w:sz w:val="20"/>
        </w:rPr>
        <w:t>rc-20260604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w:t>
      </w:r>
      <w:r>
        <w:rPr>
          <w:rFonts w:ascii="Source Han Sans SC" w:hAnsi="Source Han Sans SC" w:eastAsia="Source Han Sans SC" w:cs="Source Han Sans SC" w:hint="eastAsia"/>
          <w:sz w:val="21"/>
        </w:rPr>
        <w:t xml:space="preserve"> 版本至 </w:t>
      </w:r>
      <w:r>
        <w:rPr>
          <w:rFonts w:ascii="Menlo" w:hAnsi="Menlo"/>
          <w:color w:val="444444"/>
          <w:sz w:val="20"/>
        </w:rPr>
        <w:t>rc-20260514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@polyv/socket</w:t>
      </w:r>
      <w:r>
        <w:rPr>
          <w:rFonts w:ascii="Source Han Sans SC" w:hAnsi="Source Han Sans SC" w:eastAsia="Source Han Sans SC" w:cs="Source Han Sans SC" w:hint="eastAsia"/>
          <w:sz w:val="21"/>
        </w:rPr>
        <w:t xml:space="preserve"> 版本至 </w:t>
      </w:r>
      <w:r>
        <w:rPr>
          <w:rFonts w:ascii="Menlo" w:hAnsi="Menlo"/>
          <w:color w:val="444444"/>
          <w:sz w:val="20"/>
        </w:rPr>
        <w:t>rc-20260514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@polyv/interaction-core</w:t>
      </w:r>
      <w:r>
        <w:rPr>
          <w:rFonts w:ascii="Source Han Sans SC" w:hAnsi="Source Han Sans SC" w:eastAsia="Source Han Sans SC" w:cs="Source Han Sans SC" w:hint="eastAsia"/>
          <w:sz w:val="21"/>
        </w:rPr>
        <w:t xml:space="preserve"> 及其关联的 SDK 版本至 </w:t>
      </w:r>
      <w:r>
        <w:rPr>
          <w:rFonts w:ascii="Menlo" w:hAnsi="Menlo"/>
          <w:color w:val="444444"/>
          <w:sz w:val="20"/>
        </w:rPr>
        <w:t>rc-20260604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rc-20260604</w:t>
      </w:r>
    </w:p>
    <w:p>
      <w:r>
        <w:rPr>
          <w:rFonts w:ascii="Source Han Sans SC" w:hAnsi="Source Han Sans SC" w:eastAsia="Source Han Sans SC" w:cs="Source Han Sans SC" w:hint="eastAsia"/>
          <w:sz w:val="21"/>
        </w:rPr>
        <w:t>---</w:t>
      </w:r>
    </w:p>
    <w:p>
      <w:pPr>
        <w:pStyle w:val="Heading1"/>
      </w:pPr>
      <w:r>
        <w:t>v2.16.0(2026-04-24)</w:t>
      </w:r>
    </w:p>
    <w:p>
      <w:pPr>
        <w:pStyle w:val="Heading2"/>
      </w:pPr>
      <w:r>
        <w:t>Bug Fixes</w:t>
      </w:r>
    </w:p>
    <w:p>
      <w:pPr>
        <w:pStyle w:val="ListBullet"/>
      </w:pPr>
      <w:r>
        <w:rPr>
          <w:rFonts w:ascii="Source Han Sans SC" w:hAnsi="Source Han Sans SC" w:eastAsia="Source Han Sans SC" w:cs="Source Han Sans SC" w:hint="eastAsia"/>
          <w:sz w:val="21"/>
        </w:rPr>
        <w:t>修复移动端播放器多语言切换异常的问题</w:t>
      </w:r>
    </w:p>
    <w:p>
      <w:pPr>
        <w:pStyle w:val="Heading2"/>
      </w:pPr>
      <w:r>
        <w:t>Features</w:t>
      </w:r>
    </w:p>
    <w:p>
      <w:pPr>
        <w:pStyle w:val="ListBullet"/>
      </w:pPr>
      <w:r>
        <w:rPr>
          <w:rFonts w:ascii="Source Han Sans SC" w:hAnsi="Source Han Sans SC" w:eastAsia="Source Han Sans SC" w:cs="Source Han Sans SC" w:hint="eastAsia"/>
          <w:sz w:val="21"/>
        </w:rPr>
        <w:t xml:space="preserve">频道模块(channel) 更改 </w:t>
      </w:r>
      <w:r>
        <w:rPr>
          <w:rFonts w:ascii="Menlo" w:hAnsi="Menlo"/>
          <w:color w:val="444444"/>
          <w:sz w:val="20"/>
        </w:rPr>
        <w:t>getWatchThemeStyleConfig</w:t>
      </w:r>
      <w:r>
        <w:rPr>
          <w:rFonts w:ascii="Source Han Sans SC" w:hAnsi="Source Han Sans SC" w:eastAsia="Source Han Sans SC" w:cs="Source Han Sans SC" w:hint="eastAsia"/>
          <w:sz w:val="21"/>
        </w:rPr>
        <w:t xml:space="preserve"> 请求的远端地址</w:t>
      </w:r>
    </w:p>
    <w:p>
      <w:pPr>
        <w:pStyle w:val="ListBullet"/>
      </w:pPr>
      <w:r>
        <w:rPr>
          <w:rFonts w:ascii="Source Han Sans SC" w:hAnsi="Source Han Sans SC" w:eastAsia="Source Han Sans SC" w:cs="Source Han Sans SC" w:hint="eastAsia"/>
          <w:sz w:val="21"/>
        </w:rPr>
        <w:t>频道模块(channel) 支持获取直播用户分组设置和相关功能</w:t>
      </w:r>
    </w:p>
    <w:p>
      <w:pPr>
        <w:pStyle w:val="ListBullet"/>
      </w:pPr>
      <w:r>
        <w:rPr>
          <w:rFonts w:ascii="Source Han Sans SC" w:hAnsi="Source Han Sans SC" w:eastAsia="Source Han Sans SC" w:cs="Source Han Sans SC" w:hint="eastAsia"/>
          <w:sz w:val="21"/>
        </w:rPr>
        <w:t xml:space="preserve">频道模块(channel) 支持通过 </w:t>
      </w:r>
      <w:r>
        <w:rPr>
          <w:rFonts w:ascii="Menlo" w:hAnsi="Menlo"/>
          <w:color w:val="444444"/>
          <w:sz w:val="20"/>
        </w:rPr>
        <w:t>getThemeSetting</w:t>
      </w:r>
      <w:r>
        <w:rPr>
          <w:rFonts w:ascii="Source Han Sans SC" w:hAnsi="Source Han Sans SC" w:eastAsia="Source Han Sans SC" w:cs="Source Han Sans SC" w:hint="eastAsia"/>
          <w:sz w:val="21"/>
        </w:rPr>
        <w:t xml:space="preserve"> 来获取后台信息卡片开关</w:t>
      </w:r>
    </w:p>
    <w:p>
      <w:pPr>
        <w:pStyle w:val="ListBullet"/>
      </w:pPr>
      <w:r>
        <w:rPr>
          <w:rFonts w:ascii="Source Han Sans SC" w:hAnsi="Source Han Sans SC" w:eastAsia="Source Han Sans SC" w:cs="Source Han Sans SC" w:hint="eastAsia"/>
          <w:sz w:val="21"/>
        </w:rPr>
        <w:t xml:space="preserve">聊天模块(chat) </w:t>
      </w:r>
      <w:r>
        <w:rPr>
          <w:rFonts w:ascii="Menlo" w:hAnsi="Menlo"/>
          <w:color w:val="444444"/>
          <w:sz w:val="20"/>
        </w:rPr>
        <w:t>getChatHistoryByTime</w:t>
      </w:r>
      <w:r>
        <w:rPr>
          <w:rFonts w:ascii="Source Han Sans SC" w:hAnsi="Source Han Sans SC" w:eastAsia="Source Han Sans SC" w:cs="Source Han Sans SC" w:hint="eastAsia"/>
          <w:sz w:val="21"/>
        </w:rPr>
        <w:t xml:space="preserve"> 方法支持通过入参获取只有特殊角色的历史消息</w:t>
      </w:r>
    </w:p>
    <w:p>
      <w:pPr>
        <w:pStyle w:val="ListBullet"/>
      </w:pPr>
      <w:r>
        <w:rPr>
          <w:rFonts w:ascii="Source Han Sans SC" w:hAnsi="Source Han Sans SC" w:eastAsia="Source Han Sans SC" w:cs="Source Han Sans SC" w:hint="eastAsia"/>
          <w:sz w:val="21"/>
        </w:rPr>
        <w:t>连麦模块(connect-mic) 支持观众主动上麦功能</w:t>
      </w:r>
    </w:p>
    <w:p>
      <w:pPr>
        <w:pStyle w:val="ListBullet"/>
      </w:pPr>
      <w:r>
        <w:rPr>
          <w:rFonts w:ascii="Source Han Sans SC" w:hAnsi="Source Han Sans SC" w:eastAsia="Source Han Sans SC" w:cs="Source Han Sans SC" w:hint="eastAsia"/>
          <w:sz w:val="21"/>
        </w:rPr>
        <w:t>播放器模块(player) 支持和小窗功能相关的 Api</w:t>
      </w:r>
    </w:p>
    <w:p>
      <w:pPr>
        <w:pStyle w:val="Heading2"/>
      </w:pPr>
      <w:r>
        <w:t>Build System</w:t>
      </w:r>
    </w:p>
    <w:p>
      <w:pPr>
        <w:pStyle w:val="ListBullet"/>
      </w:pPr>
      <w:r>
        <w:rPr>
          <w:rFonts w:ascii="Source Han Sans SC" w:hAnsi="Source Han Sans SC" w:eastAsia="Source Han Sans SC" w:cs="Source Han Sans SC" w:hint="eastAsia"/>
          <w:sz w:val="21"/>
        </w:rPr>
        <w:t>优化内部构建流程</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@polyv/utils</w:t>
      </w:r>
      <w:r>
        <w:rPr>
          <w:rFonts w:ascii="Source Han Sans SC" w:hAnsi="Source Han Sans SC" w:eastAsia="Source Han Sans SC" w:cs="Source Han Sans SC" w:hint="eastAsia"/>
          <w:sz w:val="21"/>
        </w:rPr>
        <w:t xml:space="preserve"> 版本至 </w:t>
      </w:r>
      <w:r>
        <w:rPr>
          <w:rFonts w:ascii="Menlo" w:hAnsi="Menlo"/>
          <w:color w:val="444444"/>
          <w:sz w:val="20"/>
        </w:rPr>
        <w:t>2.20.0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@polyv/live-low-latency-player</w:t>
      </w:r>
      <w:r>
        <w:rPr>
          <w:rFonts w:ascii="Source Han Sans SC" w:hAnsi="Source Han Sans SC" w:eastAsia="Source Han Sans SC" w:cs="Source Han Sans SC" w:hint="eastAsia"/>
          <w:sz w:val="21"/>
        </w:rPr>
        <w:t xml:space="preserve"> 版本至 </w:t>
      </w:r>
      <w:r>
        <w:rPr>
          <w:rFonts w:ascii="Menlo" w:hAnsi="Menlo"/>
          <w:color w:val="444444"/>
          <w:sz w:val="20"/>
        </w:rPr>
        <w:t>1.16.0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版本至 </w:t>
      </w:r>
      <w:r>
        <w:rPr>
          <w:rFonts w:ascii="Menlo" w:hAnsi="Menlo"/>
          <w:color w:val="444444"/>
          <w:sz w:val="20"/>
        </w:rPr>
        <w:t>rc-20260423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rc-20260423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@polyv/interaction-core</w:t>
      </w:r>
      <w:r>
        <w:rPr>
          <w:rFonts w:ascii="Source Han Sans SC" w:hAnsi="Source Han Sans SC" w:eastAsia="Source Han Sans SC" w:cs="Source Han Sans SC" w:hint="eastAsia"/>
          <w:sz w:val="21"/>
        </w:rPr>
        <w:t xml:space="preserve"> 及其关联的 SDK 版本至 </w:t>
      </w:r>
      <w:r>
        <w:rPr>
          <w:rFonts w:ascii="Menlo" w:hAnsi="Menlo"/>
          <w:color w:val="444444"/>
          <w:sz w:val="20"/>
        </w:rPr>
        <w:t>rc-20260423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rc-20260423</w:t>
      </w:r>
    </w:p>
    <w:p>
      <w:r>
        <w:rPr>
          <w:rFonts w:ascii="Source Han Sans SC" w:hAnsi="Source Han Sans SC" w:eastAsia="Source Han Sans SC" w:cs="Source Han Sans SC" w:hint="eastAsia"/>
          <w:sz w:val="21"/>
        </w:rPr>
        <w:t>---</w:t>
      </w:r>
    </w:p>
    <w:p>
      <w:pPr>
        <w:pStyle w:val="Heading1"/>
      </w:pPr>
      <w:r>
        <w:t>v2.15.0(2026-03-13)</w:t>
      </w:r>
    </w:p>
    <w:p>
      <w:pPr>
        <w:pStyle w:val="Heading2"/>
      </w:pPr>
      <w:r>
        <w:t>Bug Fixes</w:t>
      </w:r>
    </w:p>
    <w:p>
      <w:pPr>
        <w:pStyle w:val="ListBullet"/>
      </w:pPr>
      <w:r>
        <w:rPr>
          <w:rFonts w:ascii="Source Han Sans SC" w:hAnsi="Source Han Sans SC" w:eastAsia="Source Han Sans SC" w:cs="Source Han Sans SC" w:hint="eastAsia"/>
          <w:sz w:val="21"/>
        </w:rPr>
        <w:t>播放器模块(player) 修复在 PC 端微信小程序内无法正常观看点播加密视频的问题</w:t>
      </w:r>
    </w:p>
    <w:p>
      <w:pPr>
        <w:pStyle w:val="Heading2"/>
      </w:pPr>
      <w:r>
        <w:t>Features</w:t>
      </w:r>
    </w:p>
    <w:p>
      <w:pPr>
        <w:pStyle w:val="ListBullet"/>
      </w:pPr>
      <w:r>
        <w:rPr>
          <w:rFonts w:ascii="Source Han Sans SC" w:hAnsi="Source Han Sans SC" w:eastAsia="Source Han Sans SC" w:cs="Source Han Sans SC" w:hint="eastAsia"/>
          <w:sz w:val="21"/>
        </w:rPr>
        <w:t>观看条件模块(auth) 为白名单观看新增 phoneAuthToken 的校验方式</w:t>
      </w:r>
    </w:p>
    <w:p>
      <w:pPr>
        <w:pStyle w:val="ListBullet"/>
      </w:pPr>
      <w:r>
        <w:rPr>
          <w:rFonts w:ascii="Source Han Sans SC" w:hAnsi="Source Han Sans SC" w:eastAsia="Source Han Sans SC" w:cs="Source Han Sans SC" w:hint="eastAsia"/>
          <w:sz w:val="21"/>
        </w:rPr>
        <w:t xml:space="preserve">域名模块(domain) 增加获取服务端 </w:t>
      </w:r>
      <w:r>
        <w:rPr>
          <w:rFonts w:ascii="Menlo" w:hAnsi="Menlo"/>
          <w:color w:val="444444"/>
          <w:sz w:val="20"/>
        </w:rPr>
        <w:t>watchPageDomain</w:t>
      </w:r>
      <w:r>
        <w:rPr>
          <w:rFonts w:ascii="Source Han Sans SC" w:hAnsi="Source Han Sans SC" w:eastAsia="Source Han Sans SC" w:cs="Source Han Sans SC" w:hint="eastAsia"/>
          <w:sz w:val="21"/>
        </w:rPr>
        <w:t xml:space="preserve"> 配置的处理（SDK 传入优先级 &gt; 服务端配置 &gt; SDK 默认配置）</w:t>
      </w:r>
    </w:p>
    <w:p>
      <w:pPr>
        <w:pStyle w:val="ListBullet"/>
      </w:pPr>
      <w:r>
        <w:rPr>
          <w:rFonts w:ascii="Source Han Sans SC" w:hAnsi="Source Han Sans SC" w:eastAsia="Source Han Sans SC" w:cs="Source Han Sans SC" w:hint="eastAsia"/>
          <w:sz w:val="21"/>
        </w:rPr>
        <w:t>播放器模块(player) 增加点、直播播放器的业务 Error 事件触发</w:t>
      </w:r>
    </w:p>
    <w:p>
      <w:pPr>
        <w:pStyle w:val="ListBullet"/>
      </w:pPr>
      <w:r>
        <w:rPr>
          <w:rFonts w:ascii="Source Han Sans SC" w:hAnsi="Source Han Sans SC" w:eastAsia="Source Han Sans SC" w:cs="Source Han Sans SC" w:hint="eastAsia"/>
          <w:sz w:val="21"/>
        </w:rPr>
        <w:t>播放器模块(player) 直播回放支持 0.75 倍速播放</w:t>
      </w:r>
    </w:p>
    <w:p>
      <w:pPr>
        <w:pStyle w:val="ListBullet"/>
      </w:pPr>
      <w:r>
        <w:rPr>
          <w:rFonts w:ascii="Source Han Sans SC" w:hAnsi="Source Han Sans SC" w:eastAsia="Source Han Sans SC" w:cs="Source Han Sans SC" w:hint="eastAsia"/>
          <w:sz w:val="21"/>
        </w:rPr>
        <w:t>模块(marquee、 user、 watermark) 内容保护用户名类型增加用户 ID 的显示</w:t>
      </w:r>
    </w:p>
    <w:p>
      <w:pPr>
        <w:pStyle w:val="ListBullet"/>
      </w:pPr>
      <w:r>
        <w:rPr>
          <w:rFonts w:ascii="Source Han Sans SC" w:hAnsi="Source Han Sans SC" w:eastAsia="Source Han Sans SC" w:cs="Source Han Sans SC" w:hint="eastAsia"/>
          <w:sz w:val="21"/>
        </w:rPr>
        <w:t>聊天模块(chat) 非直播状态下也可以操作消息上墙</w:t>
      </w:r>
    </w:p>
    <w:p>
      <w:pPr>
        <w:pStyle w:val="Heading2"/>
      </w:pPr>
      <w:r>
        <w:t>Code Refactoring</w:t>
      </w:r>
    </w:p>
    <w:p>
      <w:pPr>
        <w:pStyle w:val="ListBullet"/>
      </w:pPr>
      <w:r>
        <w:rPr>
          <w:rFonts w:ascii="Source Han Sans SC" w:hAnsi="Source Han Sans SC" w:eastAsia="Source Han Sans SC" w:cs="Source Han Sans SC" w:hint="eastAsia"/>
          <w:sz w:val="21"/>
        </w:rPr>
        <w:t xml:space="preserve">频道模块(channel) 更改 </w:t>
      </w:r>
      <w:r>
        <w:rPr>
          <w:rFonts w:ascii="Menlo" w:hAnsi="Menlo"/>
          <w:color w:val="444444"/>
          <w:sz w:val="20"/>
        </w:rPr>
        <w:t>getWatchThemeStyleConfig</w:t>
      </w:r>
      <w:r>
        <w:rPr>
          <w:rFonts w:ascii="Source Han Sans SC" w:hAnsi="Source Han Sans SC" w:eastAsia="Source Han Sans SC" w:cs="Source Han Sans SC" w:hint="eastAsia"/>
          <w:sz w:val="21"/>
        </w:rPr>
        <w:t xml:space="preserve"> 方法内部请求配置的服务端地址</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@just4/request</w:t>
      </w:r>
      <w:r>
        <w:rPr>
          <w:rFonts w:ascii="Source Han Sans SC" w:hAnsi="Source Han Sans SC" w:eastAsia="Source Han Sans SC" w:cs="Source Han Sans SC" w:hint="eastAsia"/>
          <w:sz w:val="21"/>
        </w:rPr>
        <w:t xml:space="preserve"> 版本至 </w:t>
      </w:r>
      <w:r>
        <w:rPr>
          <w:rFonts w:ascii="Menlo" w:hAnsi="Menlo"/>
          <w:color w:val="444444"/>
          <w:sz w:val="20"/>
        </w:rPr>
        <w:t>1.0.0</w:t>
      </w:r>
      <w:r>
        <w:rPr>
          <w:rFonts w:ascii="Source Han Sans SC" w:hAnsi="Source Han Sans SC" w:eastAsia="Source Han Sans SC" w:cs="Source Han Sans SC" w:hint="eastAsia"/>
          <w:sz w:val="21"/>
        </w:rPr>
        <w:t>，请求失败时抛出包含请求 URL 的异常信息</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@polyv/utils</w:t>
      </w:r>
      <w:r>
        <w:rPr>
          <w:rFonts w:ascii="Source Han Sans SC" w:hAnsi="Source Han Sans SC" w:eastAsia="Source Han Sans SC" w:cs="Source Han Sans SC" w:hint="eastAsia"/>
          <w:sz w:val="21"/>
        </w:rPr>
        <w:t xml:space="preserve"> 版本至 </w:t>
      </w:r>
      <w:r>
        <w:rPr>
          <w:rFonts w:ascii="Menlo" w:hAnsi="Menlo"/>
          <w:color w:val="444444"/>
          <w:sz w:val="20"/>
        </w:rPr>
        <w:t>2.19.0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w:t>
      </w:r>
      <w:r>
        <w:rPr>
          <w:rFonts w:ascii="Source Han Sans SC" w:hAnsi="Source Han Sans SC" w:eastAsia="Source Han Sans SC" w:cs="Source Han Sans SC" w:hint="eastAsia"/>
          <w:sz w:val="21"/>
        </w:rPr>
        <w:t xml:space="preserve"> 和 </w:t>
      </w:r>
      <w:r>
        <w:rPr>
          <w:rFonts w:ascii="Menlo" w:hAnsi="Menlo"/>
          <w:color w:val="444444"/>
          <w:sz w:val="20"/>
        </w:rPr>
        <w:t>@polyv/socket</w:t>
      </w:r>
      <w:r>
        <w:rPr>
          <w:rFonts w:ascii="Source Han Sans SC" w:hAnsi="Source Han Sans SC" w:eastAsia="Source Han Sans SC" w:cs="Source Han Sans SC" w:hint="eastAsia"/>
          <w:sz w:val="21"/>
        </w:rPr>
        <w:t xml:space="preserve">，版本为 </w:t>
      </w:r>
      <w:r>
        <w:rPr>
          <w:rFonts w:ascii="Menlo" w:hAnsi="Menlo"/>
          <w:color w:val="444444"/>
          <w:sz w:val="20"/>
        </w:rPr>
        <w:t>rc-20260312</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rc-20260312</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@polyv/interaction-core</w:t>
      </w:r>
      <w:r>
        <w:rPr>
          <w:rFonts w:ascii="Source Han Sans SC" w:hAnsi="Source Han Sans SC" w:eastAsia="Source Han Sans SC" w:cs="Source Han Sans SC" w:hint="eastAsia"/>
          <w:sz w:val="21"/>
        </w:rPr>
        <w:t xml:space="preserve"> 及其关联的 SDK 版本至 </w:t>
      </w:r>
      <w:r>
        <w:rPr>
          <w:rFonts w:ascii="Menlo" w:hAnsi="Menlo"/>
          <w:color w:val="444444"/>
          <w:sz w:val="20"/>
        </w:rPr>
        <w:t>rc-20260312</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rc-20260312</w:t>
      </w:r>
    </w:p>
    <w:p>
      <w:r>
        <w:rPr>
          <w:rFonts w:ascii="Source Han Sans SC" w:hAnsi="Source Han Sans SC" w:eastAsia="Source Han Sans SC" w:cs="Source Han Sans SC" w:hint="eastAsia"/>
          <w:sz w:val="21"/>
        </w:rPr>
        <w:t>---</w:t>
      </w:r>
    </w:p>
    <w:p>
      <w:pPr>
        <w:pStyle w:val="Heading1"/>
      </w:pPr>
      <w:r>
        <w:t>v2.14.0(2026-02-06)</w:t>
      </w:r>
    </w:p>
    <w:p>
      <w:pPr>
        <w:pStyle w:val="Heading2"/>
      </w:pPr>
      <w:r>
        <w:t>Bug Fixes</w:t>
      </w:r>
    </w:p>
    <w:p>
      <w:pPr>
        <w:pStyle w:val="ListBullet"/>
      </w:pPr>
      <w:r>
        <w:rPr>
          <w:rFonts w:ascii="Source Han Sans SC" w:hAnsi="Source Han Sans SC" w:eastAsia="Source Han Sans SC" w:cs="Source Han Sans SC" w:hint="eastAsia"/>
          <w:sz w:val="21"/>
        </w:rPr>
        <w:t>预约模块(live-booking) 修复在微信公众号功能不可用时还支持使用微信预约的问题</w:t>
      </w:r>
    </w:p>
    <w:p>
      <w:pPr>
        <w:pStyle w:val="Heading2"/>
      </w:pPr>
      <w:r>
        <w:t>Features</w:t>
      </w:r>
    </w:p>
    <w:p>
      <w:pPr>
        <w:pStyle w:val="ListBullet"/>
      </w:pPr>
      <w:r>
        <w:rPr>
          <w:rFonts w:ascii="Source Han Sans SC" w:hAnsi="Source Han Sans SC" w:eastAsia="Source Han Sans SC" w:cs="Source Han Sans SC" w:hint="eastAsia"/>
          <w:sz w:val="21"/>
        </w:rPr>
        <w:t>频道模块(chanel) 支持响应后台观看页主题配置</w:t>
      </w:r>
    </w:p>
    <w:p>
      <w:pPr>
        <w:pStyle w:val="ListBullet"/>
      </w:pPr>
      <w:r>
        <w:rPr>
          <w:rFonts w:ascii="Source Han Sans SC" w:hAnsi="Source Han Sans SC" w:eastAsia="Source Han Sans SC" w:cs="Source Han Sans SC" w:hint="eastAsia"/>
          <w:sz w:val="21"/>
        </w:rPr>
        <w:t xml:space="preserve">回放模块(playback) 新增 </w:t>
      </w:r>
      <w:r>
        <w:rPr>
          <w:rFonts w:ascii="Menlo" w:hAnsi="Menlo"/>
          <w:color w:val="444444"/>
          <w:sz w:val="20"/>
        </w:rPr>
        <w:t>chatConnectEnabled</w:t>
      </w:r>
      <w:r>
        <w:rPr>
          <w:rFonts w:ascii="Source Han Sans SC" w:hAnsi="Source Han Sans SC" w:eastAsia="Source Han Sans SC" w:cs="Source Han Sans SC" w:hint="eastAsia"/>
          <w:sz w:val="21"/>
        </w:rPr>
        <w:t xml:space="preserve"> 来给到外部判断在特定业务场景下是否能连接聊天室</w:t>
      </w:r>
    </w:p>
    <w:p>
      <w:pPr>
        <w:pStyle w:val="ListBullet"/>
      </w:pPr>
      <w:r>
        <w:rPr>
          <w:rFonts w:ascii="Source Han Sans SC" w:hAnsi="Source Han Sans SC" w:eastAsia="Source Han Sans SC" w:cs="Source Han Sans SC" w:hint="eastAsia"/>
          <w:sz w:val="21"/>
        </w:rPr>
        <w:t xml:space="preserve">回放模块(playback) </w:t>
      </w:r>
      <w:r>
        <w:rPr>
          <w:rFonts w:ascii="Menlo" w:hAnsi="Menlo"/>
          <w:color w:val="444444"/>
          <w:sz w:val="20"/>
        </w:rPr>
        <w:t>getPlaybackList</w:t>
      </w:r>
      <w:r>
        <w:rPr>
          <w:rFonts w:ascii="Source Han Sans SC" w:hAnsi="Source Han Sans SC" w:eastAsia="Source Han Sans SC" w:cs="Source Han Sans SC" w:hint="eastAsia"/>
          <w:sz w:val="21"/>
        </w:rPr>
        <w:t xml:space="preserve"> 方法支持根据视频关键字搜索视频</w:t>
      </w:r>
    </w:p>
    <w:p>
      <w:pPr>
        <w:pStyle w:val="ListBullet"/>
      </w:pPr>
      <w:r>
        <w:rPr>
          <w:rFonts w:ascii="Source Han Sans SC" w:hAnsi="Source Han Sans SC" w:eastAsia="Source Han Sans SC" w:cs="Source Han Sans SC" w:hint="eastAsia"/>
          <w:sz w:val="21"/>
        </w:rPr>
        <w:t xml:space="preserve">播放器模块(player) 播放器信息新增 </w:t>
      </w:r>
      <w:r>
        <w:rPr>
          <w:rFonts w:ascii="Menlo" w:hAnsi="Menlo"/>
          <w:color w:val="444444"/>
          <w:sz w:val="20"/>
        </w:rPr>
        <w:t>portraitPlayerScreenType</w:t>
      </w:r>
      <w:r>
        <w:rPr>
          <w:rFonts w:ascii="Source Han Sans SC" w:hAnsi="Source Han Sans SC" w:eastAsia="Source Han Sans SC" w:cs="Source Han Sans SC" w:hint="eastAsia"/>
          <w:sz w:val="21"/>
        </w:rPr>
        <w:t xml:space="preserve"> 字段来处理竖屏画面适配设置</w:t>
      </w:r>
    </w:p>
    <w:p>
      <w:pPr>
        <w:pStyle w:val="ListBullet"/>
      </w:pPr>
      <w:r>
        <w:rPr>
          <w:rFonts w:ascii="Source Han Sans SC" w:hAnsi="Source Han Sans SC" w:eastAsia="Source Han Sans SC" w:cs="Source Han Sans SC" w:hint="eastAsia"/>
          <w:sz w:val="21"/>
        </w:rPr>
        <w:t>播放器模块(player) 支持根据回放配置自动切换播放器来播放对应的视频</w:t>
      </w:r>
    </w:p>
    <w:p>
      <w:pPr>
        <w:pStyle w:val="ListBullet"/>
      </w:pPr>
      <w:r>
        <w:rPr>
          <w:rFonts w:ascii="Source Han Sans SC" w:hAnsi="Source Han Sans SC" w:eastAsia="Source Han Sans SC" w:cs="Source Han Sans SC" w:hint="eastAsia"/>
          <w:sz w:val="21"/>
        </w:rPr>
        <w:t>提问模块(ask) 新增删除单条提问消息和删除提问用户事件</w:t>
      </w:r>
    </w:p>
    <w:p>
      <w:pPr>
        <w:pStyle w:val="ListBullet"/>
      </w:pPr>
      <w:r>
        <w:rPr>
          <w:rFonts w:ascii="Source Han Sans SC" w:hAnsi="Source Han Sans SC" w:eastAsia="Source Han Sans SC" w:cs="Source Han Sans SC" w:hint="eastAsia"/>
          <w:sz w:val="21"/>
        </w:rPr>
        <w:t>日志模块(rtas) 新增用户体系游客模式授权方式入参</w:t>
      </w:r>
    </w:p>
    <w:p>
      <w:pPr>
        <w:pStyle w:val="ListBullet"/>
      </w:pPr>
      <w:r>
        <w:rPr>
          <w:rFonts w:ascii="Source Han Sans SC" w:hAnsi="Source Han Sans SC" w:eastAsia="Source Han Sans SC" w:cs="Source Han Sans SC" w:hint="eastAsia"/>
          <w:sz w:val="21"/>
        </w:rPr>
        <w:t xml:space="preserve">频道模块(channel) 新增 </w:t>
      </w:r>
      <w:r>
        <w:rPr>
          <w:rFonts w:ascii="Menlo" w:hAnsi="Menlo"/>
          <w:color w:val="444444"/>
          <w:sz w:val="20"/>
        </w:rPr>
        <w:t>getProductIconConfig</w:t>
      </w:r>
      <w:r>
        <w:rPr>
          <w:rFonts w:ascii="Source Han Sans SC" w:hAnsi="Source Han Sans SC" w:eastAsia="Source Han Sans SC" w:cs="Source Han Sans SC" w:hint="eastAsia"/>
          <w:sz w:val="21"/>
        </w:rPr>
        <w:t xml:space="preserve"> 获取商品图标配置</w:t>
      </w:r>
    </w:p>
    <w:p>
      <w:pPr>
        <w:pStyle w:val="Heading2"/>
      </w:pPr>
      <w:r>
        <w:t>Code Refactoring</w:t>
      </w:r>
    </w:p>
    <w:p>
      <w:pPr>
        <w:pStyle w:val="ListBullet"/>
      </w:pPr>
      <w:r>
        <w:rPr>
          <w:rFonts w:ascii="Source Han Sans SC" w:hAnsi="Source Han Sans SC" w:eastAsia="Source Han Sans SC" w:cs="Source Han Sans SC" w:hint="eastAsia"/>
          <w:sz w:val="21"/>
        </w:rPr>
        <w:t xml:space="preserve">回放模块(playback) 重构内部 </w:t>
      </w:r>
      <w:r>
        <w:rPr>
          <w:rFonts w:ascii="Menlo" w:hAnsi="Menlo"/>
          <w:color w:val="444444"/>
          <w:sz w:val="20"/>
        </w:rPr>
        <w:t>playbackType</w:t>
      </w:r>
      <w:r>
        <w:rPr>
          <w:rFonts w:ascii="Source Han Sans SC" w:hAnsi="Source Han Sans SC" w:eastAsia="Source Han Sans SC" w:cs="Source Han Sans SC" w:hint="eastAsia"/>
          <w:sz w:val="21"/>
        </w:rPr>
        <w:t xml:space="preserve"> 和 </w:t>
      </w:r>
      <w:r>
        <w:rPr>
          <w:rFonts w:ascii="Menlo" w:hAnsi="Menlo"/>
          <w:color w:val="444444"/>
          <w:sz w:val="20"/>
        </w:rPr>
        <w:t>playbackOrigin</w:t>
      </w:r>
      <w:r>
        <w:rPr>
          <w:rFonts w:ascii="Source Han Sans SC" w:hAnsi="Source Han Sans SC" w:eastAsia="Source Han Sans SC" w:cs="Source Han Sans SC" w:hint="eastAsia"/>
          <w:sz w:val="21"/>
        </w:rPr>
        <w:t xml:space="preserve"> 处理逻辑，以支持后台单个回放列表使用多种视频源</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@just4/ua-info</w:t>
      </w:r>
      <w:r>
        <w:rPr>
          <w:rFonts w:ascii="Source Han Sans SC" w:hAnsi="Source Han Sans SC" w:eastAsia="Source Han Sans SC" w:cs="Source Han Sans SC" w:hint="eastAsia"/>
          <w:sz w:val="21"/>
        </w:rPr>
        <w:t xml:space="preserve"> 版本至 </w:t>
      </w:r>
      <w:r>
        <w:rPr>
          <w:rFonts w:ascii="Menlo" w:hAnsi="Menlo"/>
          <w:color w:val="444444"/>
          <w:sz w:val="20"/>
        </w:rPr>
        <w:t>4.0.0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@polyv/utils</w:t>
      </w:r>
      <w:r>
        <w:rPr>
          <w:rFonts w:ascii="Source Han Sans SC" w:hAnsi="Source Han Sans SC" w:eastAsia="Source Han Sans SC" w:cs="Source Han Sans SC" w:hint="eastAsia"/>
          <w:sz w:val="21"/>
        </w:rPr>
        <w:t xml:space="preserve"> 版本至 </w:t>
      </w:r>
      <w:r>
        <w:rPr>
          <w:rFonts w:ascii="Menlo" w:hAnsi="Menlo"/>
          <w:color w:val="444444"/>
          <w:sz w:val="20"/>
        </w:rPr>
        <w:t>2.18.0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版本至 </w:t>
      </w:r>
      <w:r>
        <w:rPr>
          <w:rFonts w:ascii="Menlo" w:hAnsi="Menlo"/>
          <w:color w:val="444444"/>
          <w:sz w:val="20"/>
        </w:rPr>
        <w:t>rc-20260205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@polyv/live-watch-ai-sdk</w:t>
      </w:r>
      <w:r>
        <w:rPr>
          <w:rFonts w:ascii="Source Han Sans SC" w:hAnsi="Source Han Sans SC" w:eastAsia="Source Han Sans SC" w:cs="Source Han Sans SC" w:hint="eastAsia"/>
          <w:sz w:val="21"/>
        </w:rPr>
        <w:t xml:space="preserve"> 版本至 </w:t>
      </w:r>
      <w:r>
        <w:rPr>
          <w:rFonts w:ascii="Menlo" w:hAnsi="Menlo"/>
          <w:color w:val="444444"/>
          <w:sz w:val="20"/>
        </w:rPr>
        <w:t>rc-20260205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w:t>
      </w:r>
      <w:r>
        <w:rPr>
          <w:rFonts w:ascii="Source Han Sans SC" w:hAnsi="Source Han Sans SC" w:eastAsia="Source Han Sans SC" w:cs="Source Han Sans SC" w:hint="eastAsia"/>
          <w:sz w:val="21"/>
        </w:rPr>
        <w:t xml:space="preserve"> 和 </w:t>
      </w:r>
      <w:r>
        <w:rPr>
          <w:rFonts w:ascii="Menlo" w:hAnsi="Menlo"/>
          <w:color w:val="444444"/>
          <w:sz w:val="20"/>
        </w:rPr>
        <w:t>@polyv/socket</w:t>
      </w:r>
      <w:r>
        <w:rPr>
          <w:rFonts w:ascii="Source Han Sans SC" w:hAnsi="Source Han Sans SC" w:eastAsia="Source Han Sans SC" w:cs="Source Han Sans SC" w:hint="eastAsia"/>
          <w:sz w:val="21"/>
        </w:rPr>
        <w:t xml:space="preserve">，版本为 </w:t>
      </w:r>
      <w:r>
        <w:rPr>
          <w:rFonts w:ascii="Menlo" w:hAnsi="Menlo"/>
          <w:color w:val="444444"/>
          <w:sz w:val="20"/>
        </w:rPr>
        <w:t>rc-20260205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rc-20260205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@polyv/interaction-core</w:t>
      </w:r>
      <w:r>
        <w:rPr>
          <w:rFonts w:ascii="Source Han Sans SC" w:hAnsi="Source Han Sans SC" w:eastAsia="Source Han Sans SC" w:cs="Source Han Sans SC" w:hint="eastAsia"/>
          <w:sz w:val="21"/>
        </w:rPr>
        <w:t xml:space="preserve"> 及其关联的 SDK 版本至 </w:t>
      </w:r>
      <w:r>
        <w:rPr>
          <w:rFonts w:ascii="Menlo" w:hAnsi="Menlo"/>
          <w:color w:val="444444"/>
          <w:sz w:val="20"/>
        </w:rPr>
        <w:t>rc-20260205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rc-20260205</w:t>
      </w:r>
    </w:p>
    <w:p>
      <w:r>
        <w:rPr>
          <w:rFonts w:ascii="Source Han Sans SC" w:hAnsi="Source Han Sans SC" w:eastAsia="Source Han Sans SC" w:cs="Source Han Sans SC" w:hint="eastAsia"/>
          <w:sz w:val="21"/>
        </w:rPr>
        <w:t>---</w:t>
      </w:r>
    </w:p>
    <w:p>
      <w:pPr>
        <w:pStyle w:val="Heading1"/>
      </w:pPr>
      <w:r>
        <w:t>v2.13.0(2026-01-16)</w:t>
      </w:r>
    </w:p>
    <w:p>
      <w:pPr>
        <w:pStyle w:val="Heading2"/>
      </w:pPr>
      <w:r>
        <w:t>Bug Fixes</w:t>
      </w:r>
    </w:p>
    <w:p>
      <w:pPr>
        <w:pStyle w:val="ListBullet"/>
      </w:pPr>
      <w:r>
        <w:rPr>
          <w:rFonts w:ascii="Source Han Sans SC" w:hAnsi="Source Han Sans SC" w:eastAsia="Source Han Sans SC" w:cs="Source Han Sans SC" w:hint="eastAsia"/>
          <w:sz w:val="21"/>
        </w:rPr>
        <w:t>聊天模块(chat) 修复评论上墙消息事件在连接聊天室后触发两次的问题</w:t>
      </w:r>
    </w:p>
    <w:p>
      <w:pPr>
        <w:pStyle w:val="Heading2"/>
      </w:pPr>
      <w:r>
        <w:t>Features</w:t>
      </w:r>
    </w:p>
    <w:p>
      <w:pPr>
        <w:pStyle w:val="ListBullet"/>
      </w:pPr>
      <w:r>
        <w:rPr>
          <w:rFonts w:ascii="Source Han Sans SC" w:hAnsi="Source Han Sans SC" w:eastAsia="Source Han Sans SC" w:cs="Source Han Sans SC" w:hint="eastAsia"/>
          <w:sz w:val="21"/>
        </w:rPr>
        <w:t>频道模块(channel) 新增</w:t>
      </w:r>
      <w:r>
        <w:rPr>
          <w:rFonts w:ascii="Menlo" w:hAnsi="Menlo"/>
          <w:color w:val="444444"/>
          <w:sz w:val="20"/>
        </w:rPr>
        <w:t>getProductEntryLandscapePosition</w:t>
      </w:r>
      <w:r>
        <w:rPr>
          <w:rFonts w:ascii="Source Han Sans SC" w:hAnsi="Source Han Sans SC" w:eastAsia="Source Han Sans SC" w:cs="Source Han Sans SC" w:hint="eastAsia"/>
          <w:sz w:val="21"/>
        </w:rPr>
        <w:t>获取商品库横屏入口位置</w:t>
      </w:r>
    </w:p>
    <w:p>
      <w:pPr>
        <w:pStyle w:val="ListBullet"/>
      </w:pPr>
      <w:r>
        <w:rPr>
          <w:rFonts w:ascii="Source Han Sans SC" w:hAnsi="Source Han Sans SC" w:eastAsia="Source Han Sans SC" w:cs="Source Han Sans SC" w:hint="eastAsia"/>
          <w:sz w:val="21"/>
        </w:rPr>
        <w:t xml:space="preserve">频道模块(channel) 新增 </w:t>
      </w:r>
      <w:r>
        <w:rPr>
          <w:rFonts w:ascii="Menlo" w:hAnsi="Menlo"/>
          <w:color w:val="444444"/>
          <w:sz w:val="20"/>
        </w:rPr>
        <w:t>getAnchorInfo</w:t>
      </w:r>
      <w:r>
        <w:rPr>
          <w:rFonts w:ascii="Source Han Sans SC" w:hAnsi="Source Han Sans SC" w:eastAsia="Source Han Sans SC" w:cs="Source Han Sans SC" w:hint="eastAsia"/>
          <w:sz w:val="21"/>
        </w:rPr>
        <w:t xml:space="preserve"> 获取主讲信息</w:t>
      </w:r>
    </w:p>
    <w:p>
      <w:pPr>
        <w:pStyle w:val="ListBullet"/>
      </w:pPr>
      <w:r>
        <w:rPr>
          <w:rFonts w:ascii="Source Han Sans SC" w:hAnsi="Source Han Sans SC" w:eastAsia="Source Han Sans SC" w:cs="Source Han Sans SC" w:hint="eastAsia"/>
          <w:sz w:val="21"/>
        </w:rPr>
        <w:t xml:space="preserve">频道模块(channel) 新增 </w:t>
      </w:r>
      <w:r>
        <w:rPr>
          <w:rFonts w:ascii="Menlo" w:hAnsi="Menlo"/>
          <w:color w:val="444444"/>
          <w:sz w:val="20"/>
        </w:rPr>
        <w:t>getAnchorChannelList</w:t>
      </w:r>
      <w:r>
        <w:rPr>
          <w:rFonts w:ascii="Source Han Sans SC" w:hAnsi="Source Han Sans SC" w:eastAsia="Source Han Sans SC" w:cs="Source Han Sans SC" w:hint="eastAsia"/>
          <w:sz w:val="21"/>
        </w:rPr>
        <w:t xml:space="preserve"> 获取主讲关联频道列表</w:t>
      </w:r>
    </w:p>
    <w:p>
      <w:pPr>
        <w:pStyle w:val="ListBullet"/>
      </w:pPr>
      <w:r>
        <w:rPr>
          <w:rFonts w:ascii="Source Han Sans SC" w:hAnsi="Source Han Sans SC" w:eastAsia="Source Han Sans SC" w:cs="Source Han Sans SC" w:hint="eastAsia"/>
          <w:sz w:val="21"/>
        </w:rPr>
        <w:t>小班课场景连麦模块新增 leaveAudience， stopSmallClassStat， isAudienceModeJoined，joinAsAudience</w:t>
      </w:r>
    </w:p>
    <w:p>
      <w:pPr>
        <w:pStyle w:val="ListBullet"/>
      </w:pPr>
      <w:r>
        <w:rPr>
          <w:rFonts w:ascii="Source Han Sans SC" w:hAnsi="Source Han Sans SC" w:eastAsia="Source Han Sans SC" w:cs="Source Han Sans SC" w:hint="eastAsia"/>
          <w:sz w:val="21"/>
        </w:rPr>
        <w:t xml:space="preserve">播放器模块(player) 新增 </w:t>
      </w:r>
      <w:r>
        <w:rPr>
          <w:rFonts w:ascii="Menlo" w:hAnsi="Menlo"/>
          <w:color w:val="444444"/>
          <w:sz w:val="20"/>
        </w:rPr>
        <w:t>needWaitToStop</w:t>
      </w:r>
      <w:r>
        <w:rPr>
          <w:rFonts w:ascii="Source Han Sans SC" w:hAnsi="Source Han Sans SC" w:eastAsia="Source Han Sans SC" w:cs="Source Han Sans SC" w:hint="eastAsia"/>
          <w:sz w:val="21"/>
        </w:rPr>
        <w:t xml:space="preserve"> 参数用作判断是否无延迟主动停止流时需要延迟操作</w:t>
      </w:r>
    </w:p>
    <w:p>
      <w:pPr>
        <w:pStyle w:val="Heading2"/>
      </w:pPr>
      <w:r>
        <w:t>Optimizes</w:t>
      </w:r>
    </w:p>
    <w:p>
      <w:pPr>
        <w:pStyle w:val="ListBullet"/>
      </w:pPr>
      <w:r>
        <w:rPr>
          <w:rFonts w:ascii="Source Han Sans SC" w:hAnsi="Source Han Sans SC" w:eastAsia="Source Han Sans SC" w:cs="Source Han Sans SC" w:hint="eastAsia"/>
          <w:sz w:val="21"/>
        </w:rPr>
        <w:t>聊天模块(chat) 插入本地打赏时调用新版聊天室实例对应的方法</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版本至 </w:t>
      </w:r>
      <w:r>
        <w:rPr>
          <w:rFonts w:ascii="Menlo" w:hAnsi="Menlo"/>
          <w:color w:val="444444"/>
          <w:sz w:val="20"/>
        </w:rPr>
        <w:t>rc-20260115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w:t>
      </w:r>
      <w:r>
        <w:rPr>
          <w:rFonts w:ascii="Source Han Sans SC" w:hAnsi="Source Han Sans SC" w:eastAsia="Source Han Sans SC" w:cs="Source Han Sans SC" w:hint="eastAsia"/>
          <w:sz w:val="21"/>
        </w:rPr>
        <w:t xml:space="preserve"> 和 </w:t>
      </w:r>
      <w:r>
        <w:rPr>
          <w:rFonts w:ascii="Menlo" w:hAnsi="Menlo"/>
          <w:color w:val="444444"/>
          <w:sz w:val="20"/>
        </w:rPr>
        <w:t>@polyv/socket</w:t>
      </w:r>
      <w:r>
        <w:rPr>
          <w:rFonts w:ascii="Source Han Sans SC" w:hAnsi="Source Han Sans SC" w:eastAsia="Source Han Sans SC" w:cs="Source Han Sans SC" w:hint="eastAsia"/>
          <w:sz w:val="21"/>
        </w:rPr>
        <w:t xml:space="preserve">，版本为 </w:t>
      </w:r>
      <w:r>
        <w:rPr>
          <w:rFonts w:ascii="Menlo" w:hAnsi="Menlo"/>
          <w:color w:val="444444"/>
          <w:sz w:val="20"/>
        </w:rPr>
        <w:t>rc-20260115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@polyv/live-watch-ai-sdk</w:t>
      </w:r>
      <w:r>
        <w:rPr>
          <w:rFonts w:ascii="Source Han Sans SC" w:hAnsi="Source Han Sans SC" w:eastAsia="Source Han Sans SC" w:cs="Source Han Sans SC" w:hint="eastAsia"/>
          <w:sz w:val="21"/>
        </w:rPr>
        <w:t xml:space="preserve"> 版本至 </w:t>
      </w:r>
      <w:r>
        <w:rPr>
          <w:rFonts w:ascii="Menlo" w:hAnsi="Menlo"/>
          <w:color w:val="444444"/>
          <w:sz w:val="20"/>
        </w:rPr>
        <w:t>rc-20260115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rc-20260115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@polyv/interaction-core</w:t>
      </w:r>
      <w:r>
        <w:rPr>
          <w:rFonts w:ascii="Source Han Sans SC" w:hAnsi="Source Han Sans SC" w:eastAsia="Source Han Sans SC" w:cs="Source Han Sans SC" w:hint="eastAsia"/>
          <w:sz w:val="21"/>
        </w:rPr>
        <w:t xml:space="preserve"> 及其关联的 SDK 版本至 </w:t>
      </w:r>
      <w:r>
        <w:rPr>
          <w:rFonts w:ascii="Menlo" w:hAnsi="Menlo"/>
          <w:color w:val="444444"/>
          <w:sz w:val="20"/>
        </w:rPr>
        <w:t>rc-20260115</w:t>
      </w:r>
    </w:p>
    <w:p>
      <w:r>
        <w:rPr>
          <w:rFonts w:ascii="Source Han Sans SC" w:hAnsi="Source Han Sans SC" w:eastAsia="Source Han Sans SC" w:cs="Source Han Sans SC" w:hint="eastAsia"/>
          <w:sz w:val="21"/>
        </w:rPr>
        <w:t>---</w:t>
      </w:r>
    </w:p>
    <w:p>
      <w:pPr>
        <w:pStyle w:val="Heading1"/>
      </w:pPr>
      <w:r>
        <w:t>v2.12.0(2025-12-26)</w:t>
      </w:r>
    </w:p>
    <w:p>
      <w:pPr>
        <w:pStyle w:val="Heading2"/>
      </w:pPr>
      <w:r>
        <w:t>Features</w:t>
      </w:r>
    </w:p>
    <w:p>
      <w:pPr>
        <w:pStyle w:val="ListBullet"/>
      </w:pPr>
      <w:r>
        <w:rPr>
          <w:rFonts w:ascii="Source Han Sans SC" w:hAnsi="Source Han Sans SC" w:eastAsia="Source Han Sans SC" w:cs="Source Han Sans SC" w:hint="eastAsia"/>
          <w:sz w:val="21"/>
        </w:rPr>
        <w:t>SDK 内部支持"直播新场次"测试模式功能</w:t>
      </w:r>
    </w:p>
    <w:p>
      <w:pPr>
        <w:pStyle w:val="ListBullet"/>
      </w:pPr>
      <w:r>
        <w:rPr>
          <w:rFonts w:ascii="Source Han Sans SC" w:hAnsi="Source Han Sans SC" w:eastAsia="Source Han Sans SC" w:cs="Source Han Sans SC" w:hint="eastAsia"/>
          <w:sz w:val="21"/>
        </w:rPr>
        <w:t>回放模块(playback) 支持提供获取逐字稿数据的方法</w:t>
      </w:r>
    </w:p>
    <w:p>
      <w:pPr>
        <w:pStyle w:val="ListBullet"/>
      </w:pPr>
      <w:r>
        <w:rPr>
          <w:rFonts w:ascii="Source Han Sans SC" w:hAnsi="Source Han Sans SC" w:eastAsia="Source Han Sans SC" w:cs="Source Han Sans SC" w:hint="eastAsia"/>
          <w:sz w:val="21"/>
        </w:rPr>
        <w:t>回放模块(playback) 支持提供获取知识测验数据的方法</w:t>
      </w:r>
    </w:p>
    <w:p>
      <w:pPr>
        <w:pStyle w:val="ListBullet"/>
      </w:pPr>
      <w:r>
        <w:rPr>
          <w:rFonts w:ascii="Source Han Sans SC" w:hAnsi="Source Han Sans SC" w:eastAsia="Source Han Sans SC" w:cs="Source Han Sans SC" w:hint="eastAsia"/>
          <w:sz w:val="21"/>
        </w:rPr>
        <w:t>聊天模块(chat) 新增点赞特效配置，工具模块(util) 同步支持对外提供默认的点赞默认图</w:t>
      </w:r>
    </w:p>
    <w:p>
      <w:pPr>
        <w:pStyle w:val="ListBullet"/>
      </w:pPr>
      <w:r>
        <w:rPr>
          <w:rFonts w:ascii="Source Han Sans SC" w:hAnsi="Source Han Sans SC" w:eastAsia="Source Han Sans SC" w:cs="Source Han Sans SC" w:hint="eastAsia"/>
          <w:sz w:val="21"/>
        </w:rPr>
        <w:t>水印模块(watermark) 支持全屏水印功能，播放器模块(player) 和文档模块(doc) 进行相对应的调整</w:t>
      </w:r>
    </w:p>
    <w:p>
      <w:pPr>
        <w:pStyle w:val="ListBullet"/>
      </w:pPr>
      <w:r>
        <w:rPr>
          <w:rFonts w:ascii="Source Han Sans SC" w:hAnsi="Source Han Sans SC" w:eastAsia="Source Han Sans SC" w:cs="Source Han Sans SC" w:hint="eastAsia"/>
          <w:sz w:val="21"/>
        </w:rPr>
        <w:t>短信模块(sms) 适配不同厂商验证码能力</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@polyv/utils</w:t>
      </w:r>
      <w:r>
        <w:rPr>
          <w:rFonts w:ascii="Source Han Sans SC" w:hAnsi="Source Han Sans SC" w:eastAsia="Source Han Sans SC" w:cs="Source Han Sans SC" w:hint="eastAsia"/>
          <w:sz w:val="21"/>
        </w:rPr>
        <w:t xml:space="preserve"> 版本至 </w:t>
      </w:r>
      <w:r>
        <w:rPr>
          <w:rFonts w:ascii="Menlo" w:hAnsi="Menlo"/>
          <w:color w:val="444444"/>
          <w:sz w:val="20"/>
        </w:rPr>
        <w:t>2.18.0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版本至 </w:t>
      </w:r>
      <w:r>
        <w:rPr>
          <w:rFonts w:ascii="Menlo" w:hAnsi="Menlo"/>
          <w:color w:val="444444"/>
          <w:sz w:val="20"/>
        </w:rPr>
        <w:t>rc-20251225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@polyv/live-watch-ai-sdk</w:t>
      </w:r>
      <w:r>
        <w:rPr>
          <w:rFonts w:ascii="Source Han Sans SC" w:hAnsi="Source Han Sans SC" w:eastAsia="Source Han Sans SC" w:cs="Source Han Sans SC" w:hint="eastAsia"/>
          <w:sz w:val="21"/>
        </w:rPr>
        <w:t xml:space="preserve"> 版本至 </w:t>
      </w:r>
      <w:r>
        <w:rPr>
          <w:rFonts w:ascii="Menlo" w:hAnsi="Menlo"/>
          <w:color w:val="444444"/>
          <w:sz w:val="20"/>
        </w:rPr>
        <w:t>rc-20251225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w:t>
      </w:r>
      <w:r>
        <w:rPr>
          <w:rFonts w:ascii="Source Han Sans SC" w:hAnsi="Source Han Sans SC" w:eastAsia="Source Han Sans SC" w:cs="Source Han Sans SC" w:hint="eastAsia"/>
          <w:sz w:val="21"/>
        </w:rPr>
        <w:t xml:space="preserve"> 和 </w:t>
      </w:r>
      <w:r>
        <w:rPr>
          <w:rFonts w:ascii="Menlo" w:hAnsi="Menlo"/>
          <w:color w:val="444444"/>
          <w:sz w:val="20"/>
        </w:rPr>
        <w:t>@polyv/socket</w:t>
      </w:r>
      <w:r>
        <w:rPr>
          <w:rFonts w:ascii="Source Han Sans SC" w:hAnsi="Source Han Sans SC" w:eastAsia="Source Han Sans SC" w:cs="Source Han Sans SC" w:hint="eastAsia"/>
          <w:sz w:val="21"/>
        </w:rPr>
        <w:t xml:space="preserve">，版本为 </w:t>
      </w:r>
      <w:r>
        <w:rPr>
          <w:rFonts w:ascii="Menlo" w:hAnsi="Menlo"/>
          <w:color w:val="444444"/>
          <w:sz w:val="20"/>
        </w:rPr>
        <w:t>rc-20251225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rc-20251225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@polyv/interaction-core</w:t>
      </w:r>
      <w:r>
        <w:rPr>
          <w:rFonts w:ascii="Source Han Sans SC" w:hAnsi="Source Han Sans SC" w:eastAsia="Source Han Sans SC" w:cs="Source Han Sans SC" w:hint="eastAsia"/>
          <w:sz w:val="21"/>
        </w:rPr>
        <w:t xml:space="preserve"> 及其关联的 SDK 版本至 </w:t>
      </w:r>
      <w:r>
        <w:rPr>
          <w:rFonts w:ascii="Menlo" w:hAnsi="Menlo"/>
          <w:color w:val="444444"/>
          <w:sz w:val="20"/>
        </w:rPr>
        <w:t>rc-20251225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rc-20251225</w:t>
      </w:r>
    </w:p>
    <w:p>
      <w:r>
        <w:rPr>
          <w:rFonts w:ascii="Source Han Sans SC" w:hAnsi="Source Han Sans SC" w:eastAsia="Source Han Sans SC" w:cs="Source Han Sans SC" w:hint="eastAsia"/>
          <w:sz w:val="21"/>
        </w:rPr>
        <w:t>---</w:t>
      </w:r>
    </w:p>
    <w:p>
      <w:pPr>
        <w:pStyle w:val="Heading1"/>
      </w:pPr>
      <w:r>
        <w:t>v2.11.0(2025-12-05)</w:t>
      </w:r>
    </w:p>
    <w:p>
      <w:pPr>
        <w:pStyle w:val="Heading2"/>
      </w:pPr>
      <w:r>
        <w:t>Features</w:t>
      </w:r>
    </w:p>
    <w:p>
      <w:pPr>
        <w:pStyle w:val="ListBullet"/>
      </w:pPr>
      <w:r>
        <w:rPr>
          <w:rFonts w:ascii="Source Han Sans SC" w:hAnsi="Source Han Sans SC" w:eastAsia="Source Han Sans SC" w:cs="Source Han Sans SC" w:hint="eastAsia"/>
          <w:sz w:val="21"/>
        </w:rPr>
        <w:t xml:space="preserve">外链相关业务新增 </w:t>
      </w:r>
      <w:r>
        <w:rPr>
          <w:rFonts w:ascii="Menlo" w:hAnsi="Menlo"/>
          <w:color w:val="444444"/>
          <w:sz w:val="20"/>
        </w:rPr>
        <w:t>harmonyLink</w:t>
      </w:r>
      <w:r>
        <w:rPr>
          <w:rFonts w:ascii="Source Han Sans SC" w:hAnsi="Source Han Sans SC" w:eastAsia="Source Han Sans SC" w:cs="Source Han Sans SC" w:hint="eastAsia"/>
          <w:sz w:val="21"/>
        </w:rPr>
        <w:t xml:space="preserve"> 处理鸿蒙系统跳转</w:t>
      </w:r>
    </w:p>
    <w:p>
      <w:pPr>
        <w:pStyle w:val="ListBullet"/>
      </w:pPr>
      <w:r>
        <w:rPr>
          <w:rFonts w:ascii="Source Han Sans SC" w:hAnsi="Source Han Sans SC" w:eastAsia="Source Han Sans SC" w:cs="Source Han Sans SC" w:hint="eastAsia"/>
          <w:sz w:val="21"/>
        </w:rPr>
        <w:t xml:space="preserve">核心模块(core) 新增 </w:t>
      </w:r>
      <w:r>
        <w:rPr>
          <w:rFonts w:ascii="Menlo" w:hAnsi="Menlo"/>
          <w:color w:val="444444"/>
          <w:sz w:val="20"/>
        </w:rPr>
        <w:t>watchCore.disconnect</w:t>
      </w:r>
      <w:r>
        <w:rPr>
          <w:rFonts w:ascii="Source Han Sans SC" w:hAnsi="Source Han Sans SC" w:eastAsia="Source Han Sans SC" w:cs="Source Han Sans SC" w:hint="eastAsia"/>
          <w:sz w:val="21"/>
        </w:rPr>
        <w:t xml:space="preserve"> 方法，并限制 </w:t>
      </w:r>
      <w:r>
        <w:rPr>
          <w:rFonts w:ascii="Menlo" w:hAnsi="Menlo"/>
          <w:color w:val="444444"/>
          <w:sz w:val="20"/>
        </w:rPr>
        <w:t>watchCore.connect</w:t>
      </w:r>
      <w:r>
        <w:rPr>
          <w:rFonts w:ascii="Source Han Sans SC" w:hAnsi="Source Han Sans SC" w:eastAsia="Source Han Sans SC" w:cs="Source Han Sans SC" w:hint="eastAsia"/>
          <w:sz w:val="21"/>
        </w:rPr>
        <w:t xml:space="preserve"> 方法调用</w:t>
      </w:r>
    </w:p>
    <w:p>
      <w:pPr>
        <w:pStyle w:val="ListBullet"/>
      </w:pPr>
      <w:r>
        <w:rPr>
          <w:rFonts w:ascii="Source Han Sans SC" w:hAnsi="Source Han Sans SC" w:eastAsia="Source Han Sans SC" w:cs="Source Han Sans SC" w:hint="eastAsia"/>
          <w:sz w:val="21"/>
        </w:rPr>
        <w:t xml:space="preserve">频道模块(channel) 新增 </w:t>
      </w:r>
      <w:r>
        <w:rPr>
          <w:rFonts w:ascii="Menlo" w:hAnsi="Menlo"/>
          <w:color w:val="444444"/>
          <w:sz w:val="20"/>
        </w:rPr>
        <w:t>getChannelAppUserAgent</w:t>
      </w:r>
      <w:r>
        <w:rPr>
          <w:rFonts w:ascii="Source Han Sans SC" w:hAnsi="Source Han Sans SC" w:eastAsia="Source Han Sans SC" w:cs="Source Han Sans SC" w:hint="eastAsia"/>
          <w:sz w:val="21"/>
        </w:rPr>
        <w:t xml:space="preserve"> 方法获取管理后台配置的 UA 标识</w:t>
      </w:r>
    </w:p>
    <w:p>
      <w:pPr>
        <w:pStyle w:val="ListBullet"/>
      </w:pPr>
      <w:r>
        <w:rPr>
          <w:rFonts w:ascii="Source Han Sans SC" w:hAnsi="Source Han Sans SC" w:eastAsia="Source Han Sans SC" w:cs="Source Han Sans SC" w:hint="eastAsia"/>
          <w:sz w:val="21"/>
        </w:rPr>
        <w:t>观看条件模块(auth) 新增登记观看填写字段"是否必填"字段</w:t>
      </w:r>
    </w:p>
    <w:p>
      <w:pPr>
        <w:pStyle w:val="ListBullet"/>
      </w:pPr>
      <w:r>
        <w:rPr>
          <w:rFonts w:ascii="Source Han Sans SC" w:hAnsi="Source Han Sans SC" w:eastAsia="Source Han Sans SC" w:cs="Source Han Sans SC" w:hint="eastAsia"/>
          <w:sz w:val="21"/>
        </w:rPr>
        <w:t>任务奖励模块(task-activity) 播放器统计逻辑新增 socket 接口 timeout 和重试机制</w:t>
      </w:r>
    </w:p>
    <w:p>
      <w:pPr>
        <w:pStyle w:val="ListBullet"/>
      </w:pPr>
      <w:r>
        <w:rPr>
          <w:rFonts w:ascii="Source Han Sans SC" w:hAnsi="Source Han Sans SC" w:eastAsia="Source Han Sans SC" w:cs="Source Han Sans SC" w:hint="eastAsia"/>
          <w:sz w:val="21"/>
        </w:rPr>
        <w:t>互动模块(interact-receive) 支持新版投票功能</w:t>
      </w:r>
    </w:p>
    <w:p>
      <w:pPr>
        <w:pStyle w:val="Heading2"/>
      </w:pPr>
      <w:r>
        <w:t>Optimizes</w:t>
      </w:r>
    </w:p>
    <w:p>
      <w:pPr>
        <w:pStyle w:val="ListBullet"/>
      </w:pPr>
      <w:r>
        <w:rPr>
          <w:rFonts w:ascii="Source Han Sans SC" w:hAnsi="Source Han Sans SC" w:eastAsia="Source Han Sans SC" w:cs="Source Han Sans SC" w:hint="eastAsia"/>
          <w:sz w:val="21"/>
        </w:rPr>
        <w:t>优化 SDK 内部销毁流程</w:t>
      </w:r>
    </w:p>
    <w:p>
      <w:pPr>
        <w:pStyle w:val="ListBullet"/>
      </w:pPr>
      <w:r>
        <w:rPr>
          <w:rFonts w:ascii="Source Han Sans SC" w:hAnsi="Source Han Sans SC" w:eastAsia="Source Han Sans SC" w:cs="Source Han Sans SC" w:hint="eastAsia"/>
          <w:sz w:val="21"/>
        </w:rPr>
        <w:t>优化外链业务数据处理逻辑</w:t>
      </w:r>
    </w:p>
    <w:p>
      <w:pPr>
        <w:pStyle w:val="ListBullet"/>
      </w:pPr>
      <w:r>
        <w:rPr>
          <w:rFonts w:ascii="Source Han Sans SC" w:hAnsi="Source Han Sans SC" w:eastAsia="Source Han Sans SC" w:cs="Source Han Sans SC" w:hint="eastAsia"/>
          <w:sz w:val="21"/>
        </w:rPr>
        <w:t xml:space="preserve">邀请模块(invite) </w:t>
      </w:r>
      <w:r>
        <w:rPr>
          <w:rFonts w:ascii="Menlo" w:hAnsi="Menlo"/>
          <w:color w:val="444444"/>
          <w:sz w:val="20"/>
        </w:rPr>
        <w:t>getInvitePosterData</w:t>
      </w:r>
      <w:r>
        <w:rPr>
          <w:rFonts w:ascii="Source Han Sans SC" w:hAnsi="Source Han Sans SC" w:eastAsia="Source Han Sans SC" w:cs="Source Han Sans SC" w:hint="eastAsia"/>
          <w:sz w:val="21"/>
        </w:rPr>
        <w:t xml:space="preserve"> 方法新增返回数据，支持使用外部二维码</w:t>
      </w:r>
    </w:p>
    <w:p>
      <w:pPr>
        <w:pStyle w:val="ListBullet"/>
      </w:pPr>
      <w:r>
        <w:rPr>
          <w:rFonts w:ascii="Source Han Sans SC" w:hAnsi="Source Han Sans SC" w:eastAsia="Source Han Sans SC" w:cs="Source Han Sans SC" w:hint="eastAsia"/>
          <w:sz w:val="21"/>
        </w:rPr>
        <w:t>连麦模块(connect-mic) 兼容最新版 windows 微信端(chrome130 版本以上)连麦</w:t>
      </w:r>
    </w:p>
    <w:p>
      <w:pPr>
        <w:pStyle w:val="Heading2"/>
      </w:pPr>
      <w:r>
        <w:t>Build System</w:t>
      </w:r>
    </w:p>
    <w:p>
      <w:pPr>
        <w:pStyle w:val="ListBullet"/>
      </w:pPr>
      <w:r>
        <w:rPr>
          <w:rFonts w:ascii="Source Han Sans SC" w:hAnsi="Source Han Sans SC" w:eastAsia="Source Han Sans SC" w:cs="Source Han Sans SC" w:hint="eastAsia"/>
          <w:sz w:val="21"/>
        </w:rPr>
        <w:t xml:space="preserve">新增 </w:t>
      </w:r>
      <w:r>
        <w:rPr>
          <w:rFonts w:ascii="Menlo" w:hAnsi="Menlo"/>
          <w:color w:val="444444"/>
          <w:sz w:val="20"/>
        </w:rPr>
        <w:t>@polyv/vote-sdk</w:t>
      </w:r>
      <w:r>
        <w:rPr>
          <w:rFonts w:ascii="Source Han Sans SC" w:hAnsi="Source Han Sans SC" w:eastAsia="Source Han Sans SC" w:cs="Source Han Sans SC" w:hint="eastAsia"/>
          <w:sz w:val="21"/>
        </w:rPr>
        <w:t xml:space="preserve">, 版本为 </w:t>
      </w:r>
      <w:r>
        <w:rPr>
          <w:rFonts w:ascii="Menlo" w:hAnsi="Menlo"/>
          <w:color w:val="444444"/>
          <w:sz w:val="20"/>
        </w:rPr>
        <w:t>rc-20251204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@polyv/utils</w:t>
      </w:r>
      <w:r>
        <w:rPr>
          <w:rFonts w:ascii="Source Han Sans SC" w:hAnsi="Source Han Sans SC" w:eastAsia="Source Han Sans SC" w:cs="Source Han Sans SC" w:hint="eastAsia"/>
          <w:sz w:val="21"/>
        </w:rPr>
        <w:t xml:space="preserve"> 版本至 </w:t>
      </w:r>
      <w:r>
        <w:rPr>
          <w:rFonts w:ascii="Menlo" w:hAnsi="Menlo"/>
          <w:color w:val="444444"/>
          <w:sz w:val="20"/>
        </w:rPr>
        <w:t>2.17.0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版本至 </w:t>
      </w:r>
      <w:r>
        <w:rPr>
          <w:rFonts w:ascii="Menlo" w:hAnsi="Menlo"/>
          <w:color w:val="444444"/>
          <w:sz w:val="20"/>
        </w:rPr>
        <w:t>rc-20251204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@polyv/live-low-latency-player</w:t>
      </w:r>
      <w:r>
        <w:rPr>
          <w:rFonts w:ascii="Source Han Sans SC" w:hAnsi="Source Han Sans SC" w:eastAsia="Source Han Sans SC" w:cs="Source Han Sans SC" w:hint="eastAsia"/>
          <w:sz w:val="21"/>
        </w:rPr>
        <w:t xml:space="preserve"> 版本至 </w:t>
      </w:r>
      <w:r>
        <w:rPr>
          <w:rFonts w:ascii="Menlo" w:hAnsi="Menlo"/>
          <w:color w:val="444444"/>
          <w:sz w:val="20"/>
        </w:rPr>
        <w:t>1.15.0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w:t>
      </w:r>
      <w:r>
        <w:rPr>
          <w:rFonts w:ascii="Source Han Sans SC" w:hAnsi="Source Han Sans SC" w:eastAsia="Source Han Sans SC" w:cs="Source Han Sans SC" w:hint="eastAsia"/>
          <w:sz w:val="21"/>
        </w:rPr>
        <w:t xml:space="preserve"> 和 </w:t>
      </w:r>
      <w:r>
        <w:rPr>
          <w:rFonts w:ascii="Menlo" w:hAnsi="Menlo"/>
          <w:color w:val="444444"/>
          <w:sz w:val="20"/>
        </w:rPr>
        <w:t>@polyv/socket</w:t>
      </w:r>
      <w:r>
        <w:rPr>
          <w:rFonts w:ascii="Source Han Sans SC" w:hAnsi="Source Han Sans SC" w:eastAsia="Source Han Sans SC" w:cs="Source Han Sans SC" w:hint="eastAsia"/>
          <w:sz w:val="21"/>
        </w:rPr>
        <w:t xml:space="preserve">，版本为 </w:t>
      </w:r>
      <w:r>
        <w:rPr>
          <w:rFonts w:ascii="Menlo" w:hAnsi="Menlo"/>
          <w:color w:val="444444"/>
          <w:sz w:val="20"/>
        </w:rPr>
        <w:t>rc-20251204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rc-20251204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@polyv/interaction-core</w:t>
      </w:r>
      <w:r>
        <w:rPr>
          <w:rFonts w:ascii="Source Han Sans SC" w:hAnsi="Source Han Sans SC" w:eastAsia="Source Han Sans SC" w:cs="Source Han Sans SC" w:hint="eastAsia"/>
          <w:sz w:val="21"/>
        </w:rPr>
        <w:t xml:space="preserve"> 版本至 </w:t>
      </w:r>
      <w:r>
        <w:rPr>
          <w:rFonts w:ascii="Menlo" w:hAnsi="Menlo"/>
          <w:color w:val="444444"/>
          <w:sz w:val="20"/>
        </w:rPr>
        <w:t>rc-20251204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@polyv/bulletin-sdk</w:t>
      </w:r>
      <w:r>
        <w:rPr>
          <w:rFonts w:ascii="Source Han Sans SC" w:hAnsi="Source Han Sans SC" w:eastAsia="Source Han Sans SC" w:cs="Source Han Sans SC" w:hint="eastAsia"/>
          <w:sz w:val="21"/>
        </w:rPr>
        <w:t xml:space="preserve"> 版本至 </w:t>
      </w:r>
      <w:r>
        <w:rPr>
          <w:rFonts w:ascii="Menlo" w:hAnsi="Menlo"/>
          <w:color w:val="444444"/>
          <w:sz w:val="20"/>
        </w:rPr>
        <w:t>rc-20251204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@polyv/check-in-sdk</w:t>
      </w:r>
      <w:r>
        <w:rPr>
          <w:rFonts w:ascii="Source Han Sans SC" w:hAnsi="Source Han Sans SC" w:eastAsia="Source Han Sans SC" w:cs="Source Han Sans SC" w:hint="eastAsia"/>
          <w:sz w:val="21"/>
        </w:rPr>
        <w:t xml:space="preserve"> 版本至 </w:t>
      </w:r>
      <w:r>
        <w:rPr>
          <w:rFonts w:ascii="Menlo" w:hAnsi="Menlo"/>
          <w:color w:val="444444"/>
          <w:sz w:val="20"/>
        </w:rPr>
        <w:t>rc-20251204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@polyv/coupon-sdk</w:t>
      </w:r>
      <w:r>
        <w:rPr>
          <w:rFonts w:ascii="Source Han Sans SC" w:hAnsi="Source Han Sans SC" w:eastAsia="Source Han Sans SC" w:cs="Source Han Sans SC" w:hint="eastAsia"/>
          <w:sz w:val="21"/>
        </w:rPr>
        <w:t xml:space="preserve"> 版本至 </w:t>
      </w:r>
      <w:r>
        <w:rPr>
          <w:rFonts w:ascii="Menlo" w:hAnsi="Menlo"/>
          <w:color w:val="444444"/>
          <w:sz w:val="20"/>
        </w:rPr>
        <w:t>rc-20251204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@polyv/lottery-sdk</w:t>
      </w:r>
      <w:r>
        <w:rPr>
          <w:rFonts w:ascii="Source Han Sans SC" w:hAnsi="Source Han Sans SC" w:eastAsia="Source Han Sans SC" w:cs="Source Han Sans SC" w:hint="eastAsia"/>
          <w:sz w:val="21"/>
        </w:rPr>
        <w:t xml:space="preserve"> 版本至 </w:t>
      </w:r>
      <w:r>
        <w:rPr>
          <w:rFonts w:ascii="Menlo" w:hAnsi="Menlo"/>
          <w:color w:val="444444"/>
          <w:sz w:val="20"/>
        </w:rPr>
        <w:t>rc-20251204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@polyv/lucky-lottery-sdk</w:t>
      </w:r>
      <w:r>
        <w:rPr>
          <w:rFonts w:ascii="Source Han Sans SC" w:hAnsi="Source Han Sans SC" w:eastAsia="Source Han Sans SC" w:cs="Source Han Sans SC" w:hint="eastAsia"/>
          <w:sz w:val="21"/>
        </w:rPr>
        <w:t xml:space="preserve"> 版本至 </w:t>
      </w:r>
      <w:r>
        <w:rPr>
          <w:rFonts w:ascii="Menlo" w:hAnsi="Menlo"/>
          <w:color w:val="444444"/>
          <w:sz w:val="20"/>
        </w:rPr>
        <w:t>rc-20251204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@polyv/questionnaire-sdk</w:t>
      </w:r>
      <w:r>
        <w:rPr>
          <w:rFonts w:ascii="Source Han Sans SC" w:hAnsi="Source Han Sans SC" w:eastAsia="Source Han Sans SC" w:cs="Source Han Sans SC" w:hint="eastAsia"/>
          <w:sz w:val="21"/>
        </w:rPr>
        <w:t xml:space="preserve"> 版本至 </w:t>
      </w:r>
      <w:r>
        <w:rPr>
          <w:rFonts w:ascii="Menlo" w:hAnsi="Menlo"/>
          <w:color w:val="444444"/>
          <w:sz w:val="20"/>
        </w:rPr>
        <w:t>rc-20251204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rc-20251204</w:t>
      </w:r>
    </w:p>
    <w:p>
      <w:r>
        <w:rPr>
          <w:rFonts w:ascii="Source Han Sans SC" w:hAnsi="Source Han Sans SC" w:eastAsia="Source Han Sans SC" w:cs="Source Han Sans SC" w:hint="eastAsia"/>
          <w:sz w:val="21"/>
        </w:rPr>
        <w:t>---</w:t>
      </w:r>
    </w:p>
    <w:p>
      <w:pPr>
        <w:pStyle w:val="Heading1"/>
      </w:pPr>
      <w:r>
        <w:t>v2.10.0(2025-11-14)</w:t>
      </w:r>
    </w:p>
    <w:p>
      <w:pPr>
        <w:pStyle w:val="Heading2"/>
      </w:pPr>
      <w:r>
        <w:t>Bug Fixes</w:t>
      </w:r>
    </w:p>
    <w:p>
      <w:pPr>
        <w:pStyle w:val="ListBullet"/>
      </w:pPr>
      <w:r>
        <w:rPr>
          <w:rFonts w:ascii="Source Han Sans SC" w:hAnsi="Source Han Sans SC" w:eastAsia="Source Han Sans SC" w:cs="Source Han Sans SC" w:hint="eastAsia"/>
          <w:sz w:val="21"/>
        </w:rPr>
        <w:t>播放器模块(player) 修复 ipad 桌面模式下点播回放视频无声音的问题</w:t>
      </w:r>
    </w:p>
    <w:p>
      <w:pPr>
        <w:pStyle w:val="ListBullet"/>
      </w:pPr>
      <w:r>
        <w:rPr>
          <w:rFonts w:ascii="Source Han Sans SC" w:hAnsi="Source Han Sans SC" w:eastAsia="Source Han Sans SC" w:cs="Source Han Sans SC" w:hint="eastAsia"/>
          <w:sz w:val="21"/>
        </w:rPr>
        <w:t>播放器模块(player) 修复无延迟与正常延迟播放器切换可能无法正确销毁前一个播放器的问题</w:t>
      </w:r>
    </w:p>
    <w:p>
      <w:pPr>
        <w:pStyle w:val="Heading2"/>
      </w:pPr>
      <w:r>
        <w:t>Features</w:t>
      </w:r>
    </w:p>
    <w:p>
      <w:pPr>
        <w:pStyle w:val="ListBullet"/>
      </w:pPr>
      <w:r>
        <w:rPr>
          <w:rFonts w:ascii="Source Han Sans SC" w:hAnsi="Source Han Sans SC" w:eastAsia="Source Han Sans SC" w:cs="Source Han Sans SC" w:hint="eastAsia"/>
          <w:sz w:val="21"/>
        </w:rPr>
        <w:t>身份认证模块(identify) 支持返回游客外链登录配置</w:t>
      </w:r>
    </w:p>
    <w:p>
      <w:pPr>
        <w:pStyle w:val="ListBullet"/>
      </w:pPr>
      <w:r>
        <w:rPr>
          <w:rFonts w:ascii="Source Han Sans SC" w:hAnsi="Source Han Sans SC" w:eastAsia="Source Han Sans SC" w:cs="Source Han Sans SC" w:hint="eastAsia"/>
          <w:sz w:val="21"/>
        </w:rPr>
        <w:t>播放器模块(player) 支持使用移动端点播播放器时，能够不借助播放器内置 UI 来切换视频清晰度</w:t>
      </w:r>
    </w:p>
    <w:p>
      <w:pPr>
        <w:pStyle w:val="ListBullet"/>
      </w:pPr>
      <w:r>
        <w:rPr>
          <w:rFonts w:ascii="Source Han Sans SC" w:hAnsi="Source Han Sans SC" w:eastAsia="Source Han Sans SC" w:cs="Source Han Sans SC" w:hint="eastAsia"/>
          <w:sz w:val="21"/>
        </w:rPr>
        <w:t>播放器模块(player) 无延迟播放器支持在播放卡顿时自动切换线路</w:t>
      </w:r>
    </w:p>
    <w:p>
      <w:pPr>
        <w:pStyle w:val="ListBullet"/>
      </w:pPr>
      <w:r>
        <w:rPr>
          <w:rFonts w:ascii="Source Han Sans SC" w:hAnsi="Source Han Sans SC" w:eastAsia="Source Han Sans SC" w:cs="Source Han Sans SC" w:hint="eastAsia"/>
          <w:sz w:val="21"/>
        </w:rPr>
        <w:t>连麦模块 (connect-mic) 支持连麦本地画面镜像切换</w:t>
      </w:r>
    </w:p>
    <w:p>
      <w:pPr>
        <w:pStyle w:val="Heading2"/>
      </w:pPr>
      <w:r>
        <w:t>Code Refactoring</w:t>
      </w:r>
    </w:p>
    <w:p>
      <w:pPr>
        <w:pStyle w:val="ListBullet"/>
      </w:pPr>
      <w:r>
        <w:rPr>
          <w:rFonts w:ascii="Source Han Sans SC" w:hAnsi="Source Han Sans SC" w:eastAsia="Source Han Sans SC" w:cs="Source Han Sans SC" w:hint="eastAsia"/>
          <w:sz w:val="21"/>
        </w:rPr>
        <w:t xml:space="preserve">聊天室模块(chat) 内部拆分 </w:t>
      </w:r>
      <w:r>
        <w:rPr>
          <w:rFonts w:ascii="Menlo" w:hAnsi="Menlo"/>
          <w:color w:val="444444"/>
          <w:sz w:val="20"/>
        </w:rPr>
        <w:t>setupChat</w:t>
      </w:r>
      <w:r>
        <w:rPr>
          <w:rFonts w:ascii="Source Han Sans SC" w:hAnsi="Source Han Sans SC" w:eastAsia="Source Han Sans SC" w:cs="Source Han Sans SC" w:hint="eastAsia"/>
          <w:sz w:val="21"/>
        </w:rPr>
        <w:t xml:space="preserve"> 流程，拆分 </w:t>
      </w:r>
      <w:r>
        <w:rPr>
          <w:rFonts w:ascii="Menlo" w:hAnsi="Menlo"/>
          <w:color w:val="444444"/>
          <w:sz w:val="20"/>
        </w:rPr>
        <w:t>createChat</w:t>
      </w:r>
      <w:r>
        <w:rPr>
          <w:rFonts w:ascii="Source Han Sans SC" w:hAnsi="Source Han Sans SC" w:eastAsia="Source Han Sans SC" w:cs="Source Han Sans SC" w:hint="eastAsia"/>
          <w:sz w:val="21"/>
        </w:rPr>
        <w:t xml:space="preserve"> 方法，从而优化内部 </w:t>
      </w:r>
      <w:r>
        <w:rPr>
          <w:rFonts w:ascii="Menlo" w:hAnsi="Menlo"/>
          <w:color w:val="444444"/>
          <w:sz w:val="20"/>
        </w:rPr>
        <w:t>onSliceID</w:t>
      </w:r>
      <w:r>
        <w:rPr>
          <w:rFonts w:ascii="Source Han Sans SC" w:hAnsi="Source Han Sans SC" w:eastAsia="Source Han Sans SC" w:cs="Source Han Sans SC" w:hint="eastAsia"/>
          <w:sz w:val="21"/>
        </w:rPr>
        <w:t xml:space="preserve"> 事件的绑定顺序逻辑</w:t>
      </w:r>
    </w:p>
    <w:p>
      <w:pPr>
        <w:pStyle w:val="ListBullet"/>
      </w:pPr>
      <w:r>
        <w:rPr>
          <w:rFonts w:ascii="Source Han Sans SC" w:hAnsi="Source Han Sans SC" w:eastAsia="Source Han Sans SC" w:cs="Source Han Sans SC" w:hint="eastAsia"/>
          <w:sz w:val="21"/>
        </w:rPr>
        <w:t>聊天室模块(chat) 使用新版聊天室 SDK 处理点赞功能相关的 api</w:t>
      </w:r>
    </w:p>
    <w:p>
      <w:pPr>
        <w:pStyle w:val="Heading2"/>
      </w:pPr>
      <w:r>
        <w:t>Optimizes</w:t>
      </w:r>
    </w:p>
    <w:p>
      <w:pPr>
        <w:pStyle w:val="ListBullet"/>
      </w:pPr>
      <w:r>
        <w:rPr>
          <w:rFonts w:ascii="Source Han Sans SC" w:hAnsi="Source Han Sans SC" w:eastAsia="Source Han Sans SC" w:cs="Source Han Sans SC" w:hint="eastAsia"/>
          <w:sz w:val="21"/>
        </w:rPr>
        <w:t>任务奖励模块(task-activity) 优化任务 ID 获取逻辑</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版本至 </w:t>
      </w:r>
      <w:r>
        <w:rPr>
          <w:rFonts w:ascii="Menlo" w:hAnsi="Menlo"/>
          <w:color w:val="444444"/>
          <w:sz w:val="20"/>
        </w:rPr>
        <w:t>rc-20251103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@polyv/live-low-latency-player</w:t>
      </w:r>
      <w:r>
        <w:rPr>
          <w:rFonts w:ascii="Source Han Sans SC" w:hAnsi="Source Han Sans SC" w:eastAsia="Source Han Sans SC" w:cs="Source Han Sans SC" w:hint="eastAsia"/>
          <w:sz w:val="21"/>
        </w:rPr>
        <w:t xml:space="preserve"> 版本至 </w:t>
      </w:r>
      <w:r>
        <w:rPr>
          <w:rFonts w:ascii="Menlo" w:hAnsi="Menlo"/>
          <w:color w:val="444444"/>
          <w:sz w:val="20"/>
        </w:rPr>
        <w:t>1.14.0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w:t>
      </w:r>
      <w:r>
        <w:rPr>
          <w:rFonts w:ascii="Source Han Sans SC" w:hAnsi="Source Han Sans SC" w:eastAsia="Source Han Sans SC" w:cs="Source Han Sans SC" w:hint="eastAsia"/>
          <w:sz w:val="21"/>
        </w:rPr>
        <w:t xml:space="preserve"> 和 </w:t>
      </w:r>
      <w:r>
        <w:rPr>
          <w:rFonts w:ascii="Menlo" w:hAnsi="Menlo"/>
          <w:color w:val="444444"/>
          <w:sz w:val="20"/>
        </w:rPr>
        <w:t>@polyv/socket</w:t>
      </w:r>
      <w:r>
        <w:rPr>
          <w:rFonts w:ascii="Source Han Sans SC" w:hAnsi="Source Han Sans SC" w:eastAsia="Source Han Sans SC" w:cs="Source Han Sans SC" w:hint="eastAsia"/>
          <w:sz w:val="21"/>
        </w:rPr>
        <w:t xml:space="preserve">，版本为 </w:t>
      </w:r>
      <w:r>
        <w:rPr>
          <w:rFonts w:ascii="Menlo" w:hAnsi="Menlo"/>
          <w:color w:val="444444"/>
          <w:sz w:val="20"/>
        </w:rPr>
        <w:t>rc-20251113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rc-20251113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@polyv/interaction-core</w:t>
      </w:r>
      <w:r>
        <w:rPr>
          <w:rFonts w:ascii="Source Han Sans SC" w:hAnsi="Source Han Sans SC" w:eastAsia="Source Han Sans SC" w:cs="Source Han Sans SC" w:hint="eastAsia"/>
          <w:sz w:val="21"/>
        </w:rPr>
        <w:t xml:space="preserve"> 版本至 </w:t>
      </w:r>
      <w:r>
        <w:rPr>
          <w:rFonts w:ascii="Menlo" w:hAnsi="Menlo"/>
          <w:color w:val="444444"/>
          <w:sz w:val="20"/>
        </w:rPr>
        <w:t>rc-20251113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@polyv/bulletin-sdk</w:t>
      </w:r>
      <w:r>
        <w:rPr>
          <w:rFonts w:ascii="Source Han Sans SC" w:hAnsi="Source Han Sans SC" w:eastAsia="Source Han Sans SC" w:cs="Source Han Sans SC" w:hint="eastAsia"/>
          <w:sz w:val="21"/>
        </w:rPr>
        <w:t xml:space="preserve"> 版本至 </w:t>
      </w:r>
      <w:r>
        <w:rPr>
          <w:rFonts w:ascii="Menlo" w:hAnsi="Menlo"/>
          <w:color w:val="444444"/>
          <w:sz w:val="20"/>
        </w:rPr>
        <w:t>rc-20251113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@polyv/check-in-sdk</w:t>
      </w:r>
      <w:r>
        <w:rPr>
          <w:rFonts w:ascii="Source Han Sans SC" w:hAnsi="Source Han Sans SC" w:eastAsia="Source Han Sans SC" w:cs="Source Han Sans SC" w:hint="eastAsia"/>
          <w:sz w:val="21"/>
        </w:rPr>
        <w:t xml:space="preserve"> 版本至 </w:t>
      </w:r>
      <w:r>
        <w:rPr>
          <w:rFonts w:ascii="Menlo" w:hAnsi="Menlo"/>
          <w:color w:val="444444"/>
          <w:sz w:val="20"/>
        </w:rPr>
        <w:t>rc-20251113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@polyv/coupon-sdk</w:t>
      </w:r>
      <w:r>
        <w:rPr>
          <w:rFonts w:ascii="Source Han Sans SC" w:hAnsi="Source Han Sans SC" w:eastAsia="Source Han Sans SC" w:cs="Source Han Sans SC" w:hint="eastAsia"/>
          <w:sz w:val="21"/>
        </w:rPr>
        <w:t xml:space="preserve"> 版本至 </w:t>
      </w:r>
      <w:r>
        <w:rPr>
          <w:rFonts w:ascii="Menlo" w:hAnsi="Menlo"/>
          <w:color w:val="444444"/>
          <w:sz w:val="20"/>
        </w:rPr>
        <w:t>rc-20251113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@polyv/lottery-sdk</w:t>
      </w:r>
      <w:r>
        <w:rPr>
          <w:rFonts w:ascii="Source Han Sans SC" w:hAnsi="Source Han Sans SC" w:eastAsia="Source Han Sans SC" w:cs="Source Han Sans SC" w:hint="eastAsia"/>
          <w:sz w:val="21"/>
        </w:rPr>
        <w:t xml:space="preserve"> 版本至 </w:t>
      </w:r>
      <w:r>
        <w:rPr>
          <w:rFonts w:ascii="Menlo" w:hAnsi="Menlo"/>
          <w:color w:val="444444"/>
          <w:sz w:val="20"/>
        </w:rPr>
        <w:t>rc-20251113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@polyv/lucky-lottery-sdk</w:t>
      </w:r>
      <w:r>
        <w:rPr>
          <w:rFonts w:ascii="Source Han Sans SC" w:hAnsi="Source Han Sans SC" w:eastAsia="Source Han Sans SC" w:cs="Source Han Sans SC" w:hint="eastAsia"/>
          <w:sz w:val="21"/>
        </w:rPr>
        <w:t xml:space="preserve"> 版本至 </w:t>
      </w:r>
      <w:r>
        <w:rPr>
          <w:rFonts w:ascii="Menlo" w:hAnsi="Menlo"/>
          <w:color w:val="444444"/>
          <w:sz w:val="20"/>
        </w:rPr>
        <w:t>rc-20251113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@polyv/questionnaire-sdk</w:t>
      </w:r>
      <w:r>
        <w:rPr>
          <w:rFonts w:ascii="Source Han Sans SC" w:hAnsi="Source Han Sans SC" w:eastAsia="Source Han Sans SC" w:cs="Source Han Sans SC" w:hint="eastAsia"/>
          <w:sz w:val="21"/>
        </w:rPr>
        <w:t xml:space="preserve"> 版本至 </w:t>
      </w:r>
      <w:r>
        <w:rPr>
          <w:rFonts w:ascii="Menlo" w:hAnsi="Menlo"/>
          <w:color w:val="444444"/>
          <w:sz w:val="20"/>
        </w:rPr>
        <w:t>rc-20251113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rc-20251113</w:t>
      </w:r>
    </w:p>
    <w:p>
      <w:r>
        <w:rPr>
          <w:rFonts w:ascii="Source Han Sans SC" w:hAnsi="Source Han Sans SC" w:eastAsia="Source Han Sans SC" w:cs="Source Han Sans SC" w:hint="eastAsia"/>
          <w:sz w:val="21"/>
        </w:rPr>
        <w:t>---</w:t>
      </w:r>
    </w:p>
    <w:p>
      <w:pPr>
        <w:pStyle w:val="Heading1"/>
      </w:pPr>
      <w:r>
        <w:t>v2.9.0(2025-10-23)</w:t>
      </w:r>
    </w:p>
    <w:p>
      <w:pPr>
        <w:pStyle w:val="Heading2"/>
      </w:pPr>
      <w:r>
        <w:t>Features</w:t>
      </w:r>
    </w:p>
    <w:p>
      <w:pPr>
        <w:pStyle w:val="ListBullet"/>
      </w:pPr>
      <w:r>
        <w:rPr>
          <w:rFonts w:ascii="Source Han Sans SC" w:hAnsi="Source Han Sans SC" w:eastAsia="Source Han Sans SC" w:cs="Source Han Sans SC" w:hint="eastAsia"/>
          <w:sz w:val="21"/>
        </w:rPr>
        <w:t>聊天室模块(chat) 接入新版聊天室 SDK</w:t>
      </w:r>
    </w:p>
    <w:p>
      <w:pPr>
        <w:pStyle w:val="ListBullet"/>
      </w:pPr>
      <w:r>
        <w:rPr>
          <w:rFonts w:ascii="Source Han Sans SC" w:hAnsi="Source Han Sans SC" w:eastAsia="Source Han Sans SC" w:cs="Source Han Sans SC" w:hint="eastAsia"/>
          <w:sz w:val="21"/>
        </w:rPr>
        <w:t xml:space="preserve">核心模块(core) 支持外部传入 </w:t>
      </w:r>
      <w:r>
        <w:rPr>
          <w:rFonts w:ascii="Menlo" w:hAnsi="Menlo"/>
          <w:color w:val="444444"/>
          <w:sz w:val="20"/>
        </w:rPr>
        <w:t>chatSdkV2ScriptUrl</w:t>
      </w:r>
      <w:r>
        <w:rPr>
          <w:rFonts w:ascii="Source Han Sans SC" w:hAnsi="Source Han Sans SC" w:eastAsia="Source Han Sans SC" w:cs="Source Han Sans SC" w:hint="eastAsia"/>
          <w:sz w:val="21"/>
        </w:rPr>
        <w:t xml:space="preserve"> 和 </w:t>
      </w:r>
      <w:r>
        <w:rPr>
          <w:rFonts w:ascii="Menlo" w:hAnsi="Menlo"/>
          <w:color w:val="444444"/>
          <w:sz w:val="20"/>
        </w:rPr>
        <w:t>socketScriptUrl</w:t>
      </w:r>
      <w:r>
        <w:rPr>
          <w:rFonts w:ascii="Source Han Sans SC" w:hAnsi="Source Han Sans SC" w:eastAsia="Source Han Sans SC" w:cs="Source Han Sans SC" w:hint="eastAsia"/>
          <w:sz w:val="21"/>
        </w:rPr>
        <w:t xml:space="preserve"> 入参替换新版聊天室 SDK 外链地址</w:t>
      </w:r>
    </w:p>
    <w:p>
      <w:pPr>
        <w:pStyle w:val="ListBullet"/>
      </w:pPr>
      <w:r>
        <w:rPr>
          <w:rFonts w:ascii="Source Han Sans SC" w:hAnsi="Source Han Sans SC" w:eastAsia="Source Han Sans SC" w:cs="Source Han Sans SC" w:hint="eastAsia"/>
          <w:sz w:val="21"/>
        </w:rPr>
        <w:t>互动模块(interact-receive) 支持返回后台个人奖励开关配置</w:t>
      </w:r>
    </w:p>
    <w:p>
      <w:pPr>
        <w:pStyle w:val="ListBullet"/>
      </w:pPr>
      <w:r>
        <w:rPr>
          <w:rFonts w:ascii="Source Han Sans SC" w:hAnsi="Source Han Sans SC" w:eastAsia="Source Han Sans SC" w:cs="Source Han Sans SC" w:hint="eastAsia"/>
          <w:sz w:val="21"/>
        </w:rPr>
        <w:t xml:space="preserve">互动模块（interact-receive）支持返回商品库总开关配置 </w:t>
      </w:r>
      <w:r>
        <w:rPr>
          <w:rFonts w:ascii="Menlo" w:hAnsi="Menlo"/>
          <w:color w:val="444444"/>
          <w:sz w:val="20"/>
        </w:rPr>
        <w:t>liveProductEnabled</w:t>
      </w:r>
    </w:p>
    <w:p>
      <w:pPr>
        <w:pStyle w:val="ListBullet"/>
      </w:pPr>
      <w:r>
        <w:rPr>
          <w:rFonts w:ascii="Source Han Sans SC" w:hAnsi="Source Han Sans SC" w:eastAsia="Source Han Sans SC" w:cs="Source Han Sans SC" w:hint="eastAsia"/>
          <w:sz w:val="21"/>
        </w:rPr>
        <w:t>聊天室模块(chat) 聊天室历史消息接口支持加密返回</w:t>
      </w:r>
    </w:p>
    <w:p>
      <w:pPr>
        <w:pStyle w:val="ListBullet"/>
      </w:pPr>
      <w:r>
        <w:rPr>
          <w:rFonts w:ascii="Source Han Sans SC" w:hAnsi="Source Han Sans SC" w:eastAsia="Source Han Sans SC" w:cs="Source Han Sans SC" w:hint="eastAsia"/>
          <w:sz w:val="21"/>
        </w:rPr>
        <w:t xml:space="preserve">聊天室模块(chat) 提供 </w:t>
      </w:r>
      <w:r>
        <w:rPr>
          <w:rFonts w:ascii="Menlo" w:hAnsi="Menlo"/>
          <w:color w:val="444444"/>
          <w:sz w:val="20"/>
        </w:rPr>
        <w:t>setChatHistoryEncrypt</w:t>
      </w:r>
      <w:r>
        <w:rPr>
          <w:rFonts w:ascii="Source Han Sans SC" w:hAnsi="Source Han Sans SC" w:eastAsia="Source Han Sans SC" w:cs="Source Han Sans SC" w:hint="eastAsia"/>
          <w:sz w:val="21"/>
        </w:rPr>
        <w:t xml:space="preserve"> 方法，用于控制聊天历史消息接口的响应是否加密返回。</w:t>
      </w:r>
    </w:p>
    <w:p>
      <w:pPr>
        <w:pStyle w:val="ListBullet"/>
      </w:pPr>
      <w:r>
        <w:rPr>
          <w:rFonts w:ascii="Source Han Sans SC" w:hAnsi="Source Han Sans SC" w:eastAsia="Source Han Sans SC" w:cs="Source Han Sans SC" w:hint="eastAsia"/>
          <w:sz w:val="21"/>
        </w:rPr>
        <w:t>聊天室模块(chat) 和播放器模块(player) 支持导播台推流场景下，根据推流分辨率去计算播放器尺寸</w:t>
      </w:r>
    </w:p>
    <w:p>
      <w:pPr>
        <w:pStyle w:val="ListBullet"/>
      </w:pPr>
      <w:r>
        <w:rPr>
          <w:rFonts w:ascii="Source Han Sans SC" w:hAnsi="Source Han Sans SC" w:eastAsia="Source Han Sans SC" w:cs="Source Han Sans SC" w:hint="eastAsia"/>
          <w:sz w:val="21"/>
        </w:rPr>
        <w:t xml:space="preserve">频道模块(channel) 新增 </w:t>
      </w:r>
      <w:r>
        <w:rPr>
          <w:rFonts w:ascii="Menlo" w:hAnsi="Menlo"/>
          <w:color w:val="444444"/>
          <w:sz w:val="20"/>
        </w:rPr>
        <w:t>getShowPlaybackWaitTextEnabled</w:t>
      </w:r>
      <w:r>
        <w:rPr>
          <w:rFonts w:ascii="Source Han Sans SC" w:hAnsi="Source Han Sans SC" w:eastAsia="Source Han Sans SC" w:cs="Source Han Sans SC" w:hint="eastAsia"/>
          <w:sz w:val="21"/>
        </w:rPr>
        <w:t xml:space="preserve"> 方法，判断是否显示回放待生成文本</w:t>
      </w:r>
    </w:p>
    <w:p>
      <w:pPr>
        <w:pStyle w:val="Heading2"/>
      </w:pPr>
      <w:r>
        <w:t>Build System</w:t>
      </w:r>
    </w:p>
    <w:p>
      <w:pPr>
        <w:pStyle w:val="ListBullet"/>
      </w:pPr>
      <w:r>
        <w:rPr>
          <w:rFonts w:ascii="Source Han Sans SC" w:hAnsi="Source Han Sans SC" w:eastAsia="Source Han Sans SC" w:cs="Source Han Sans SC" w:hint="eastAsia"/>
          <w:sz w:val="21"/>
        </w:rPr>
        <w:t xml:space="preserve">新增 </w:t>
      </w:r>
      <w:r>
        <w:rPr>
          <w:rFonts w:ascii="Menlo" w:hAnsi="Menlo"/>
          <w:color w:val="444444"/>
          <w:sz w:val="20"/>
        </w:rPr>
        <w:t>@polyv/chat</w:t>
      </w:r>
      <w:r>
        <w:rPr>
          <w:rFonts w:ascii="Source Han Sans SC" w:hAnsi="Source Han Sans SC" w:eastAsia="Source Han Sans SC" w:cs="Source Han Sans SC" w:hint="eastAsia"/>
          <w:sz w:val="21"/>
        </w:rPr>
        <w:t xml:space="preserve"> 和 </w:t>
      </w:r>
      <w:r>
        <w:rPr>
          <w:rFonts w:ascii="Menlo" w:hAnsi="Menlo"/>
          <w:color w:val="444444"/>
          <w:sz w:val="20"/>
        </w:rPr>
        <w:t>@polyv/socket</w:t>
      </w:r>
      <w:r>
        <w:rPr>
          <w:rFonts w:ascii="Source Han Sans SC" w:hAnsi="Source Han Sans SC" w:eastAsia="Source Han Sans SC" w:cs="Source Han Sans SC" w:hint="eastAsia"/>
          <w:sz w:val="21"/>
        </w:rPr>
        <w:t xml:space="preserve">，版本为 </w:t>
      </w:r>
      <w:r>
        <w:rPr>
          <w:rFonts w:ascii="Menlo" w:hAnsi="Menlo"/>
          <w:color w:val="444444"/>
          <w:sz w:val="20"/>
        </w:rPr>
        <w:t>rc-20251023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@polyv/live-low-latency-player</w:t>
      </w:r>
      <w:r>
        <w:rPr>
          <w:rFonts w:ascii="Source Han Sans SC" w:hAnsi="Source Han Sans SC" w:eastAsia="Source Han Sans SC" w:cs="Source Han Sans SC" w:hint="eastAsia"/>
          <w:sz w:val="21"/>
        </w:rPr>
        <w:t xml:space="preserve"> 版本至 </w:t>
      </w:r>
      <w:r>
        <w:rPr>
          <w:rFonts w:ascii="Menlo" w:hAnsi="Menlo"/>
          <w:color w:val="444444"/>
          <w:sz w:val="20"/>
        </w:rPr>
        <w:t>1.12.0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版本至 </w:t>
      </w:r>
      <w:r>
        <w:rPr>
          <w:rFonts w:ascii="Menlo" w:hAnsi="Menlo"/>
          <w:color w:val="444444"/>
          <w:sz w:val="20"/>
        </w:rPr>
        <w:t>rc-20251023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@polyv/live-watch-ai-sdk</w:t>
      </w:r>
      <w:r>
        <w:rPr>
          <w:rFonts w:ascii="Source Han Sans SC" w:hAnsi="Source Han Sans SC" w:eastAsia="Source Han Sans SC" w:cs="Source Han Sans SC" w:hint="eastAsia"/>
          <w:sz w:val="21"/>
        </w:rPr>
        <w:t xml:space="preserve"> 版本至 </w:t>
      </w:r>
      <w:r>
        <w:rPr>
          <w:rFonts w:ascii="Menlo" w:hAnsi="Menlo"/>
          <w:color w:val="444444"/>
          <w:sz w:val="20"/>
        </w:rPr>
        <w:t>rc-20251023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rc-20251023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@polyv/interaction-core</w:t>
      </w:r>
      <w:r>
        <w:rPr>
          <w:rFonts w:ascii="Source Han Sans SC" w:hAnsi="Source Han Sans SC" w:eastAsia="Source Han Sans SC" w:cs="Source Han Sans SC" w:hint="eastAsia"/>
          <w:sz w:val="21"/>
        </w:rPr>
        <w:t xml:space="preserve"> 版本至 </w:t>
      </w:r>
      <w:r>
        <w:rPr>
          <w:rFonts w:ascii="Menlo" w:hAnsi="Menlo"/>
          <w:color w:val="444444"/>
          <w:sz w:val="20"/>
        </w:rPr>
        <w:t>rc-20251023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@polyv/bulletin-sdk</w:t>
      </w:r>
      <w:r>
        <w:rPr>
          <w:rFonts w:ascii="Source Han Sans SC" w:hAnsi="Source Han Sans SC" w:eastAsia="Source Han Sans SC" w:cs="Source Han Sans SC" w:hint="eastAsia"/>
          <w:sz w:val="21"/>
        </w:rPr>
        <w:t xml:space="preserve"> 版本至 </w:t>
      </w:r>
      <w:r>
        <w:rPr>
          <w:rFonts w:ascii="Menlo" w:hAnsi="Menlo"/>
          <w:color w:val="444444"/>
          <w:sz w:val="20"/>
        </w:rPr>
        <w:t>rc-20251023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@polyv/check-in-sdk</w:t>
      </w:r>
      <w:r>
        <w:rPr>
          <w:rFonts w:ascii="Source Han Sans SC" w:hAnsi="Source Han Sans SC" w:eastAsia="Source Han Sans SC" w:cs="Source Han Sans SC" w:hint="eastAsia"/>
          <w:sz w:val="21"/>
        </w:rPr>
        <w:t xml:space="preserve"> 版本至 </w:t>
      </w:r>
      <w:r>
        <w:rPr>
          <w:rFonts w:ascii="Menlo" w:hAnsi="Menlo"/>
          <w:color w:val="444444"/>
          <w:sz w:val="20"/>
        </w:rPr>
        <w:t>rc-20251023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@polyv/coupon-sdk</w:t>
      </w:r>
      <w:r>
        <w:rPr>
          <w:rFonts w:ascii="Source Han Sans SC" w:hAnsi="Source Han Sans SC" w:eastAsia="Source Han Sans SC" w:cs="Source Han Sans SC" w:hint="eastAsia"/>
          <w:sz w:val="21"/>
        </w:rPr>
        <w:t xml:space="preserve"> 版本至 </w:t>
      </w:r>
      <w:r>
        <w:rPr>
          <w:rFonts w:ascii="Menlo" w:hAnsi="Menlo"/>
          <w:color w:val="444444"/>
          <w:sz w:val="20"/>
        </w:rPr>
        <w:t>rc-20251023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@polyv/lottery-sdk</w:t>
      </w:r>
      <w:r>
        <w:rPr>
          <w:rFonts w:ascii="Source Han Sans SC" w:hAnsi="Source Han Sans SC" w:eastAsia="Source Han Sans SC" w:cs="Source Han Sans SC" w:hint="eastAsia"/>
          <w:sz w:val="21"/>
        </w:rPr>
        <w:t xml:space="preserve"> 版本至 </w:t>
      </w:r>
      <w:r>
        <w:rPr>
          <w:rFonts w:ascii="Menlo" w:hAnsi="Menlo"/>
          <w:color w:val="444444"/>
          <w:sz w:val="20"/>
        </w:rPr>
        <w:t>rc-20251023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@polyv/lucky-lottery-sdk</w:t>
      </w:r>
      <w:r>
        <w:rPr>
          <w:rFonts w:ascii="Source Han Sans SC" w:hAnsi="Source Han Sans SC" w:eastAsia="Source Han Sans SC" w:cs="Source Han Sans SC" w:hint="eastAsia"/>
          <w:sz w:val="21"/>
        </w:rPr>
        <w:t xml:space="preserve"> 版本至 </w:t>
      </w:r>
      <w:r>
        <w:rPr>
          <w:rFonts w:ascii="Menlo" w:hAnsi="Menlo"/>
          <w:color w:val="444444"/>
          <w:sz w:val="20"/>
        </w:rPr>
        <w:t>rc-20251023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@polyv/questionnaire-sdk</w:t>
      </w:r>
      <w:r>
        <w:rPr>
          <w:rFonts w:ascii="Source Han Sans SC" w:hAnsi="Source Han Sans SC" w:eastAsia="Source Han Sans SC" w:cs="Source Han Sans SC" w:hint="eastAsia"/>
          <w:sz w:val="21"/>
        </w:rPr>
        <w:t xml:space="preserve"> 版本至 </w:t>
      </w:r>
      <w:r>
        <w:rPr>
          <w:rFonts w:ascii="Menlo" w:hAnsi="Menlo"/>
          <w:color w:val="444444"/>
          <w:sz w:val="20"/>
        </w:rPr>
        <w:t>rc-20251023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rc-20251023</w:t>
      </w:r>
    </w:p>
    <w:p>
      <w:r>
        <w:rPr>
          <w:rFonts w:ascii="Source Han Sans SC" w:hAnsi="Source Han Sans SC" w:eastAsia="Source Han Sans SC" w:cs="Source Han Sans SC" w:hint="eastAsia"/>
          <w:sz w:val="21"/>
        </w:rPr>
        <w:t>---</w:t>
      </w:r>
    </w:p>
    <w:p>
      <w:pPr>
        <w:pStyle w:val="Heading1"/>
      </w:pPr>
      <w:r>
        <w:t>v2.8.0(2025-09-26)</w:t>
      </w:r>
    </w:p>
    <w:p>
      <w:pPr>
        <w:pStyle w:val="Heading2"/>
      </w:pPr>
      <w:r>
        <w:t>Bug Fixes</w:t>
      </w:r>
    </w:p>
    <w:p>
      <w:pPr>
        <w:pStyle w:val="ListBullet"/>
      </w:pPr>
      <w:r>
        <w:rPr>
          <w:rFonts w:ascii="Source Han Sans SC" w:hAnsi="Source Han Sans SC" w:eastAsia="Source Han Sans SC" w:cs="Source Han Sans SC" w:hint="eastAsia"/>
          <w:sz w:val="21"/>
        </w:rPr>
        <w:t>修复后台关闭商品库开关后，菜单数据没有同步移除商品库菜单数据的问题</w:t>
      </w:r>
    </w:p>
    <w:p>
      <w:pPr>
        <w:pStyle w:val="Heading2"/>
      </w:pPr>
      <w:r>
        <w:t>Features</w:t>
      </w:r>
    </w:p>
    <w:p>
      <w:pPr>
        <w:pStyle w:val="ListBullet"/>
      </w:pPr>
      <w:r>
        <w:rPr>
          <w:rFonts w:ascii="Source Han Sans SC" w:hAnsi="Source Han Sans SC" w:eastAsia="Source Han Sans SC" w:cs="Source Han Sans SC" w:hint="eastAsia"/>
          <w:sz w:val="21"/>
        </w:rPr>
        <w:t>播放器模块(player) 支持设置手势 seek 方向</w:t>
      </w:r>
    </w:p>
    <w:p>
      <w:pPr>
        <w:pStyle w:val="ListBullet"/>
      </w:pPr>
      <w:r>
        <w:rPr>
          <w:rFonts w:ascii="Source Han Sans SC" w:hAnsi="Source Han Sans SC" w:eastAsia="Source Han Sans SC" w:cs="Source Han Sans SC" w:hint="eastAsia"/>
          <w:sz w:val="21"/>
        </w:rPr>
        <w:t xml:space="preserve">身份认证模块(identity) 新增 </w:t>
      </w:r>
      <w:r>
        <w:rPr>
          <w:rFonts w:ascii="Menlo" w:hAnsi="Menlo"/>
          <w:color w:val="444444"/>
          <w:sz w:val="20"/>
        </w:rPr>
        <w:t>allowToVerifyDirectAuth</w:t>
      </w:r>
      <w:r>
        <w:rPr>
          <w:rFonts w:ascii="Source Han Sans SC" w:hAnsi="Source Han Sans SC" w:eastAsia="Source Han Sans SC" w:cs="Source Han Sans SC" w:hint="eastAsia"/>
          <w:sz w:val="21"/>
        </w:rPr>
        <w:t xml:space="preserve"> 方法来判断是否允许用户体系独立授权</w:t>
      </w:r>
    </w:p>
    <w:p>
      <w:pPr>
        <w:pStyle w:val="ListBullet"/>
      </w:pPr>
      <w:r>
        <w:rPr>
          <w:rFonts w:ascii="Source Han Sans SC" w:hAnsi="Source Han Sans SC" w:eastAsia="Source Han Sans SC" w:cs="Source Han Sans SC" w:hint="eastAsia"/>
          <w:sz w:val="21"/>
        </w:rPr>
        <w:t>微活动模块(microActivity) 对接厂商提供的新事件消息，并不再处理相关旧事件消息</w:t>
      </w:r>
    </w:p>
    <w:p>
      <w:pPr>
        <w:pStyle w:val="Heading2"/>
      </w:pPr>
      <w:r>
        <w:t>Code Refactoring</w:t>
      </w:r>
    </w:p>
    <w:p>
      <w:pPr>
        <w:pStyle w:val="ListBullet"/>
      </w:pPr>
      <w:r>
        <w:rPr>
          <w:rFonts w:ascii="Source Han Sans SC" w:hAnsi="Source Han Sans SC" w:eastAsia="Source Han Sans SC" w:cs="Source Han Sans SC" w:hint="eastAsia"/>
          <w:sz w:val="21"/>
        </w:rPr>
        <w:t xml:space="preserve">保利威 AI(polyvAI) 模块逻辑重构，除部分接口外，主要逻辑交由 </w:t>
      </w:r>
      <w:r>
        <w:rPr>
          <w:rFonts w:ascii="Menlo" w:hAnsi="Menlo"/>
          <w:color w:val="444444"/>
          <w:sz w:val="20"/>
        </w:rPr>
        <w:t>@polyv/live-watch-ai-sdk</w:t>
      </w:r>
      <w:r>
        <w:rPr>
          <w:rFonts w:ascii="Source Han Sans SC" w:hAnsi="Source Han Sans SC" w:eastAsia="Source Han Sans SC" w:cs="Source Han Sans SC" w:hint="eastAsia"/>
          <w:sz w:val="21"/>
        </w:rPr>
        <w:t xml:space="preserve"> 实现</w:t>
      </w:r>
    </w:p>
    <w:p>
      <w:pPr>
        <w:pStyle w:val="ListBullet"/>
      </w:pPr>
      <w:r>
        <w:rPr>
          <w:rFonts w:ascii="Source Han Sans SC" w:hAnsi="Source Han Sans SC" w:eastAsia="Source Han Sans SC" w:cs="Source Han Sans SC" w:hint="eastAsia"/>
          <w:sz w:val="21"/>
        </w:rPr>
        <w:t>互动模块(interact-receive) 设置默认抽奖版本值为 'v2'，后续不再使用该字段</w:t>
      </w:r>
    </w:p>
    <w:p>
      <w:pPr>
        <w:pStyle w:val="Heading2"/>
      </w:pPr>
      <w:r>
        <w:t>Optimizes</w:t>
      </w:r>
    </w:p>
    <w:p>
      <w:pPr>
        <w:pStyle w:val="ListBullet"/>
      </w:pPr>
      <w:r>
        <w:rPr>
          <w:rFonts w:ascii="Source Han Sans SC" w:hAnsi="Source Han Sans SC" w:eastAsia="Source Han Sans SC" w:cs="Source Han Sans SC" w:hint="eastAsia"/>
          <w:sz w:val="21"/>
        </w:rPr>
        <w:t>任务奖励模块(task-activity) 优化聊天室 socket 断连和重连的场景</w:t>
      </w:r>
    </w:p>
    <w:p>
      <w:pPr>
        <w:pStyle w:val="ListBullet"/>
      </w:pPr>
      <w:r>
        <w:rPr>
          <w:rFonts w:ascii="Source Han Sans SC" w:hAnsi="Source Han Sans SC" w:eastAsia="Source Han Sans SC" w:cs="Source Han Sans SC" w:hint="eastAsia"/>
          <w:sz w:val="21"/>
        </w:rPr>
        <w:t xml:space="preserve">播放器模块(player) 优化无延迟播放下的 </w:t>
      </w:r>
      <w:r>
        <w:rPr>
          <w:rFonts w:ascii="Menlo" w:hAnsi="Menlo"/>
          <w:color w:val="444444"/>
          <w:sz w:val="20"/>
        </w:rPr>
        <w:t>PlayerPlaying</w:t>
      </w:r>
      <w:r>
        <w:rPr>
          <w:rFonts w:ascii="Source Han Sans SC" w:hAnsi="Source Han Sans SC" w:eastAsia="Source Han Sans SC" w:cs="Source Han Sans SC" w:hint="eastAsia"/>
          <w:sz w:val="21"/>
        </w:rPr>
        <w:t xml:space="preserve"> 事件触发逻辑</w:t>
      </w:r>
    </w:p>
    <w:p>
      <w:pPr>
        <w:pStyle w:val="ListBullet"/>
      </w:pPr>
      <w:r>
        <w:rPr>
          <w:rFonts w:ascii="Source Han Sans SC" w:hAnsi="Source Han Sans SC" w:eastAsia="Source Han Sans SC" w:cs="Source Han Sans SC" w:hint="eastAsia"/>
          <w:sz w:val="21"/>
        </w:rPr>
        <w:t>播放器模块(player) 优化实时字幕设置值逻辑</w:t>
      </w:r>
    </w:p>
    <w:p>
      <w:pPr>
        <w:pStyle w:val="ListBullet"/>
      </w:pPr>
      <w:r>
        <w:rPr>
          <w:rFonts w:ascii="Source Han Sans SC" w:hAnsi="Source Han Sans SC" w:eastAsia="Source Han Sans SC" w:cs="Source Han Sans SC" w:hint="eastAsia"/>
          <w:sz w:val="21"/>
        </w:rPr>
        <w:t>播放器模块(player) 增加退出网页全屏方法</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@polyv/live-watch-ai-sdk</w:t>
      </w:r>
      <w:r>
        <w:rPr>
          <w:rFonts w:ascii="Source Han Sans SC" w:hAnsi="Source Han Sans SC" w:eastAsia="Source Han Sans SC" w:cs="Source Han Sans SC" w:hint="eastAsia"/>
          <w:sz w:val="21"/>
        </w:rPr>
        <w:t xml:space="preserve"> 版本至 </w:t>
      </w:r>
      <w:r>
        <w:rPr>
          <w:rFonts w:ascii="Menlo" w:hAnsi="Menlo"/>
          <w:color w:val="444444"/>
          <w:sz w:val="20"/>
        </w:rPr>
        <w:t>rc-20250925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rc-20250925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@polyv/interaction-core</w:t>
      </w:r>
      <w:r>
        <w:rPr>
          <w:rFonts w:ascii="Source Han Sans SC" w:hAnsi="Source Han Sans SC" w:eastAsia="Source Han Sans SC" w:cs="Source Han Sans SC" w:hint="eastAsia"/>
          <w:sz w:val="21"/>
        </w:rPr>
        <w:t xml:space="preserve"> 版本至 </w:t>
      </w:r>
      <w:r>
        <w:rPr>
          <w:rFonts w:ascii="Menlo" w:hAnsi="Menlo"/>
          <w:color w:val="444444"/>
          <w:sz w:val="20"/>
        </w:rPr>
        <w:t>rc-20250925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@polyv/bulletin-sdk</w:t>
      </w:r>
      <w:r>
        <w:rPr>
          <w:rFonts w:ascii="Source Han Sans SC" w:hAnsi="Source Han Sans SC" w:eastAsia="Source Han Sans SC" w:cs="Source Han Sans SC" w:hint="eastAsia"/>
          <w:sz w:val="21"/>
        </w:rPr>
        <w:t xml:space="preserve"> 版本至 </w:t>
      </w:r>
      <w:r>
        <w:rPr>
          <w:rFonts w:ascii="Menlo" w:hAnsi="Menlo"/>
          <w:color w:val="444444"/>
          <w:sz w:val="20"/>
        </w:rPr>
        <w:t>rc-20250925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@polyv/check-in-sdk</w:t>
      </w:r>
      <w:r>
        <w:rPr>
          <w:rFonts w:ascii="Source Han Sans SC" w:hAnsi="Source Han Sans SC" w:eastAsia="Source Han Sans SC" w:cs="Source Han Sans SC" w:hint="eastAsia"/>
          <w:sz w:val="21"/>
        </w:rPr>
        <w:t xml:space="preserve"> 版本至 </w:t>
      </w:r>
      <w:r>
        <w:rPr>
          <w:rFonts w:ascii="Menlo" w:hAnsi="Menlo"/>
          <w:color w:val="444444"/>
          <w:sz w:val="20"/>
        </w:rPr>
        <w:t>rc-20250925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@polyv/coupon-sdk</w:t>
      </w:r>
      <w:r>
        <w:rPr>
          <w:rFonts w:ascii="Source Han Sans SC" w:hAnsi="Source Han Sans SC" w:eastAsia="Source Han Sans SC" w:cs="Source Han Sans SC" w:hint="eastAsia"/>
          <w:sz w:val="21"/>
        </w:rPr>
        <w:t xml:space="preserve"> 版本至 </w:t>
      </w:r>
      <w:r>
        <w:rPr>
          <w:rFonts w:ascii="Menlo" w:hAnsi="Menlo"/>
          <w:color w:val="444444"/>
          <w:sz w:val="20"/>
        </w:rPr>
        <w:t>rc-20250925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@polyv/lottery-sdk</w:t>
      </w:r>
      <w:r>
        <w:rPr>
          <w:rFonts w:ascii="Source Han Sans SC" w:hAnsi="Source Han Sans SC" w:eastAsia="Source Han Sans SC" w:cs="Source Han Sans SC" w:hint="eastAsia"/>
          <w:sz w:val="21"/>
        </w:rPr>
        <w:t xml:space="preserve"> 版本至 </w:t>
      </w:r>
      <w:r>
        <w:rPr>
          <w:rFonts w:ascii="Menlo" w:hAnsi="Menlo"/>
          <w:color w:val="444444"/>
          <w:sz w:val="20"/>
        </w:rPr>
        <w:t>rc-20250925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@polyv/lucky-lottery-sdk</w:t>
      </w:r>
      <w:r>
        <w:rPr>
          <w:rFonts w:ascii="Source Han Sans SC" w:hAnsi="Source Han Sans SC" w:eastAsia="Source Han Sans SC" w:cs="Source Han Sans SC" w:hint="eastAsia"/>
          <w:sz w:val="21"/>
        </w:rPr>
        <w:t xml:space="preserve"> 版本至 </w:t>
      </w:r>
      <w:r>
        <w:rPr>
          <w:rFonts w:ascii="Menlo" w:hAnsi="Menlo"/>
          <w:color w:val="444444"/>
          <w:sz w:val="20"/>
        </w:rPr>
        <w:t>rc-20250925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@polyv/questionnaire-sdk</w:t>
      </w:r>
      <w:r>
        <w:rPr>
          <w:rFonts w:ascii="Source Han Sans SC" w:hAnsi="Source Han Sans SC" w:eastAsia="Source Han Sans SC" w:cs="Source Han Sans SC" w:hint="eastAsia"/>
          <w:sz w:val="21"/>
        </w:rPr>
        <w:t xml:space="preserve"> 版本至 </w:t>
      </w:r>
      <w:r>
        <w:rPr>
          <w:rFonts w:ascii="Menlo" w:hAnsi="Menlo"/>
          <w:color w:val="444444"/>
          <w:sz w:val="20"/>
        </w:rPr>
        <w:t>rc-20250925</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rc-20250925</w:t>
      </w:r>
    </w:p>
    <w:p>
      <w:r>
        <w:rPr>
          <w:rFonts w:ascii="Source Han Sans SC" w:hAnsi="Source Han Sans SC" w:eastAsia="Source Han Sans SC" w:cs="Source Han Sans SC" w:hint="eastAsia"/>
          <w:sz w:val="21"/>
        </w:rPr>
        <w:t>---</w:t>
      </w:r>
    </w:p>
    <w:p>
      <w:pPr>
        <w:pStyle w:val="Heading1"/>
      </w:pPr>
      <w:r>
        <w:t>v2.7.0(2025-09-09)</w:t>
      </w:r>
    </w:p>
    <w:p>
      <w:pPr>
        <w:pStyle w:val="Heading2"/>
      </w:pPr>
      <w:r>
        <w:t>Bug Fixes</w:t>
      </w:r>
    </w:p>
    <w:p>
      <w:pPr>
        <w:pStyle w:val="ListBullet"/>
      </w:pPr>
      <w:r>
        <w:rPr>
          <w:rFonts w:ascii="Source Han Sans SC" w:hAnsi="Source Han Sans SC" w:eastAsia="Source Han Sans SC" w:cs="Source Han Sans SC" w:hint="eastAsia"/>
          <w:sz w:val="21"/>
        </w:rPr>
        <w:t>互动模块(interact-receive) 修复接入新版商品库后商品大小卡片无法正常重放的问题</w:t>
      </w:r>
    </w:p>
    <w:p>
      <w:pPr>
        <w:pStyle w:val="Heading2"/>
      </w:pPr>
      <w:r>
        <w:t>Features</w:t>
      </w:r>
    </w:p>
    <w:p>
      <w:pPr>
        <w:pStyle w:val="ListBullet"/>
      </w:pPr>
      <w:r>
        <w:rPr>
          <w:rFonts w:ascii="Source Han Sans SC" w:hAnsi="Source Han Sans SC" w:eastAsia="Source Han Sans SC" w:cs="Source Han Sans SC" w:hint="eastAsia"/>
          <w:sz w:val="21"/>
        </w:rPr>
        <w:t xml:space="preserve">核心模块(core) 支持外部传入 </w:t>
      </w:r>
      <w:r>
        <w:rPr>
          <w:rFonts w:ascii="Menlo" w:hAnsi="Menlo"/>
          <w:color w:val="444444"/>
          <w:sz w:val="20"/>
        </w:rPr>
        <w:t>watchAISdkScriptUrl</w:t>
      </w:r>
      <w:r>
        <w:rPr>
          <w:rFonts w:ascii="Source Han Sans SC" w:hAnsi="Source Han Sans SC" w:eastAsia="Source Han Sans SC" w:cs="Source Han Sans SC" w:hint="eastAsia"/>
          <w:sz w:val="21"/>
        </w:rPr>
        <w:t xml:space="preserve"> 来传入 AI SDK 外链地址</w:t>
      </w:r>
    </w:p>
    <w:p>
      <w:pPr>
        <w:pStyle w:val="ListBullet"/>
      </w:pPr>
      <w:r>
        <w:rPr>
          <w:rFonts w:ascii="Source Han Sans SC" w:hAnsi="Source Han Sans SC" w:eastAsia="Source Han Sans SC" w:cs="Source Han Sans SC" w:hint="eastAsia"/>
          <w:sz w:val="21"/>
        </w:rPr>
        <w:t>直播预约模块(live-booking) 支持响应后台自定义预约回调的功能</w:t>
      </w:r>
    </w:p>
    <w:p>
      <w:pPr>
        <w:pStyle w:val="ListBullet"/>
      </w:pPr>
      <w:r>
        <w:rPr>
          <w:rFonts w:ascii="Source Han Sans SC" w:hAnsi="Source Han Sans SC" w:eastAsia="Source Han Sans SC" w:cs="Source Han Sans SC" w:hint="eastAsia"/>
          <w:sz w:val="21"/>
        </w:rPr>
        <w:t>播放器模块(player) 支持响应后台双语配置设置播放器信息</w:t>
      </w:r>
    </w:p>
    <w:p>
      <w:pPr>
        <w:pStyle w:val="ListBullet"/>
      </w:pPr>
      <w:r>
        <w:rPr>
          <w:rFonts w:ascii="Source Han Sans SC" w:hAnsi="Source Han Sans SC" w:eastAsia="Source Han Sans SC" w:cs="Source Han Sans SC" w:hint="eastAsia"/>
          <w:sz w:val="21"/>
        </w:rPr>
        <w:t>播放器模块(player) 支持响应后台播放器背景设置</w:t>
      </w:r>
    </w:p>
    <w:p>
      <w:pPr>
        <w:pStyle w:val="ListBullet"/>
      </w:pPr>
      <w:r>
        <w:rPr>
          <w:rFonts w:ascii="Source Han Sans SC" w:hAnsi="Source Han Sans SC" w:eastAsia="Source Han Sans SC" w:cs="Source Han Sans SC" w:hint="eastAsia"/>
          <w:sz w:val="21"/>
        </w:rPr>
        <w:t>播放器模块(player) 优化时移相关逻辑，支持无延迟播放器多码率切换</w:t>
      </w:r>
    </w:p>
    <w:p>
      <w:pPr>
        <w:pStyle w:val="ListBullet"/>
      </w:pPr>
      <w:r>
        <w:rPr>
          <w:rFonts w:ascii="Source Han Sans SC" w:hAnsi="Source Han Sans SC" w:eastAsia="Source Han Sans SC" w:cs="Source Han Sans SC" w:hint="eastAsia"/>
          <w:sz w:val="21"/>
        </w:rPr>
        <w:t>频道模块(channel) 支持提供广告配置多平台链接</w:t>
      </w:r>
    </w:p>
    <w:p>
      <w:pPr>
        <w:pStyle w:val="ListBullet"/>
      </w:pPr>
      <w:r>
        <w:rPr>
          <w:rFonts w:ascii="Source Han Sans SC" w:hAnsi="Source Han Sans SC" w:eastAsia="Source Han Sans SC" w:cs="Source Han Sans SC" w:hint="eastAsia"/>
          <w:sz w:val="21"/>
        </w:rPr>
        <w:t>频道模块(channel) 支持响应后台"学习激励"设置来统计观看时长</w:t>
      </w:r>
    </w:p>
    <w:p>
      <w:pPr>
        <w:pStyle w:val="ListBullet"/>
      </w:pPr>
      <w:r>
        <w:rPr>
          <w:rFonts w:ascii="Source Han Sans SC" w:hAnsi="Source Han Sans SC" w:eastAsia="Source Han Sans SC" w:cs="Source Han Sans SC" w:hint="eastAsia"/>
          <w:sz w:val="21"/>
        </w:rPr>
        <w:t>频道模块(channel) 支持响应回放禁播开关</w:t>
      </w:r>
    </w:p>
    <w:p>
      <w:pPr>
        <w:pStyle w:val="ListBullet"/>
      </w:pPr>
      <w:r>
        <w:rPr>
          <w:rFonts w:ascii="Source Han Sans SC" w:hAnsi="Source Han Sans SC" w:eastAsia="Source Han Sans SC" w:cs="Source Han Sans SC" w:hint="eastAsia"/>
          <w:sz w:val="21"/>
        </w:rPr>
        <w:t>频道模块(channel) 支持提供获取直播新场次场次列表的方法</w:t>
      </w:r>
    </w:p>
    <w:p>
      <w:pPr>
        <w:pStyle w:val="ListBullet"/>
      </w:pPr>
      <w:r>
        <w:rPr>
          <w:rFonts w:ascii="Source Han Sans SC" w:hAnsi="Source Han Sans SC" w:eastAsia="Source Han Sans SC" w:cs="Source Han Sans SC" w:hint="eastAsia"/>
          <w:sz w:val="21"/>
        </w:rPr>
        <w:t>回放模块(playback) 和互动模块(interact-receive) 支持 vid 模式下支持互动重放（注意，vid 模式下的互动重放不会真实提交数据，且答题卡、问卷、签到等仅支持新版互动）</w:t>
      </w:r>
    </w:p>
    <w:p>
      <w:pPr>
        <w:pStyle w:val="Heading2"/>
      </w:pPr>
      <w:r>
        <w:t>Optimizes</w:t>
      </w:r>
    </w:p>
    <w:p>
      <w:pPr>
        <w:pStyle w:val="ListBullet"/>
      </w:pPr>
      <w:r>
        <w:rPr>
          <w:rFonts w:ascii="Source Han Sans SC" w:hAnsi="Source Han Sans SC" w:eastAsia="Source Han Sans SC" w:cs="Source Han Sans SC" w:hint="eastAsia"/>
          <w:sz w:val="21"/>
        </w:rPr>
        <w:t>核心模块(core) 优化直播新场次相关逻辑</w:t>
      </w:r>
    </w:p>
    <w:p>
      <w:pPr>
        <w:pStyle w:val="ListBullet"/>
      </w:pPr>
      <w:r>
        <w:rPr>
          <w:rFonts w:ascii="Source Han Sans SC" w:hAnsi="Source Han Sans SC" w:eastAsia="Source Han Sans SC" w:cs="Source Han Sans SC" w:hint="eastAsia"/>
          <w:sz w:val="21"/>
        </w:rPr>
        <w:t>观看条件模块(auth) 优化重复邀请逻辑，支持从 sdk 内获取邀请人 id</w:t>
      </w:r>
    </w:p>
    <w:p>
      <w:pPr>
        <w:pStyle w:val="ListBullet"/>
      </w:pPr>
      <w:r>
        <w:rPr>
          <w:rFonts w:ascii="Source Han Sans SC" w:hAnsi="Source Han Sans SC" w:eastAsia="Source Han Sans SC" w:cs="Source Han Sans SC" w:hint="eastAsia"/>
          <w:sz w:val="21"/>
        </w:rPr>
        <w:t>其他一系列小的优化和更改</w:t>
      </w:r>
    </w:p>
    <w:p>
      <w:pPr>
        <w:pStyle w:val="Heading2"/>
      </w:pPr>
      <w:r>
        <w:t>Build System</w:t>
      </w:r>
    </w:p>
    <w:p>
      <w:pPr>
        <w:pStyle w:val="Heading3"/>
      </w:pPr>
      <w:r>
        <w:t>SDK Update</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@polyv/utils</w:t>
      </w:r>
      <w:r>
        <w:rPr>
          <w:rFonts w:ascii="Source Han Sans SC" w:hAnsi="Source Han Sans SC" w:eastAsia="Source Han Sans SC" w:cs="Source Han Sans SC" w:hint="eastAsia"/>
          <w:sz w:val="21"/>
        </w:rPr>
        <w:t xml:space="preserve"> 版本至 </w:t>
      </w:r>
      <w:r>
        <w:rPr>
          <w:rFonts w:ascii="Menlo" w:hAnsi="Menlo"/>
          <w:color w:val="444444"/>
          <w:sz w:val="20"/>
        </w:rPr>
        <w:t>2.14.0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@polyv/live-low-latency-player</w:t>
      </w:r>
      <w:r>
        <w:rPr>
          <w:rFonts w:ascii="Source Han Sans SC" w:hAnsi="Source Han Sans SC" w:eastAsia="Source Han Sans SC" w:cs="Source Han Sans SC" w:hint="eastAsia"/>
          <w:sz w:val="21"/>
        </w:rPr>
        <w:t xml:space="preserve"> 版本至 </w:t>
      </w:r>
      <w:r>
        <w:rPr>
          <w:rFonts w:ascii="Menlo" w:hAnsi="Menlo"/>
          <w:color w:val="444444"/>
          <w:sz w:val="20"/>
        </w:rPr>
        <w:t>1.11.0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版本至 </w:t>
      </w:r>
      <w:r>
        <w:rPr>
          <w:rFonts w:ascii="Menlo" w:hAnsi="Menlo"/>
          <w:color w:val="444444"/>
          <w:sz w:val="20"/>
        </w:rPr>
        <w:t>rc-20250904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rc-20250904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rc-20250904</w:t>
      </w:r>
    </w:p>
    <w:p>
      <w:r>
        <w:rPr>
          <w:rFonts w:ascii="Source Han Sans SC" w:hAnsi="Source Han Sans SC" w:eastAsia="Source Han Sans SC" w:cs="Source Han Sans SC" w:hint="eastAsia"/>
          <w:b/>
          <w:sz w:val="21"/>
        </w:rPr>
        <w:t>重要变更</w:t>
      </w:r>
      <w:r>
        <w:rPr>
          <w:rFonts w:ascii="Source Han Sans SC" w:hAnsi="Source Han Sans SC" w:eastAsia="Source Han Sans SC" w:cs="Source Han Sans SC" w:hint="eastAsia"/>
          <w:sz w:val="21"/>
        </w:rPr>
        <w:t xml:space="preserve">：原本 </w:t>
      </w:r>
      <w:r>
        <w:rPr>
          <w:rFonts w:ascii="Menlo" w:hAnsi="Menlo"/>
          <w:color w:val="444444"/>
          <w:sz w:val="20"/>
        </w:rPr>
        <w:t>@polyv/iar</w:t>
      </w:r>
      <w:r>
        <w:rPr>
          <w:rFonts w:ascii="Source Han Sans SC" w:hAnsi="Source Han Sans SC" w:eastAsia="Source Han Sans SC" w:cs="Source Han Sans SC" w:hint="eastAsia"/>
          <w:sz w:val="21"/>
        </w:rPr>
        <w:t xml:space="preserve"> 对应的 sdk 模块不再只服务于互动接收功能，会独立为一个完成的互动包，所以包名会有所变更。此次更新互动相关 SDK，内容如下</w:t>
      </w:r>
    </w:p>
    <w:p>
      <w:pPr>
        <w:spacing w:after="180"/>
        <w:ind w:left="198"/>
      </w:pPr>
      <w:r>
        <w:rPr>
          <w:rFonts w:ascii="Menlo" w:hAnsi="Menlo"/>
          <w:color w:val="334155"/>
          <w:sz w:val="17"/>
        </w:rPr>
        <w:t>"@polyv/iar-core-sdk" =&gt; "@polyv/interaction-core": "^2.5.0-rc-20250908.1",</w:t>
        <w:br/>
        <w:t>"@polyv/iar-check-in-sdk" =&gt; "@polyv/check-in-sdk": "^2.5.0-rc-20250904.4",</w:t>
        <w:br/>
        <w:t>"@polyv/iar-coupon-sdk" =&gt; "@polyv/coupon-sdk": "^2.5.0-rc-20250904.4",</w:t>
        <w:br/>
        <w:t>"@polyv/iar-lottery-sdk" =&gt; "@polyv/lottery-sdk": "^2.5.0-rc-20250904.4",</w:t>
        <w:br/>
        <w:t>"@polyv/iar-lucky-lottery-sdk" =&gt; "@polyv/lucky-lottery-sdk": "^2.5.0-rc-20250904.4",</w:t>
        <w:br/>
        <w:t>"@polyv/iar-questionnaire-sdk" =&gt; "@polyv/questionnaire-sdk": "^2.5.0-rc-20250904.4",</w:t>
      </w:r>
    </w:p>
    <w:p>
      <w:pPr>
        <w:pStyle w:val="Heading3"/>
      </w:pPr>
      <w:r>
        <w:t>SDK Add</w:t>
      </w:r>
    </w:p>
    <w:p>
      <w:pPr>
        <w:pStyle w:val="ListBullet"/>
      </w:pPr>
      <w:r>
        <w:rPr>
          <w:rFonts w:ascii="Source Han Sans SC" w:hAnsi="Source Han Sans SC" w:eastAsia="Source Han Sans SC" w:cs="Source Han Sans SC" w:hint="eastAsia"/>
          <w:sz w:val="21"/>
        </w:rPr>
        <w:t xml:space="preserve">新增互动答题卡 SDK </w:t>
      </w:r>
      <w:r>
        <w:rPr>
          <w:rFonts w:ascii="Menlo" w:hAnsi="Menlo"/>
          <w:color w:val="444444"/>
          <w:sz w:val="20"/>
        </w:rPr>
        <w:t>"@polyv/answer-card-sdk"</w:t>
      </w:r>
      <w:r>
        <w:rPr>
          <w:rFonts w:ascii="Source Han Sans SC" w:hAnsi="Source Han Sans SC" w:eastAsia="Source Han Sans SC" w:cs="Source Han Sans SC" w:hint="eastAsia"/>
          <w:sz w:val="21"/>
        </w:rPr>
        <w:t xml:space="preserve">，版本号为 </w:t>
      </w:r>
      <w:r>
        <w:rPr>
          <w:rFonts w:ascii="Menlo" w:hAnsi="Menlo"/>
          <w:color w:val="444444"/>
          <w:sz w:val="20"/>
        </w:rPr>
        <w:t>2.5.0-rc-20250904.4</w:t>
      </w:r>
    </w:p>
    <w:p>
      <w:pPr>
        <w:pStyle w:val="ListBullet"/>
      </w:pPr>
      <w:r>
        <w:rPr>
          <w:rFonts w:ascii="Source Han Sans SC" w:hAnsi="Source Han Sans SC" w:eastAsia="Source Han Sans SC" w:cs="Source Han Sans SC" w:hint="eastAsia"/>
          <w:sz w:val="21"/>
        </w:rPr>
        <w:t xml:space="preserve">新增 AI SDK </w:t>
      </w:r>
      <w:r>
        <w:rPr>
          <w:rFonts w:ascii="Menlo" w:hAnsi="Menlo"/>
          <w:color w:val="444444"/>
          <w:sz w:val="20"/>
        </w:rPr>
        <w:t>@polyv/live-watch-ai-sdk</w:t>
      </w:r>
      <w:r>
        <w:rPr>
          <w:rFonts w:ascii="Source Han Sans SC" w:hAnsi="Source Han Sans SC" w:eastAsia="Source Han Sans SC" w:cs="Source Han Sans SC" w:hint="eastAsia"/>
          <w:sz w:val="21"/>
        </w:rPr>
        <w:t xml:space="preserve">，版本号为 </w:t>
      </w:r>
      <w:r>
        <w:rPr>
          <w:rFonts w:ascii="Menlo" w:hAnsi="Menlo"/>
          <w:color w:val="444444"/>
          <w:sz w:val="20"/>
        </w:rPr>
        <w:t>1.0.0-rc-20250904.1</w:t>
      </w:r>
    </w:p>
    <w:p>
      <w:r>
        <w:rPr>
          <w:rFonts w:ascii="Source Han Sans SC" w:hAnsi="Source Han Sans SC" w:eastAsia="Source Han Sans SC" w:cs="Source Han Sans SC" w:hint="eastAsia"/>
          <w:sz w:val="21"/>
        </w:rPr>
        <w:t>---</w:t>
      </w:r>
    </w:p>
    <w:p>
      <w:pPr>
        <w:pStyle w:val="Heading1"/>
      </w:pPr>
      <w:r>
        <w:t>v2.6.0(2025-08-15)</w:t>
      </w:r>
    </w:p>
    <w:p>
      <w:pPr>
        <w:pStyle w:val="Heading2"/>
      </w:pPr>
      <w:r>
        <w:t>Deprecated</w:t>
      </w:r>
    </w:p>
    <w:p>
      <w:pPr>
        <w:pStyle w:val="ListBullet"/>
      </w:pPr>
      <w:r>
        <w:rPr>
          <w:rFonts w:ascii="Source Han Sans SC" w:hAnsi="Source Han Sans SC" w:eastAsia="Source Han Sans SC" w:cs="Source Han Sans SC" w:hint="eastAsia"/>
          <w:sz w:val="21"/>
        </w:rPr>
        <w:t>互动模块(interact-receive) 功能中的商品库相关配置即将废弃，后续会由商品库模块(product) 统一处理</w:t>
      </w:r>
    </w:p>
    <w:p>
      <w:pPr>
        <w:pStyle w:val="ListBullet"/>
      </w:pPr>
      <w:r>
        <w:rPr>
          <w:rFonts w:ascii="Source Han Sans SC" w:hAnsi="Source Han Sans SC" w:eastAsia="Source Han Sans SC" w:cs="Source Han Sans SC" w:hint="eastAsia"/>
          <w:sz w:val="21"/>
        </w:rPr>
        <w:t>订单模块(order) 即将废弃，后续会由商品库模块(product) 统一处理</w:t>
      </w:r>
    </w:p>
    <w:p>
      <w:pPr>
        <w:pStyle w:val="Heading2"/>
      </w:pPr>
      <w:r>
        <w:t>Features</w:t>
      </w:r>
    </w:p>
    <w:p>
      <w:pPr>
        <w:pStyle w:val="ListBullet"/>
      </w:pPr>
      <w:r>
        <w:rPr>
          <w:rFonts w:ascii="Source Han Sans SC" w:hAnsi="Source Han Sans SC" w:eastAsia="Source Han Sans SC" w:cs="Source Han Sans SC" w:hint="eastAsia"/>
          <w:sz w:val="21"/>
        </w:rPr>
        <w:t>身份认证模块(identity) 支持在特定条件下进行企业微信静默授权处理</w:t>
      </w:r>
    </w:p>
    <w:p>
      <w:pPr>
        <w:pStyle w:val="ListBullet"/>
      </w:pPr>
      <w:r>
        <w:rPr>
          <w:rFonts w:ascii="Source Han Sans SC" w:hAnsi="Source Han Sans SC" w:eastAsia="Source Han Sans SC" w:cs="Source Han Sans SC" w:hint="eastAsia"/>
          <w:sz w:val="21"/>
        </w:rPr>
        <w:t>频道模块(channel) 提供获取直播广场配置的方法</w:t>
      </w:r>
    </w:p>
    <w:p>
      <w:pPr>
        <w:pStyle w:val="ListBullet"/>
      </w:pPr>
      <w:r>
        <w:rPr>
          <w:rFonts w:ascii="Source Han Sans SC" w:hAnsi="Source Han Sans SC" w:eastAsia="Source Han Sans SC" w:cs="Source Han Sans SC" w:hint="eastAsia"/>
          <w:sz w:val="21"/>
        </w:rPr>
        <w:t>聊天模块(chat) 提供获取频道文件列表的方法</w:t>
      </w:r>
    </w:p>
    <w:p>
      <w:pPr>
        <w:pStyle w:val="ListBullet"/>
      </w:pPr>
      <w:r>
        <w:rPr>
          <w:rFonts w:ascii="Source Han Sans SC" w:hAnsi="Source Han Sans SC" w:eastAsia="Source Han Sans SC" w:cs="Source Han Sans SC" w:hint="eastAsia"/>
          <w:sz w:val="21"/>
        </w:rPr>
        <w:t>互动模块(interact-receive) 部分模块支持直播新场次功能</w:t>
      </w:r>
    </w:p>
    <w:p>
      <w:pPr>
        <w:pStyle w:val="ListBullet"/>
      </w:pPr>
      <w:r>
        <w:rPr>
          <w:rFonts w:ascii="Source Han Sans SC" w:hAnsi="Source Han Sans SC" w:eastAsia="Source Han Sans SC" w:cs="Source Han Sans SC" w:hint="eastAsia"/>
          <w:sz w:val="21"/>
        </w:rPr>
        <w:t>互动模块(interact-receive) 支持响应后台配置 PC 观看页商品入口位置</w:t>
      </w:r>
    </w:p>
    <w:p>
      <w:pPr>
        <w:pStyle w:val="ListBullet"/>
      </w:pPr>
      <w:r>
        <w:rPr>
          <w:rFonts w:ascii="Source Han Sans SC" w:hAnsi="Source Han Sans SC" w:eastAsia="Source Han Sans SC" w:cs="Source Han Sans SC" w:hint="eastAsia"/>
          <w:sz w:val="21"/>
        </w:rPr>
        <w:t>商品库功能(product) 调整「商品直接购买」功能限制</w:t>
      </w:r>
    </w:p>
    <w:p>
      <w:pPr>
        <w:pStyle w:val="ListBullet"/>
      </w:pPr>
      <w:r>
        <w:rPr>
          <w:rFonts w:ascii="Source Han Sans SC" w:hAnsi="Source Han Sans SC" w:eastAsia="Source Han Sans SC" w:cs="Source Han Sans SC" w:hint="eastAsia"/>
          <w:sz w:val="21"/>
        </w:rPr>
        <w:t>连麦模块(connect-mic) 支持切换前后摄像头</w:t>
      </w:r>
    </w:p>
    <w:p>
      <w:pPr>
        <w:pStyle w:val="Heading2"/>
      </w:pPr>
      <w:r>
        <w:t>Optimizes</w:t>
      </w:r>
    </w:p>
    <w:p>
      <w:pPr>
        <w:pStyle w:val="ListBullet"/>
      </w:pPr>
      <w:r>
        <w:rPr>
          <w:rFonts w:ascii="Source Han Sans SC" w:hAnsi="Source Han Sans SC" w:eastAsia="Source Han Sans SC" w:cs="Source Han Sans SC" w:hint="eastAsia"/>
          <w:sz w:val="21"/>
        </w:rPr>
        <w:t>微信模块(weixin) 优化企微相关逻辑，提供当前是否支持企微业务的方法</w:t>
      </w:r>
    </w:p>
    <w:p>
      <w:pPr>
        <w:pStyle w:val="ListBullet"/>
      </w:pPr>
      <w:r>
        <w:rPr>
          <w:rFonts w:ascii="Source Han Sans SC" w:hAnsi="Source Han Sans SC" w:eastAsia="Source Han Sans SC" w:cs="Source Han Sans SC" w:hint="eastAsia"/>
          <w:sz w:val="21"/>
        </w:rPr>
        <w:t>其他一系列小的优化</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@polyv/player-module</w:t>
      </w:r>
      <w:r>
        <w:rPr>
          <w:rFonts w:ascii="Source Han Sans SC" w:hAnsi="Source Han Sans SC" w:eastAsia="Source Han Sans SC" w:cs="Source Han Sans SC" w:hint="eastAsia"/>
          <w:sz w:val="21"/>
        </w:rPr>
        <w:t xml:space="preserve"> 版本至 </w:t>
      </w:r>
      <w:r>
        <w:rPr>
          <w:rFonts w:ascii="Menlo" w:hAnsi="Menlo"/>
          <w:color w:val="444444"/>
          <w:sz w:val="20"/>
        </w:rPr>
        <w:t>rc-20250814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版本至 </w:t>
      </w:r>
      <w:r>
        <w:rPr>
          <w:rFonts w:ascii="Menlo" w:hAnsi="Menlo"/>
          <w:color w:val="444444"/>
          <w:sz w:val="20"/>
        </w:rPr>
        <w:t>rc-20250814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rc-20250814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rc-20250814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@polyv/iar</w:t>
      </w:r>
      <w:r>
        <w:rPr>
          <w:rFonts w:ascii="Source Han Sans SC" w:hAnsi="Source Han Sans SC" w:eastAsia="Source Han Sans SC" w:cs="Source Han Sans SC" w:hint="eastAsia"/>
          <w:sz w:val="21"/>
        </w:rPr>
        <w:t xml:space="preserve"> 相关 SDK，内容如下</w:t>
      </w:r>
    </w:p>
    <w:p>
      <w:pPr>
        <w:spacing w:after="180"/>
        <w:ind w:left="198"/>
      </w:pPr>
      <w:r>
        <w:rPr>
          <w:rFonts w:ascii="Menlo" w:hAnsi="Menlo"/>
          <w:color w:val="334155"/>
          <w:sz w:val="17"/>
        </w:rPr>
        <w:t>"@polyv/iar-check-in-sdk": "^2.5.0-rc-20250814.1",</w:t>
        <w:br/>
        <w:t>"@polyv/iar-core-sdk": "^2.5.0-rc-20250814.1",</w:t>
        <w:br/>
        <w:t>"@polyv/iar-coupon-sdk": "^2.5.0-rc-20250814.1",</w:t>
        <w:br/>
        <w:t>"@polyv/iar-lottery-sdk": "^2.5.0-rc-20250814.1",</w:t>
        <w:br/>
        <w:t>"@polyv/iar-lucky-lottery-sdk": "^2.5.0-rc-20250814.1",</w:t>
        <w:br/>
        <w:t>"@polyv/iar-questionnaire-sdk": "^2.5.0-rc-20250814.1",</w:t>
        <w:br/>
        <w:t>"@polyv/interactions-receive-sdk": "^1.17.0-rc-20250814.1",</w:t>
      </w:r>
    </w:p>
    <w:p>
      <w:r>
        <w:rPr>
          <w:rFonts w:ascii="Source Han Sans SC" w:hAnsi="Source Han Sans SC" w:eastAsia="Source Han Sans SC" w:cs="Source Han Sans SC" w:hint="eastAsia"/>
          <w:sz w:val="21"/>
        </w:rPr>
        <w:t>---</w:t>
      </w:r>
    </w:p>
    <w:p>
      <w:pPr>
        <w:pStyle w:val="Heading1"/>
      </w:pPr>
      <w:r>
        <w:t>v2.5.0(2025-07-25)</w:t>
      </w:r>
    </w:p>
    <w:p>
      <w:pPr>
        <w:pStyle w:val="Heading2"/>
      </w:pPr>
      <w:r>
        <w:t>Bug Fixes</w:t>
      </w:r>
    </w:p>
    <w:p>
      <w:pPr>
        <w:pStyle w:val="ListBullet"/>
      </w:pPr>
      <w:r>
        <w:rPr>
          <w:rFonts w:ascii="Source Han Sans SC" w:hAnsi="Source Han Sans SC" w:eastAsia="Source Han Sans SC" w:cs="Source Han Sans SC" w:hint="eastAsia"/>
          <w:sz w:val="21"/>
        </w:rPr>
        <w:t>修复会构建工程仍将部分已支持外链加载 SDK 打包构建的问题</w:t>
      </w:r>
    </w:p>
    <w:p>
      <w:pPr>
        <w:pStyle w:val="ListBullet"/>
      </w:pPr>
      <w:r>
        <w:rPr>
          <w:rFonts w:ascii="Source Han Sans SC" w:hAnsi="Source Han Sans SC" w:eastAsia="Source Han Sans SC" w:cs="Source Han Sans SC" w:hint="eastAsia"/>
          <w:sz w:val="21"/>
        </w:rPr>
        <w:t>修复在线人数不支持直播新场次的问题</w:t>
      </w:r>
    </w:p>
    <w:p>
      <w:pPr>
        <w:pStyle w:val="ListBullet"/>
      </w:pPr>
      <w:r>
        <w:rPr>
          <w:rFonts w:ascii="Source Han Sans SC" w:hAnsi="Source Han Sans SC" w:eastAsia="Source Han Sans SC" w:cs="Source Han Sans SC" w:hint="eastAsia"/>
          <w:sz w:val="21"/>
        </w:rPr>
        <w:t>修复在 Polyv 客户端开播场景下，使用直播暂停重新恢复后，三分屏界面无法正常恢复的问题</w:t>
      </w:r>
    </w:p>
    <w:p>
      <w:pPr>
        <w:pStyle w:val="ListBullet"/>
      </w:pPr>
      <w:r>
        <w:rPr>
          <w:rFonts w:ascii="Source Han Sans SC" w:hAnsi="Source Han Sans SC" w:eastAsia="Source Han Sans SC" w:cs="Source Han Sans SC" w:hint="eastAsia"/>
          <w:sz w:val="21"/>
        </w:rPr>
        <w:t>修复移动端使用点播视频回放场景下，播放器设置不跟随当前多语言配置的问题</w:t>
      </w:r>
    </w:p>
    <w:p>
      <w:pPr>
        <w:pStyle w:val="Heading2"/>
      </w:pPr>
      <w:r>
        <w:t>Features</w:t>
      </w:r>
    </w:p>
    <w:p>
      <w:pPr>
        <w:pStyle w:val="ListBullet"/>
      </w:pPr>
      <w:r>
        <w:rPr>
          <w:rFonts w:ascii="Source Han Sans SC" w:hAnsi="Source Han Sans SC" w:eastAsia="Source Han Sans SC" w:cs="Source Han Sans SC" w:hint="eastAsia"/>
          <w:sz w:val="21"/>
        </w:rPr>
        <w:t xml:space="preserve">sdk 对外暴露 </w:t>
      </w:r>
      <w:r>
        <w:rPr>
          <w:rFonts w:ascii="Menlo" w:hAnsi="Menlo"/>
          <w:color w:val="444444"/>
          <w:sz w:val="20"/>
        </w:rPr>
        <w:t>plvInterval, plvParseJson, plvWait</w:t>
      </w:r>
      <w:r>
        <w:rPr>
          <w:rFonts w:ascii="Source Han Sans SC" w:hAnsi="Source Han Sans SC" w:eastAsia="Source Han Sans SC" w:cs="Source Han Sans SC" w:hint="eastAsia"/>
          <w:sz w:val="21"/>
        </w:rPr>
        <w:t xml:space="preserve"> 内部基础方法</w:t>
      </w:r>
    </w:p>
    <w:p>
      <w:pPr>
        <w:pStyle w:val="ListBullet"/>
      </w:pPr>
      <w:r>
        <w:rPr>
          <w:rFonts w:ascii="Source Han Sans SC" w:hAnsi="Source Han Sans SC" w:eastAsia="Source Han Sans SC" w:cs="Source Han Sans SC" w:hint="eastAsia"/>
          <w:sz w:val="21"/>
        </w:rPr>
        <w:t>频道模块(channel) 支持响应后台多会场名称配置</w:t>
      </w:r>
    </w:p>
    <w:p>
      <w:pPr>
        <w:pStyle w:val="ListBullet"/>
      </w:pPr>
      <w:r>
        <w:rPr>
          <w:rFonts w:ascii="Source Han Sans SC" w:hAnsi="Source Han Sans SC" w:eastAsia="Source Han Sans SC" w:cs="Source Han Sans SC" w:hint="eastAsia"/>
          <w:sz w:val="21"/>
        </w:rPr>
        <w:t>观看条件模块(fail) 支持响应后台"独立授权"授权失败地址配置</w:t>
      </w:r>
    </w:p>
    <w:p>
      <w:pPr>
        <w:pStyle w:val="ListBullet"/>
      </w:pPr>
      <w:r>
        <w:rPr>
          <w:rFonts w:ascii="Source Han Sans SC" w:hAnsi="Source Han Sans SC" w:eastAsia="Source Han Sans SC" w:cs="Source Han Sans SC" w:hint="eastAsia"/>
          <w:sz w:val="21"/>
        </w:rPr>
        <w:t>聊天模块(chat) 支持分别控制点赞功能长按和单击交互</w:t>
      </w:r>
    </w:p>
    <w:p>
      <w:pPr>
        <w:pStyle w:val="ListBullet"/>
      </w:pPr>
      <w:r>
        <w:rPr>
          <w:rFonts w:ascii="Source Han Sans SC" w:hAnsi="Source Han Sans SC" w:eastAsia="Source Han Sans SC" w:cs="Source Han Sans SC" w:hint="eastAsia"/>
          <w:sz w:val="21"/>
        </w:rPr>
        <w:t>聊天模块(chat) 支持响应后台聊天区通知功能配置</w:t>
      </w:r>
    </w:p>
    <w:p>
      <w:pPr>
        <w:pStyle w:val="ListBullet"/>
      </w:pPr>
      <w:r>
        <w:rPr>
          <w:rFonts w:ascii="Source Han Sans SC" w:hAnsi="Source Han Sans SC" w:eastAsia="Source Han Sans SC" w:cs="Source Han Sans SC" w:hint="eastAsia"/>
          <w:sz w:val="21"/>
        </w:rPr>
        <w:t>播放器模块(player) 支持在正常延迟直播场景下，支持安卓设备使用 Fullscreen API 全屏视频</w:t>
      </w:r>
    </w:p>
    <w:p>
      <w:pPr>
        <w:pStyle w:val="ListBullet"/>
      </w:pPr>
      <w:r>
        <w:rPr>
          <w:rFonts w:ascii="Source Han Sans SC" w:hAnsi="Source Han Sans SC" w:eastAsia="Source Han Sans SC" w:cs="Source Han Sans SC" w:hint="eastAsia"/>
          <w:sz w:val="21"/>
        </w:rPr>
        <w:t>任务奖励模块(task-activity) 支持对外暴露获取任务奖励配置异常事件</w:t>
      </w:r>
    </w:p>
    <w:p>
      <w:pPr>
        <w:pStyle w:val="ListBullet"/>
      </w:pPr>
      <w:r>
        <w:rPr>
          <w:rFonts w:ascii="Source Han Sans SC" w:hAnsi="Source Han Sans SC" w:eastAsia="Source Han Sans SC" w:cs="Source Han Sans SC" w:hint="eastAsia"/>
          <w:sz w:val="21"/>
        </w:rPr>
        <w:t>邀请模块(invite) 和分享模块(share) 支持响应后台自定义分享地址携带分享参数场景下，使用自定义的分享地址</w:t>
      </w:r>
    </w:p>
    <w:p>
      <w:pPr>
        <w:pStyle w:val="Heading2"/>
      </w:pPr>
      <w:r>
        <w:t>Code Refactoring</w:t>
      </w:r>
    </w:p>
    <w:p>
      <w:pPr>
        <w:pStyle w:val="ListBullet"/>
      </w:pPr>
      <w:r>
        <w:rPr>
          <w:rFonts w:ascii="Source Han Sans SC" w:hAnsi="Source Han Sans SC" w:eastAsia="Source Han Sans SC" w:cs="Source Han Sans SC" w:hint="eastAsia"/>
          <w:sz w:val="21"/>
        </w:rPr>
        <w:t xml:space="preserve">拆分 "AI 看" 功能到独立的 </w:t>
      </w:r>
      <w:r>
        <w:rPr>
          <w:rFonts w:ascii="Menlo" w:hAnsi="Menlo"/>
          <w:color w:val="444444"/>
          <w:sz w:val="20"/>
        </w:rPr>
        <w:t>@polyv/live-watch-ai-sdk</w:t>
      </w:r>
      <w:r>
        <w:rPr>
          <w:rFonts w:ascii="Source Han Sans SC" w:hAnsi="Source Han Sans SC" w:eastAsia="Source Han Sans SC" w:cs="Source Han Sans SC" w:hint="eastAsia"/>
          <w:sz w:val="21"/>
        </w:rPr>
        <w:t>，后续 AI 相关功能会在单独的 SDK 中继续迭代，</w:t>
      </w:r>
      <w:r>
        <w:rPr>
          <w:rFonts w:ascii="Source Han Sans SC" w:hAnsi="Source Han Sans SC" w:eastAsia="Source Han Sans SC" w:cs="Source Han Sans SC" w:hint="eastAsia"/>
          <w:b/>
          <w:sz w:val="21"/>
        </w:rPr>
        <w:t>敬请期待</w:t>
      </w:r>
    </w:p>
    <w:p>
      <w:pPr>
        <w:pStyle w:val="Heading2"/>
      </w:pPr>
      <w:r>
        <w:t>Optimizes</w:t>
      </w:r>
    </w:p>
    <w:p>
      <w:pPr>
        <w:pStyle w:val="ListBullet"/>
      </w:pPr>
      <w:r>
        <w:rPr>
          <w:rFonts w:ascii="Source Han Sans SC" w:hAnsi="Source Han Sans SC" w:eastAsia="Source Han Sans SC" w:cs="Source Han Sans SC" w:hint="eastAsia"/>
          <w:sz w:val="21"/>
        </w:rPr>
        <w:t>域名模块(domain) 调整开启随机三级域名分享后的域名拼接逻辑</w:t>
      </w:r>
    </w:p>
    <w:p>
      <w:pPr>
        <w:pStyle w:val="ListBullet"/>
      </w:pPr>
      <w:r>
        <w:rPr>
          <w:rFonts w:ascii="Source Han Sans SC" w:hAnsi="Source Han Sans SC" w:eastAsia="Source Han Sans SC" w:cs="Source Han Sans SC" w:hint="eastAsia"/>
          <w:sz w:val="21"/>
        </w:rPr>
        <w:t>频道模块(channel) 优化当前直播被断流后的内部状态</w:t>
      </w:r>
    </w:p>
    <w:p>
      <w:pPr>
        <w:pStyle w:val="ListBullet"/>
      </w:pPr>
      <w:r>
        <w:rPr>
          <w:rFonts w:ascii="Source Han Sans SC" w:hAnsi="Source Han Sans SC" w:eastAsia="Source Han Sans SC" w:cs="Source Han Sans SC" w:hint="eastAsia"/>
          <w:sz w:val="21"/>
        </w:rPr>
        <w:t>频道模块(channel) 和聊天模块(chat) 在隐藏观众昵称时不再主动发送系统消息，并同步优化商品特效消息的脱敏逻辑</w:t>
      </w:r>
    </w:p>
    <w:p>
      <w:pPr>
        <w:pStyle w:val="ListBullet"/>
      </w:pPr>
      <w:r>
        <w:rPr>
          <w:rFonts w:ascii="Source Han Sans SC" w:hAnsi="Source Han Sans SC" w:eastAsia="Source Han Sans SC" w:cs="Source Han Sans SC" w:hint="eastAsia"/>
          <w:sz w:val="21"/>
        </w:rPr>
        <w:t>聊天模块(chat) 补充评论上墙功能相关的 ts 类型</w:t>
      </w:r>
    </w:p>
    <w:p>
      <w:pPr>
        <w:pStyle w:val="ListBullet"/>
      </w:pPr>
      <w:r>
        <w:rPr>
          <w:rFonts w:ascii="Source Han Sans SC" w:hAnsi="Source Han Sans SC" w:eastAsia="Source Han Sans SC" w:cs="Source Han Sans SC" w:hint="eastAsia"/>
          <w:sz w:val="21"/>
        </w:rPr>
        <w:t>播放器模块(player) 优化正常延迟智能播放策略配置</w:t>
      </w:r>
    </w:p>
    <w:p>
      <w:pPr>
        <w:pStyle w:val="ListBullet"/>
      </w:pPr>
      <w:r>
        <w:rPr>
          <w:rFonts w:ascii="Source Han Sans SC" w:hAnsi="Source Han Sans SC" w:eastAsia="Source Han Sans SC" w:cs="Source Han Sans SC" w:hint="eastAsia"/>
          <w:sz w:val="21"/>
        </w:rPr>
        <w:t xml:space="preserve">播放器模块(player) 增加 </w:t>
      </w:r>
      <w:r>
        <w:rPr>
          <w:rFonts w:ascii="Menlo" w:hAnsi="Menlo"/>
          <w:color w:val="444444"/>
          <w:sz w:val="20"/>
        </w:rPr>
        <w:t>PlayerLoadingDetectionUpdate</w:t>
      </w:r>
      <w:r>
        <w:rPr>
          <w:rFonts w:ascii="Source Han Sans SC" w:hAnsi="Source Han Sans SC" w:eastAsia="Source Han Sans SC" w:cs="Source Han Sans SC" w:hint="eastAsia"/>
          <w:sz w:val="21"/>
        </w:rPr>
        <w:t xml:space="preserve"> 事件优化正常延迟直播场景下线路、清晰度切换监测逻辑</w:t>
      </w:r>
    </w:p>
    <w:p>
      <w:pPr>
        <w:pStyle w:val="ListBullet"/>
      </w:pPr>
      <w:r>
        <w:rPr>
          <w:rFonts w:ascii="Source Han Sans SC" w:hAnsi="Source Han Sans SC" w:eastAsia="Source Han Sans SC" w:cs="Source Han Sans SC" w:hint="eastAsia"/>
          <w:sz w:val="21"/>
        </w:rPr>
        <w:t>连麦模块(connect-mic) 支持响应后台混合流渲染模式</w:t>
      </w:r>
    </w:p>
    <w:p>
      <w:pPr>
        <w:pStyle w:val="ListBullet"/>
      </w:pPr>
      <w:r>
        <w:rPr>
          <w:rFonts w:ascii="Source Han Sans SC" w:hAnsi="Source Han Sans SC" w:eastAsia="Source Han Sans SC" w:cs="Source Han Sans SC" w:hint="eastAsia"/>
          <w:sz w:val="21"/>
        </w:rPr>
        <w:t>互动模块(interact-receive) 优化优惠券功能开关处理逻辑</w:t>
      </w:r>
    </w:p>
    <w:p>
      <w:pPr>
        <w:pStyle w:val="ListBullet"/>
      </w:pPr>
      <w:r>
        <w:rPr>
          <w:rFonts w:ascii="Source Han Sans SC" w:hAnsi="Source Han Sans SC" w:eastAsia="Source Han Sans SC" w:cs="Source Han Sans SC" w:hint="eastAsia"/>
          <w:sz w:val="21"/>
        </w:rPr>
        <w:t>其他一系列小的优化</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@polyv/utils</w:t>
      </w:r>
      <w:r>
        <w:rPr>
          <w:rFonts w:ascii="Source Han Sans SC" w:hAnsi="Source Han Sans SC" w:eastAsia="Source Han Sans SC" w:cs="Source Han Sans SC" w:hint="eastAsia"/>
          <w:sz w:val="21"/>
        </w:rPr>
        <w:t xml:space="preserve"> 版本至 </w:t>
      </w:r>
      <w:r>
        <w:rPr>
          <w:rFonts w:ascii="Menlo" w:hAnsi="Menlo"/>
          <w:color w:val="444444"/>
          <w:sz w:val="20"/>
        </w:rPr>
        <w:t>2.13.0</w:t>
      </w:r>
    </w:p>
    <w:p>
      <w:pPr>
        <w:pStyle w:val="Heading3"/>
      </w:pPr>
      <w:r>
        <w:t>SDK Update</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版本至 </w:t>
      </w:r>
      <w:r>
        <w:rPr>
          <w:rFonts w:ascii="Menlo" w:hAnsi="Menlo"/>
          <w:color w:val="444444"/>
          <w:sz w:val="20"/>
        </w:rPr>
        <w:t>rc-20250703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@polyv/live-low-latency-player</w:t>
      </w:r>
      <w:r>
        <w:rPr>
          <w:rFonts w:ascii="Source Han Sans SC" w:hAnsi="Source Han Sans SC" w:eastAsia="Source Han Sans SC" w:cs="Source Han Sans SC" w:hint="eastAsia"/>
          <w:sz w:val="21"/>
        </w:rPr>
        <w:t xml:space="preserve"> 版本至 </w:t>
      </w:r>
      <w:r>
        <w:rPr>
          <w:rFonts w:ascii="Menlo" w:hAnsi="Menlo"/>
          <w:color w:val="444444"/>
          <w:sz w:val="20"/>
        </w:rPr>
        <w:t>1.10.0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@polyv/chat-sdk</w:t>
      </w:r>
      <w:r>
        <w:rPr>
          <w:rFonts w:ascii="Source Han Sans SC" w:hAnsi="Source Han Sans SC" w:eastAsia="Source Han Sans SC" w:cs="Source Han Sans SC" w:hint="eastAsia"/>
          <w:sz w:val="21"/>
        </w:rPr>
        <w:t xml:space="preserve"> 版本至 </w:t>
      </w:r>
      <w:r>
        <w:rPr>
          <w:rFonts w:ascii="Menlo" w:hAnsi="Menlo"/>
          <w:color w:val="444444"/>
          <w:sz w:val="20"/>
        </w:rPr>
        <w:t>rc-20250619</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rc-20250724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@polyv/product-sdk</w:t>
      </w:r>
      <w:r>
        <w:rPr>
          <w:rFonts w:ascii="Source Han Sans SC" w:hAnsi="Source Han Sans SC" w:eastAsia="Source Han Sans SC" w:cs="Source Han Sans SC" w:hint="eastAsia"/>
          <w:sz w:val="21"/>
        </w:rPr>
        <w:t xml:space="preserve"> 版本至 </w:t>
      </w:r>
      <w:r>
        <w:rPr>
          <w:rFonts w:ascii="Menlo" w:hAnsi="Menlo"/>
          <w:color w:val="444444"/>
          <w:sz w:val="20"/>
        </w:rPr>
        <w:t>rc-20250724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@polyv/iar</w:t>
      </w:r>
      <w:r>
        <w:rPr>
          <w:rFonts w:ascii="Source Han Sans SC" w:hAnsi="Source Han Sans SC" w:eastAsia="Source Han Sans SC" w:cs="Source Han Sans SC" w:hint="eastAsia"/>
          <w:sz w:val="21"/>
        </w:rPr>
        <w:t xml:space="preserve"> 相关 SDK，内容如下</w:t>
      </w:r>
    </w:p>
    <w:p>
      <w:pPr>
        <w:spacing w:after="180"/>
        <w:ind w:left="198"/>
      </w:pPr>
      <w:r>
        <w:rPr>
          <w:rFonts w:ascii="Menlo" w:hAnsi="Menlo"/>
          <w:color w:val="334155"/>
          <w:sz w:val="17"/>
        </w:rPr>
        <w:t>"@polyv/iar-core-sdk": "^2.5.0-rc-20250724.1",</w:t>
        <w:br/>
        <w:t>"@polyv/iar-coupon-sdk": "^2.5.0-rc-20250724.1",</w:t>
        <w:br/>
        <w:t>"@polyv/iar-lottery-sdk": "^2.5.0-rc-20250724.1",</w:t>
        <w:br/>
        <w:t>"@polyv/iar-lucky-lottery-sdk": "^2.5.0-rc-20250724.1",</w:t>
        <w:br/>
        <w:t>"@polyv/iar-questionnaire-sdk": "^2.5.0-rc-20250724.1",</w:t>
        <w:br/>
        <w:t>"@polyv/interactions-receive-sdk": "1.16.0-rc-20250724.1",</w:t>
      </w:r>
    </w:p>
    <w:p>
      <w:pPr>
        <w:pStyle w:val="Heading3"/>
      </w:pPr>
      <w:r>
        <w:t>SDK Add</w:t>
      </w:r>
    </w:p>
    <w:p>
      <w:pPr>
        <w:pStyle w:val="ListBullet"/>
      </w:pPr>
      <w:r>
        <w:rPr>
          <w:rFonts w:ascii="Source Han Sans SC" w:hAnsi="Source Han Sans SC" w:eastAsia="Source Han Sans SC" w:cs="Source Han Sans SC" w:hint="eastAsia"/>
          <w:sz w:val="21"/>
        </w:rPr>
        <w:t xml:space="preserve">新增 </w:t>
      </w:r>
      <w:r>
        <w:rPr>
          <w:rFonts w:ascii="Menlo" w:hAnsi="Menlo"/>
          <w:color w:val="444444"/>
          <w:sz w:val="20"/>
        </w:rPr>
        <w:t>@polyv/live-watch-ai-sdk</w:t>
      </w:r>
      <w:r>
        <w:rPr>
          <w:rFonts w:ascii="Source Han Sans SC" w:hAnsi="Source Han Sans SC" w:eastAsia="Source Han Sans SC" w:cs="Source Han Sans SC" w:hint="eastAsia"/>
          <w:sz w:val="21"/>
        </w:rPr>
        <w:t xml:space="preserve">，版本为 </w:t>
      </w:r>
      <w:r>
        <w:rPr>
          <w:rFonts w:ascii="Menlo" w:hAnsi="Menlo"/>
          <w:color w:val="444444"/>
          <w:sz w:val="20"/>
        </w:rPr>
        <w:t>rc-20250724</w:t>
      </w:r>
    </w:p>
    <w:p>
      <w:r>
        <w:rPr>
          <w:rFonts w:ascii="Source Han Sans SC" w:hAnsi="Source Han Sans SC" w:eastAsia="Source Han Sans SC" w:cs="Source Han Sans SC" w:hint="eastAsia"/>
          <w:sz w:val="21"/>
        </w:rPr>
        <w:t>---</w:t>
      </w:r>
    </w:p>
    <w:p>
      <w:pPr>
        <w:pStyle w:val="Heading1"/>
      </w:pPr>
      <w:r>
        <w:t>v2.4.0(2025-06-20)</w:t>
      </w:r>
    </w:p>
    <w:p>
      <w:pPr>
        <w:pStyle w:val="Heading2"/>
      </w:pPr>
      <w:r>
        <w:t>Warning</w:t>
      </w:r>
    </w:p>
    <w:p>
      <w:pPr>
        <w:pStyle w:val="ListBullet"/>
      </w:pPr>
      <w:r>
        <w:rPr>
          <w:rFonts w:ascii="Source Han Sans SC" w:hAnsi="Source Han Sans SC" w:eastAsia="Source Han Sans SC" w:cs="Source Han Sans SC" w:hint="eastAsia"/>
          <w:sz w:val="21"/>
        </w:rPr>
        <w:t>订单模块(order) 即将在几个版本后废弃</w:t>
      </w:r>
    </w:p>
    <w:p>
      <w:pPr>
        <w:pStyle w:val="ListBullet"/>
      </w:pPr>
      <w:r>
        <w:rPr>
          <w:rFonts w:ascii="Source Han Sans SC" w:hAnsi="Source Han Sans SC" w:eastAsia="Source Han Sans SC" w:cs="Source Han Sans SC" w:hint="eastAsia"/>
          <w:sz w:val="21"/>
        </w:rPr>
        <w:t>本次新增的商品模块(product)，后续会逐步废弃互动模块(interact-receive) 中对应商品库逻辑</w:t>
      </w:r>
    </w:p>
    <w:p>
      <w:pPr>
        <w:pStyle w:val="Heading2"/>
      </w:pPr>
      <w:r>
        <w:t>Bug Fixes</w:t>
      </w:r>
    </w:p>
    <w:p>
      <w:pPr>
        <w:pStyle w:val="ListBullet"/>
      </w:pPr>
      <w:r>
        <w:rPr>
          <w:rFonts w:ascii="Source Han Sans SC" w:hAnsi="Source Han Sans SC" w:eastAsia="Source Han Sans SC" w:cs="Source Han Sans SC" w:hint="eastAsia"/>
          <w:sz w:val="21"/>
        </w:rPr>
        <w:t>修复内部轮询器没有动态调整轮询频率的问题</w:t>
      </w:r>
    </w:p>
    <w:p>
      <w:pPr>
        <w:pStyle w:val="Heading2"/>
      </w:pPr>
      <w:r>
        <w:t>Features</w:t>
      </w:r>
    </w:p>
    <w:p>
      <w:pPr>
        <w:pStyle w:val="ListBullet"/>
      </w:pPr>
      <w:r>
        <w:rPr>
          <w:rFonts w:ascii="Source Han Sans SC" w:hAnsi="Source Han Sans SC" w:eastAsia="Source Han Sans SC" w:cs="Source Han Sans SC" w:hint="eastAsia"/>
          <w:sz w:val="21"/>
        </w:rPr>
        <w:t xml:space="preserve">sdk 新增俄语 </w:t>
      </w:r>
      <w:r>
        <w:rPr>
          <w:rFonts w:ascii="Menlo" w:hAnsi="Menlo"/>
          <w:color w:val="444444"/>
          <w:sz w:val="20"/>
        </w:rPr>
        <w:t>Russian</w:t>
      </w:r>
      <w:r>
        <w:rPr>
          <w:rFonts w:ascii="Source Han Sans SC" w:hAnsi="Source Han Sans SC" w:eastAsia="Source Han Sans SC" w:cs="Source Han Sans SC" w:hint="eastAsia"/>
          <w:sz w:val="21"/>
        </w:rPr>
        <w:t xml:space="preserve"> 语种</w:t>
      </w:r>
    </w:p>
    <w:p>
      <w:pPr>
        <w:pStyle w:val="ListBullet"/>
      </w:pPr>
      <w:r>
        <w:rPr>
          <w:rFonts w:ascii="Source Han Sans SC" w:hAnsi="Source Han Sans SC" w:eastAsia="Source Han Sans SC" w:cs="Source Han Sans SC" w:hint="eastAsia"/>
          <w:sz w:val="21"/>
        </w:rPr>
        <w:t xml:space="preserve">sdk 支持响应当前网页链接中的 </w:t>
      </w:r>
      <w:r>
        <w:rPr>
          <w:rFonts w:ascii="Menlo" w:hAnsi="Menlo"/>
          <w:color w:val="444444"/>
          <w:sz w:val="20"/>
        </w:rPr>
        <w:t>plvLayout</w:t>
      </w:r>
      <w:r>
        <w:rPr>
          <w:rFonts w:ascii="Source Han Sans SC" w:hAnsi="Source Han Sans SC" w:eastAsia="Source Han Sans SC" w:cs="Source Han Sans SC" w:hint="eastAsia"/>
          <w:sz w:val="21"/>
        </w:rPr>
        <w:t xml:space="preserve"> 参数来强制观看页使用 PC 布局还是移动端布局</w:t>
      </w:r>
    </w:p>
    <w:p>
      <w:pPr>
        <w:pStyle w:val="ListBullet"/>
      </w:pPr>
      <w:r>
        <w:rPr>
          <w:rFonts w:ascii="Source Han Sans SC" w:hAnsi="Source Han Sans SC" w:eastAsia="Source Han Sans SC" w:cs="Source Han Sans SC" w:hint="eastAsia"/>
          <w:sz w:val="21"/>
        </w:rPr>
        <w:t xml:space="preserve">sdk 新增指定目标直播场次 </w:t>
      </w:r>
      <w:r>
        <w:rPr>
          <w:rFonts w:ascii="Source Han Sans SC" w:hAnsi="Source Han Sans SC" w:eastAsia="Source Han Sans SC" w:cs="Source Han Sans SC" w:hint="eastAsia"/>
          <w:b/>
          <w:sz w:val="21"/>
        </w:rPr>
        <w:t>beta</w:t>
      </w:r>
      <w:r>
        <w:rPr>
          <w:rFonts w:ascii="Source Han Sans SC" w:hAnsi="Source Han Sans SC" w:eastAsia="Source Han Sans SC" w:cs="Source Han Sans SC" w:hint="eastAsia"/>
          <w:sz w:val="21"/>
        </w:rPr>
        <w:t xml:space="preserve"> 逻辑</w:t>
      </w:r>
    </w:p>
    <w:p>
      <w:pPr>
        <w:pStyle w:val="ListBullet"/>
      </w:pPr>
      <w:r>
        <w:rPr>
          <w:rFonts w:ascii="Menlo" w:hAnsi="Menlo"/>
          <w:color w:val="444444"/>
          <w:sz w:val="20"/>
        </w:rPr>
        <w:t>AppConfig</w:t>
      </w:r>
      <w:r>
        <w:rPr>
          <w:rFonts w:ascii="Source Han Sans SC" w:hAnsi="Source Han Sans SC" w:eastAsia="Source Han Sans SC" w:cs="Source Han Sans SC" w:hint="eastAsia"/>
          <w:sz w:val="21"/>
        </w:rPr>
        <w:t xml:space="preserve"> 增加 </w:t>
      </w:r>
      <w:r>
        <w:rPr>
          <w:rFonts w:ascii="Menlo" w:hAnsi="Menlo"/>
          <w:color w:val="444444"/>
          <w:sz w:val="20"/>
        </w:rPr>
        <w:t>targetSessionId</w:t>
      </w:r>
      <w:r>
        <w:rPr>
          <w:rFonts w:ascii="Source Han Sans SC" w:hAnsi="Source Han Sans SC" w:eastAsia="Source Han Sans SC" w:cs="Source Han Sans SC" w:hint="eastAsia"/>
          <w:sz w:val="21"/>
        </w:rPr>
        <w:t xml:space="preserve"> 可选入参</w:t>
      </w:r>
    </w:p>
    <w:p>
      <w:pPr>
        <w:pStyle w:val="ListBullet"/>
      </w:pPr>
      <w:r>
        <w:rPr>
          <w:rFonts w:ascii="Source Han Sans SC" w:hAnsi="Source Han Sans SC" w:eastAsia="Source Han Sans SC" w:cs="Source Han Sans SC" w:hint="eastAsia"/>
          <w:sz w:val="21"/>
        </w:rPr>
        <w:t>内部根据指定直播场次和后台配置进行处理，并提供对应的方法</w:t>
      </w:r>
    </w:p>
    <w:p>
      <w:pPr>
        <w:pStyle w:val="ListBullet"/>
      </w:pPr>
      <w:r>
        <w:rPr>
          <w:rFonts w:ascii="Source Han Sans SC" w:hAnsi="Source Han Sans SC" w:eastAsia="Source Han Sans SC" w:cs="Source Han Sans SC" w:hint="eastAsia"/>
          <w:sz w:val="21"/>
        </w:rPr>
        <w:t>sdk 新增商品模块(product)</w:t>
      </w:r>
    </w:p>
    <w:p>
      <w:pPr>
        <w:pStyle w:val="ListBullet"/>
      </w:pPr>
      <w:r>
        <w:rPr>
          <w:rFonts w:ascii="Source Han Sans SC" w:hAnsi="Source Han Sans SC" w:eastAsia="Source Han Sans SC" w:cs="Source Han Sans SC" w:hint="eastAsia"/>
          <w:sz w:val="21"/>
        </w:rPr>
        <w:t>任务奖励模块(task-activity) 新增重试逻辑</w:t>
      </w:r>
    </w:p>
    <w:p>
      <w:pPr>
        <w:pStyle w:val="ListBullet"/>
      </w:pPr>
      <w:r>
        <w:rPr>
          <w:rFonts w:ascii="Source Han Sans SC" w:hAnsi="Source Han Sans SC" w:eastAsia="Source Han Sans SC" w:cs="Source Han Sans SC" w:hint="eastAsia"/>
          <w:sz w:val="21"/>
        </w:rPr>
        <w:t>微信模块(weixin) 新增相关的方法以支持企业微信兼容用户体系逻辑</w:t>
      </w:r>
    </w:p>
    <w:p>
      <w:pPr>
        <w:pStyle w:val="ListBullet"/>
      </w:pPr>
      <w:r>
        <w:rPr>
          <w:rFonts w:ascii="Source Han Sans SC" w:hAnsi="Source Han Sans SC" w:eastAsia="Source Han Sans SC" w:cs="Source Han Sans SC" w:hint="eastAsia"/>
          <w:sz w:val="21"/>
        </w:rPr>
        <w:t xml:space="preserve">播放器模块(player) 新增 </w:t>
      </w:r>
      <w:r>
        <w:rPr>
          <w:rFonts w:ascii="Menlo" w:hAnsi="Menlo"/>
          <w:color w:val="444444"/>
          <w:sz w:val="20"/>
        </w:rPr>
        <w:t>liveStreamToken</w:t>
      </w:r>
      <w:r>
        <w:rPr>
          <w:rFonts w:ascii="Source Han Sans SC" w:hAnsi="Source Han Sans SC" w:eastAsia="Source Han Sans SC" w:cs="Source Han Sans SC" w:hint="eastAsia"/>
          <w:sz w:val="21"/>
        </w:rPr>
        <w:t xml:space="preserve"> 入参以支持 token 拉流逻辑</w:t>
      </w:r>
    </w:p>
    <w:p>
      <w:pPr>
        <w:pStyle w:val="ListBullet"/>
      </w:pPr>
      <w:r>
        <w:rPr>
          <w:rFonts w:ascii="Source Han Sans SC" w:hAnsi="Source Han Sans SC" w:eastAsia="Source Han Sans SC" w:cs="Source Han Sans SC" w:hint="eastAsia"/>
          <w:sz w:val="21"/>
        </w:rPr>
        <w:t>观看条件模块(auth) 支持"密码观看"条件使用图形验证码</w:t>
      </w:r>
    </w:p>
    <w:p>
      <w:pPr>
        <w:pStyle w:val="Heading2"/>
      </w:pPr>
      <w:r>
        <w:t>Optimizes</w:t>
      </w:r>
    </w:p>
    <w:p>
      <w:pPr>
        <w:pStyle w:val="ListBullet"/>
      </w:pPr>
      <w:r>
        <w:rPr>
          <w:rFonts w:ascii="Source Han Sans SC" w:hAnsi="Source Han Sans SC" w:eastAsia="Source Han Sans SC" w:cs="Source Han Sans SC" w:hint="eastAsia"/>
          <w:sz w:val="21"/>
        </w:rPr>
        <w:t>连麦模块(connect-mic) 调整屏幕共享相关功能默认值</w:t>
      </w:r>
    </w:p>
    <w:p>
      <w:pPr>
        <w:pStyle w:val="ListBullet"/>
      </w:pPr>
      <w:r>
        <w:rPr>
          <w:rFonts w:ascii="Source Han Sans SC" w:hAnsi="Source Han Sans SC" w:eastAsia="Source Han Sans SC" w:cs="Source Han Sans SC" w:hint="eastAsia"/>
          <w:sz w:val="21"/>
        </w:rPr>
        <w:t>频道模块(channel) 调整测试模式下 playMode 处理逻辑，以支持倒计时和暖场视频同时显示</w:t>
      </w:r>
    </w:p>
    <w:p>
      <w:pPr>
        <w:pStyle w:val="ListBullet"/>
      </w:pPr>
      <w:r>
        <w:rPr>
          <w:rFonts w:ascii="Source Han Sans SC" w:hAnsi="Source Han Sans SC" w:eastAsia="Source Han Sans SC" w:cs="Source Han Sans SC" w:hint="eastAsia"/>
          <w:sz w:val="21"/>
        </w:rPr>
        <w:t>频道模块(channel) 直播状态轮询接口增加随机数入参</w:t>
      </w:r>
    </w:p>
    <w:p>
      <w:pPr>
        <w:pStyle w:val="ListBullet"/>
      </w:pPr>
      <w:r>
        <w:rPr>
          <w:rFonts w:ascii="Source Han Sans SC" w:hAnsi="Source Han Sans SC" w:eastAsia="Source Han Sans SC" w:cs="Source Han Sans SC" w:hint="eastAsia"/>
          <w:sz w:val="21"/>
        </w:rPr>
        <w:t>邀请模块(invite) 优化邀请榜列表中的用户是否为当前观众的逻辑</w:t>
      </w:r>
    </w:p>
    <w:p>
      <w:pPr>
        <w:pStyle w:val="ListBullet"/>
      </w:pPr>
      <w:r>
        <w:rPr>
          <w:rFonts w:ascii="Source Han Sans SC" w:hAnsi="Source Han Sans SC" w:eastAsia="Source Han Sans SC" w:cs="Source Han Sans SC" w:hint="eastAsia"/>
          <w:sz w:val="21"/>
        </w:rPr>
        <w:t>一系列内部其他小的优化</w:t>
      </w:r>
    </w:p>
    <w:p>
      <w:pPr>
        <w:pStyle w:val="Heading2"/>
      </w:pPr>
      <w:r>
        <w:t>Build System</w:t>
      </w:r>
    </w:p>
    <w:p>
      <w:pPr>
        <w:pStyle w:val="Heading3"/>
      </w:pPr>
      <w:r>
        <w:t>SDK Update</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@polyv/live-low-latency-player</w:t>
      </w:r>
      <w:r>
        <w:rPr>
          <w:rFonts w:ascii="Source Han Sans SC" w:hAnsi="Source Han Sans SC" w:eastAsia="Source Han Sans SC" w:cs="Source Han Sans SC" w:hint="eastAsia"/>
          <w:sz w:val="21"/>
        </w:rPr>
        <w:t xml:space="preserve"> 版本至 </w:t>
      </w:r>
      <w:r>
        <w:rPr>
          <w:rFonts w:ascii="Menlo" w:hAnsi="Menlo"/>
          <w:color w:val="444444"/>
          <w:sz w:val="20"/>
        </w:rPr>
        <w:t>1.9.3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@polyv/chat-sdk</w:t>
      </w:r>
      <w:r>
        <w:rPr>
          <w:rFonts w:ascii="Source Han Sans SC" w:hAnsi="Source Han Sans SC" w:eastAsia="Source Han Sans SC" w:cs="Source Han Sans SC" w:hint="eastAsia"/>
          <w:sz w:val="21"/>
        </w:rPr>
        <w:t xml:space="preserve"> 版本至 </w:t>
      </w:r>
      <w:r>
        <w:rPr>
          <w:rFonts w:ascii="Menlo" w:hAnsi="Menlo"/>
          <w:color w:val="444444"/>
          <w:sz w:val="20"/>
        </w:rPr>
        <w:t>rc-20250619</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版本至 </w:t>
      </w:r>
      <w:r>
        <w:rPr>
          <w:rFonts w:ascii="Menlo" w:hAnsi="Menlo"/>
          <w:color w:val="444444"/>
          <w:sz w:val="20"/>
        </w:rPr>
        <w:t>rc-20250612</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rc-20250612</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@polyv/iar</w:t>
      </w:r>
      <w:r>
        <w:rPr>
          <w:rFonts w:ascii="Source Han Sans SC" w:hAnsi="Source Han Sans SC" w:eastAsia="Source Han Sans SC" w:cs="Source Han Sans SC" w:hint="eastAsia"/>
          <w:sz w:val="21"/>
        </w:rPr>
        <w:t xml:space="preserve"> 相关 SDK，内容如下</w:t>
      </w:r>
    </w:p>
    <w:p>
      <w:pPr>
        <w:spacing w:after="180"/>
        <w:ind w:left="198"/>
      </w:pPr>
      <w:r>
        <w:rPr>
          <w:rFonts w:ascii="Menlo" w:hAnsi="Menlo"/>
          <w:color w:val="334155"/>
          <w:sz w:val="17"/>
        </w:rPr>
        <w:t>"@polyv/iar-check-in-sdk": "^2.5.0-rc-20250612.1",</w:t>
        <w:br/>
        <w:t>"@polyv/iar-core-sdk": "^2.5.0-rc-20250612.2",</w:t>
        <w:br/>
        <w:t>"@polyv/iar-coupon-sdk": "^2.5.0-rc-20250612.1",</w:t>
        <w:br/>
        <w:t>"@polyv/iar-lottery-sdk": "^2.5.0-rc-20250612.1",</w:t>
        <w:br/>
        <w:t>"@polyv/iar-lucky-lottery-sdk": "^2.5.0-rc-20250612.1",</w:t>
        <w:br/>
        <w:t>"@polyv/iar-questionnaire-sdk": "^2.5.0-rc-20250612.1",</w:t>
      </w:r>
    </w:p>
    <w:p>
      <w:pPr>
        <w:pStyle w:val="Heading3"/>
      </w:pPr>
      <w:r>
        <w:t>SDK Add</w:t>
      </w:r>
    </w:p>
    <w:p>
      <w:pPr>
        <w:pStyle w:val="ListBullet"/>
      </w:pPr>
      <w:r>
        <w:rPr>
          <w:rFonts w:ascii="Source Han Sans SC" w:hAnsi="Source Han Sans SC" w:eastAsia="Source Han Sans SC" w:cs="Source Han Sans SC" w:hint="eastAsia"/>
          <w:sz w:val="21"/>
        </w:rPr>
        <w:t xml:space="preserve">新增 </w:t>
      </w:r>
      <w:r>
        <w:rPr>
          <w:rFonts w:ascii="Menlo" w:hAnsi="Menlo"/>
          <w:color w:val="444444"/>
          <w:sz w:val="20"/>
        </w:rPr>
        <w:t>@polyv/product-sdk</w:t>
      </w:r>
      <w:r>
        <w:rPr>
          <w:rFonts w:ascii="Source Han Sans SC" w:hAnsi="Source Han Sans SC" w:eastAsia="Source Han Sans SC" w:cs="Source Han Sans SC" w:hint="eastAsia"/>
          <w:sz w:val="21"/>
        </w:rPr>
        <w:t xml:space="preserve">，版本为 </w:t>
      </w:r>
      <w:r>
        <w:rPr>
          <w:rFonts w:ascii="Menlo" w:hAnsi="Menlo"/>
          <w:color w:val="444444"/>
          <w:sz w:val="20"/>
        </w:rPr>
        <w:t>rc-20250612</w:t>
      </w:r>
    </w:p>
    <w:p>
      <w:r>
        <w:rPr>
          <w:rFonts w:ascii="Source Han Sans SC" w:hAnsi="Source Han Sans SC" w:eastAsia="Source Han Sans SC" w:cs="Source Han Sans SC" w:hint="eastAsia"/>
          <w:sz w:val="21"/>
        </w:rPr>
        <w:t>---</w:t>
      </w:r>
    </w:p>
    <w:p>
      <w:pPr>
        <w:pStyle w:val="Heading1"/>
      </w:pPr>
      <w:r>
        <w:t>v2.3.0(2025-05-23)</w:t>
      </w:r>
    </w:p>
    <w:p>
      <w:pPr>
        <w:pStyle w:val="Heading2"/>
      </w:pPr>
      <w:r>
        <w:t>Features</w:t>
      </w:r>
    </w:p>
    <w:p>
      <w:pPr>
        <w:pStyle w:val="ListBullet"/>
      </w:pPr>
      <w:r>
        <w:rPr>
          <w:rFonts w:ascii="Source Han Sans SC" w:hAnsi="Source Han Sans SC" w:eastAsia="Source Han Sans SC" w:cs="Source Han Sans SC" w:hint="eastAsia"/>
          <w:sz w:val="21"/>
        </w:rPr>
        <w:t>核心模块(core) 新增客户账号禁止访问直播间逻辑</w:t>
      </w:r>
    </w:p>
    <w:p>
      <w:pPr>
        <w:pStyle w:val="ListBullet"/>
      </w:pPr>
      <w:r>
        <w:rPr>
          <w:rFonts w:ascii="Source Han Sans SC" w:hAnsi="Source Han Sans SC" w:eastAsia="Source Han Sans SC" w:cs="Source Han Sans SC" w:hint="eastAsia"/>
          <w:sz w:val="21"/>
        </w:rPr>
        <w:t>频道模块(channel) 和身份认证模块(identify) 新增用户禁止访问直播间逻辑</w:t>
      </w:r>
    </w:p>
    <w:p>
      <w:pPr>
        <w:pStyle w:val="ListBullet"/>
      </w:pPr>
      <w:r>
        <w:rPr>
          <w:rFonts w:ascii="Source Han Sans SC" w:hAnsi="Source Han Sans SC" w:eastAsia="Source Han Sans SC" w:cs="Source Han Sans SC" w:hint="eastAsia"/>
          <w:sz w:val="21"/>
        </w:rPr>
        <w:t>身份认证模块(identify) 新增相关方法响应后台采集用户信息配置</w:t>
      </w:r>
    </w:p>
    <w:p>
      <w:pPr>
        <w:pStyle w:val="ListBullet"/>
      </w:pPr>
      <w:r>
        <w:rPr>
          <w:rFonts w:ascii="Source Han Sans SC" w:hAnsi="Source Han Sans SC" w:eastAsia="Source Han Sans SC" w:cs="Source Han Sans SC" w:hint="eastAsia"/>
          <w:sz w:val="21"/>
        </w:rPr>
        <w:t xml:space="preserve">文档模块(doc) 新增 </w:t>
      </w:r>
      <w:r>
        <w:rPr>
          <w:rFonts w:ascii="Menlo" w:hAnsi="Menlo"/>
          <w:color w:val="444444"/>
          <w:sz w:val="20"/>
        </w:rPr>
        <w:t>setKeyboardEnabled</w:t>
      </w:r>
      <w:r>
        <w:rPr>
          <w:rFonts w:ascii="Source Han Sans SC" w:hAnsi="Source Han Sans SC" w:eastAsia="Source Han Sans SC" w:cs="Source Han Sans SC" w:hint="eastAsia"/>
          <w:sz w:val="21"/>
        </w:rPr>
        <w:t xml:space="preserve"> 方法，支持控制键盘事件是否生效</w:t>
      </w:r>
    </w:p>
    <w:p>
      <w:pPr>
        <w:pStyle w:val="ListBullet"/>
      </w:pPr>
      <w:r>
        <w:rPr>
          <w:rFonts w:ascii="Source Han Sans SC" w:hAnsi="Source Han Sans SC" w:eastAsia="Source Han Sans SC" w:cs="Source Han Sans SC" w:hint="eastAsia"/>
          <w:sz w:val="21"/>
        </w:rPr>
        <w:t>互动模块(interact-receive) 支持根据后台配置来更改"投诉反馈"按钮位置</w:t>
      </w:r>
    </w:p>
    <w:p>
      <w:pPr>
        <w:pStyle w:val="ListBullet"/>
      </w:pPr>
      <w:r>
        <w:rPr>
          <w:rFonts w:ascii="Source Han Sans SC" w:hAnsi="Source Han Sans SC" w:eastAsia="Source Han Sans SC" w:cs="Source Han Sans SC" w:hint="eastAsia"/>
          <w:sz w:val="21"/>
        </w:rPr>
        <w:t>互动模块(interact-receive) 支持根据后台配置来处理商品开价逻辑，更改商品跳转外链配置</w:t>
      </w:r>
    </w:p>
    <w:p>
      <w:pPr>
        <w:pStyle w:val="ListBullet"/>
      </w:pPr>
      <w:r>
        <w:rPr>
          <w:rFonts w:ascii="Source Han Sans SC" w:hAnsi="Source Han Sans SC" w:eastAsia="Source Han Sans SC" w:cs="Source Han Sans SC" w:hint="eastAsia"/>
          <w:sz w:val="21"/>
        </w:rPr>
        <w:t>聊天室模块(chat) 支持响应后台聊天消息布局配置</w:t>
      </w:r>
    </w:p>
    <w:p>
      <w:pPr>
        <w:pStyle w:val="ListBullet"/>
      </w:pPr>
      <w:r>
        <w:rPr>
          <w:rFonts w:ascii="Source Han Sans SC" w:hAnsi="Source Han Sans SC" w:eastAsia="Source Han Sans SC" w:cs="Source Han Sans SC" w:hint="eastAsia"/>
          <w:sz w:val="21"/>
        </w:rPr>
        <w:t>报名模块(enroll) 支持响应后台关闭短信验证时自动隐藏区号配置</w:t>
      </w:r>
    </w:p>
    <w:p>
      <w:pPr>
        <w:pStyle w:val="ListBullet"/>
      </w:pPr>
      <w:r>
        <w:rPr>
          <w:rFonts w:ascii="Source Han Sans SC" w:hAnsi="Source Han Sans SC" w:eastAsia="Source Han Sans SC" w:cs="Source Han Sans SC" w:hint="eastAsia"/>
          <w:sz w:val="21"/>
        </w:rPr>
        <w:t>提现模块(withdraw) 调整最小提现金额，从 1 调整为 0.3</w:t>
      </w:r>
    </w:p>
    <w:p>
      <w:pPr>
        <w:pStyle w:val="ListBullet"/>
      </w:pPr>
      <w:r>
        <w:rPr>
          <w:rFonts w:ascii="Source Han Sans SC" w:hAnsi="Source Han Sans SC" w:eastAsia="Source Han Sans SC" w:cs="Source Han Sans SC" w:hint="eastAsia"/>
          <w:sz w:val="21"/>
        </w:rPr>
        <w:t>连麦模块(connect-mic) 支持响应助教端连麦开关，同步优化伪直播连麦相关逻辑</w:t>
      </w:r>
    </w:p>
    <w:p>
      <w:pPr>
        <w:pStyle w:val="Heading2"/>
      </w:pPr>
      <w:r>
        <w:t>Optimizes</w:t>
      </w:r>
    </w:p>
    <w:p>
      <w:pPr>
        <w:pStyle w:val="ListBullet"/>
      </w:pPr>
      <w:r>
        <w:rPr>
          <w:rFonts w:ascii="Source Han Sans SC" w:hAnsi="Source Han Sans SC" w:eastAsia="Source Han Sans SC" w:cs="Source Han Sans SC" w:hint="eastAsia"/>
          <w:sz w:val="21"/>
        </w:rPr>
        <w:t>跑马灯模块(marquee) 增加跑马灯错误回调参数信息</w:t>
      </w:r>
    </w:p>
    <w:p>
      <w:pPr>
        <w:pStyle w:val="ListBullet"/>
      </w:pPr>
      <w:r>
        <w:rPr>
          <w:rFonts w:ascii="Source Han Sans SC" w:hAnsi="Source Han Sans SC" w:eastAsia="Source Han Sans SC" w:cs="Source Han Sans SC" w:hint="eastAsia"/>
          <w:sz w:val="21"/>
        </w:rPr>
        <w:t>播放器模块(player) 优化断点续播逻辑，支持后续跨端续播</w:t>
      </w:r>
    </w:p>
    <w:p>
      <w:pPr>
        <w:pStyle w:val="ListBullet"/>
      </w:pPr>
      <w:r>
        <w:rPr>
          <w:rFonts w:ascii="Source Han Sans SC" w:hAnsi="Source Han Sans SC" w:eastAsia="Source Han Sans SC" w:cs="Source Han Sans SC" w:hint="eastAsia"/>
          <w:sz w:val="21"/>
        </w:rPr>
        <w:t>播放器模块(player) 增加移动端正常延迟播放器 UI 相关事件</w:t>
      </w:r>
    </w:p>
    <w:p>
      <w:pPr>
        <w:pStyle w:val="ListBullet"/>
      </w:pPr>
      <w:r>
        <w:rPr>
          <w:rFonts w:ascii="Source Han Sans SC" w:hAnsi="Source Han Sans SC" w:eastAsia="Source Han Sans SC" w:cs="Source Han Sans SC" w:hint="eastAsia"/>
          <w:sz w:val="21"/>
        </w:rPr>
        <w:t>任务奖励模块(task-activity) 补充相关的日志上报</w:t>
      </w:r>
    </w:p>
    <w:p>
      <w:pPr>
        <w:pStyle w:val="Heading2"/>
      </w:pPr>
      <w:r>
        <w:t>Build System</w:t>
      </w:r>
    </w:p>
    <w:p>
      <w:pPr>
        <w:pStyle w:val="Heading1"/>
      </w:pPr>
      <w:r>
        <w:t>Commit 大纲</w:t>
      </w:r>
    </w:p>
    <w:p>
      <w:pPr>
        <w:pStyle w:val="ListBullet"/>
      </w:pPr>
      <w:r>
        <w:rPr>
          <w:rFonts w:ascii="Menlo" w:hAnsi="Menlo"/>
          <w:color w:val="444444"/>
          <w:sz w:val="20"/>
        </w:rPr>
        <w:t>@polyv/chat-sdk</w:t>
      </w:r>
      <w:r>
        <w:rPr>
          <w:rFonts w:ascii="Source Han Sans SC" w:hAnsi="Source Han Sans SC" w:eastAsia="Source Han Sans SC" w:cs="Source Han Sans SC" w:hint="eastAsia"/>
          <w:sz w:val="21"/>
        </w:rPr>
        <w:t xml:space="preserve"> 更新至 </w:t>
      </w:r>
      <w:r>
        <w:rPr>
          <w:rFonts w:ascii="Menlo" w:hAnsi="Menlo"/>
          <w:color w:val="444444"/>
          <w:sz w:val="20"/>
        </w:rPr>
        <w:t>rc-20250522</w:t>
      </w:r>
    </w:p>
    <w:p>
      <w:pPr>
        <w:pStyle w:val="ListBullet"/>
      </w:pPr>
      <w:r>
        <w:rPr>
          <w:rFonts w:ascii="Menlo" w:hAnsi="Menlo"/>
          <w:color w:val="444444"/>
          <w:sz w:val="20"/>
        </w:rPr>
        <w:t>@polyv/watch-identify-sdk-core</w:t>
      </w:r>
      <w:r>
        <w:rPr>
          <w:rFonts w:ascii="Source Han Sans SC" w:hAnsi="Source Han Sans SC" w:eastAsia="Source Han Sans SC" w:cs="Source Han Sans SC" w:hint="eastAsia"/>
          <w:sz w:val="21"/>
        </w:rPr>
        <w:t xml:space="preserve"> 更新至 </w:t>
      </w:r>
      <w:r>
        <w:rPr>
          <w:rFonts w:ascii="Menlo" w:hAnsi="Menlo"/>
          <w:color w:val="444444"/>
          <w:sz w:val="20"/>
        </w:rPr>
        <w:t>rc-20250522</w:t>
      </w:r>
    </w:p>
    <w:p>
      <w:pPr>
        <w:pStyle w:val="ListBullet"/>
      </w:pPr>
      <w:r>
        <w:rPr>
          <w:rFonts w:ascii="Menlo" w:hAnsi="Menlo"/>
          <w:color w:val="444444"/>
          <w:sz w:val="20"/>
        </w:rPr>
        <w:t>@polyv/interactions-receive-sdk</w:t>
      </w:r>
      <w:r>
        <w:rPr>
          <w:rFonts w:ascii="Source Han Sans SC" w:hAnsi="Source Han Sans SC" w:eastAsia="Source Han Sans SC" w:cs="Source Han Sans SC" w:hint="eastAsia"/>
          <w:sz w:val="21"/>
        </w:rPr>
        <w:t xml:space="preserve"> 更新至 </w:t>
      </w:r>
      <w:r>
        <w:rPr>
          <w:rFonts w:ascii="Menlo" w:hAnsi="Menlo"/>
          <w:color w:val="444444"/>
          <w:sz w:val="20"/>
        </w:rPr>
        <w:t>rc-20250522</w:t>
      </w:r>
    </w:p>
    <w:p>
      <w:pPr>
        <w:pStyle w:val="ListBullet"/>
      </w:pPr>
      <w:r>
        <w:rPr>
          <w:rFonts w:ascii="Menlo" w:hAnsi="Menlo"/>
          <w:color w:val="444444"/>
          <w:sz w:val="20"/>
        </w:rPr>
        <w:t>@polyv/iar</w:t>
      </w:r>
      <w:r>
        <w:rPr>
          <w:rFonts w:ascii="Source Han Sans SC" w:hAnsi="Source Han Sans SC" w:eastAsia="Source Han Sans SC" w:cs="Source Han Sans SC" w:hint="eastAsia"/>
          <w:sz w:val="21"/>
        </w:rPr>
        <w:t xml:space="preserve"> 更新互动版本</w:t>
      </w:r>
    </w:p>
    <w:p>
      <w:r>
        <w:rPr>
          <w:rFonts w:ascii="Menlo" w:hAnsi="Menlo"/>
          <w:color w:val="444444"/>
          <w:sz w:val="20"/>
        </w:rPr>
        <w:t>`</w:t>
      </w:r>
    </w:p>
    <w:p>
      <w:r>
        <w:rPr>
          <w:rFonts w:ascii="Source Han Sans SC" w:hAnsi="Source Han Sans SC" w:eastAsia="Source Han Sans SC" w:cs="Source Han Sans SC" w:hint="eastAsia"/>
          <w:sz w:val="21"/>
        </w:rPr>
        <w:t>"@polyv/iar-check-in-sdk": "^2.5.0-rc-20250522.1",</w:t>
      </w:r>
    </w:p>
    <w:p>
      <w:r>
        <w:rPr>
          <w:rFonts w:ascii="Source Han Sans SC" w:hAnsi="Source Han Sans SC" w:eastAsia="Source Han Sans SC" w:cs="Source Han Sans SC" w:hint="eastAsia"/>
          <w:sz w:val="21"/>
        </w:rPr>
        <w:t>"@polyv/iar-core-sdk": "^2.5.0-rc-20250522.1",</w:t>
      </w:r>
    </w:p>
    <w:p>
      <w:r>
        <w:rPr>
          <w:rFonts w:ascii="Source Han Sans SC" w:hAnsi="Source Han Sans SC" w:eastAsia="Source Han Sans SC" w:cs="Source Han Sans SC" w:hint="eastAsia"/>
          <w:sz w:val="21"/>
        </w:rPr>
        <w:t>"@polyv/iar-coupon-sdk": "^2.5.0-rc-20250522.1",</w:t>
      </w:r>
    </w:p>
    <w:p>
      <w:r>
        <w:rPr>
          <w:rFonts w:ascii="Source Han Sans SC" w:hAnsi="Source Han Sans SC" w:eastAsia="Source Han Sans SC" w:cs="Source Han Sans SC" w:hint="eastAsia"/>
          <w:sz w:val="21"/>
        </w:rPr>
        <w:t>"@polyv/iar-lottery-sdk": "^2.5.0-rc-20250522.1",</w:t>
      </w:r>
    </w:p>
    <w:p>
      <w:r>
        <w:rPr>
          <w:rFonts w:ascii="Source Han Sans SC" w:hAnsi="Source Han Sans SC" w:eastAsia="Source Han Sans SC" w:cs="Source Han Sans SC" w:hint="eastAsia"/>
          <w:sz w:val="21"/>
        </w:rPr>
        <w:t>"@polyv/iar-lucky-lottery-sdk": "^2.5.0-rc-20250522.1",</w:t>
      </w:r>
    </w:p>
    <w:p>
      <w:r>
        <w:rPr>
          <w:rFonts w:ascii="Source Han Sans SC" w:hAnsi="Source Han Sans SC" w:eastAsia="Source Han Sans SC" w:cs="Source Han Sans SC" w:hint="eastAsia"/>
          <w:sz w:val="21"/>
        </w:rPr>
        <w:t>"@polyv/iar-questionnaire-sdk": "^2.5.0-rc-20250522.1",</w:t>
      </w:r>
    </w:p>
    <w:p>
      <w:r>
        <w:rPr>
          <w:rFonts w:ascii="Menlo" w:hAnsi="Menlo"/>
          <w:color w:val="444444"/>
          <w:sz w:val="20"/>
        </w:rPr>
        <w:t>`</w:t>
      </w:r>
    </w:p>
    <w:p>
      <w:r>
        <w:rPr>
          <w:rFonts w:ascii="Source Han Sans SC" w:hAnsi="Source Han Sans SC" w:eastAsia="Source Han Sans SC" w:cs="Source Han Sans SC" w:hint="eastAsia"/>
          <w:sz w:val="21"/>
        </w:rPr>
        <w:t>---</w:t>
      </w:r>
    </w:p>
    <w:p>
      <w:pPr>
        <w:pStyle w:val="Heading1"/>
      </w:pPr>
      <w:r>
        <w:t>v2.2.0(2025-04-11)</w:t>
      </w:r>
    </w:p>
    <w:p>
      <w:pPr>
        <w:pStyle w:val="Heading2"/>
      </w:pPr>
      <w:r>
        <w:t>Bug Fixes</w:t>
      </w:r>
    </w:p>
    <w:p>
      <w:pPr>
        <w:pStyle w:val="ListBullet"/>
      </w:pPr>
      <w:r>
        <w:rPr>
          <w:rFonts w:ascii="Source Han Sans SC" w:hAnsi="Source Han Sans SC" w:eastAsia="Source Han Sans SC" w:cs="Source Han Sans SC" w:hint="eastAsia"/>
          <w:sz w:val="21"/>
        </w:rPr>
        <w:t>修复任务奖励模块(task-activity) 切换活动后，在线时长计算不正确的情况</w:t>
      </w:r>
    </w:p>
    <w:p>
      <w:pPr>
        <w:pStyle w:val="Heading2"/>
      </w:pPr>
      <w:r>
        <w:t>Features</w:t>
      </w:r>
    </w:p>
    <w:p>
      <w:pPr>
        <w:pStyle w:val="ListBullet"/>
      </w:pPr>
      <w:r>
        <w:rPr>
          <w:rFonts w:ascii="Source Han Sans SC" w:hAnsi="Source Han Sans SC" w:eastAsia="Source Han Sans SC" w:cs="Source Han Sans SC" w:hint="eastAsia"/>
          <w:sz w:val="21"/>
        </w:rPr>
        <w:t>互动模块(interact-receive) 增加 V2 抽奖模块，并支持切换抽奖版本</w:t>
      </w:r>
    </w:p>
    <w:p>
      <w:pPr>
        <w:pStyle w:val="ListBullet"/>
      </w:pPr>
      <w:r>
        <w:rPr>
          <w:rFonts w:ascii="Source Han Sans SC" w:hAnsi="Source Han Sans SC" w:eastAsia="Source Han Sans SC" w:cs="Source Han Sans SC" w:hint="eastAsia"/>
          <w:sz w:val="21"/>
        </w:rPr>
        <w:t>订单模块(order) 优化支付方式逻辑，支持支付宝支付</w:t>
      </w:r>
    </w:p>
    <w:p>
      <w:pPr>
        <w:pStyle w:val="ListBullet"/>
      </w:pPr>
      <w:r>
        <w:rPr>
          <w:rFonts w:ascii="Source Han Sans SC" w:hAnsi="Source Han Sans SC" w:eastAsia="Source Han Sans SC" w:cs="Source Han Sans SC" w:hint="eastAsia"/>
          <w:sz w:val="21"/>
        </w:rPr>
        <w:t xml:space="preserve">播放器模块(player) 新增 </w:t>
      </w:r>
      <w:r>
        <w:rPr>
          <w:rFonts w:ascii="Menlo" w:hAnsi="Menlo"/>
          <w:color w:val="444444"/>
          <w:sz w:val="20"/>
        </w:rPr>
        <w:t>PlayerInnerTimeUpdate</w:t>
      </w:r>
      <w:r>
        <w:rPr>
          <w:rFonts w:ascii="Source Han Sans SC" w:hAnsi="Source Han Sans SC" w:eastAsia="Source Han Sans SC" w:cs="Source Han Sans SC" w:hint="eastAsia"/>
          <w:sz w:val="21"/>
        </w:rPr>
        <w:t xml:space="preserve"> 事件，便于外部正常获取播放器视频信息</w:t>
      </w:r>
    </w:p>
    <w:p>
      <w:pPr>
        <w:pStyle w:val="ListBullet"/>
      </w:pPr>
      <w:r>
        <w:rPr>
          <w:rFonts w:ascii="Source Han Sans SC" w:hAnsi="Source Han Sans SC" w:eastAsia="Source Han Sans SC" w:cs="Source Han Sans SC" w:hint="eastAsia"/>
          <w:sz w:val="21"/>
        </w:rPr>
        <w:t xml:space="preserve">用户模块(user) 新增 </w:t>
      </w:r>
      <w:r>
        <w:rPr>
          <w:rFonts w:ascii="Menlo" w:hAnsi="Menlo"/>
          <w:color w:val="444444"/>
          <w:sz w:val="20"/>
        </w:rPr>
        <w:t>getInviteWatchInviteSalesId</w:t>
      </w:r>
      <w:r>
        <w:rPr>
          <w:rFonts w:ascii="Source Han Sans SC" w:hAnsi="Source Han Sans SC" w:eastAsia="Source Han Sans SC" w:cs="Source Han Sans SC" w:hint="eastAsia"/>
          <w:sz w:val="21"/>
        </w:rPr>
        <w:t xml:space="preserve"> 方法支持获取当前观众的邀请观看邀请员 id</w:t>
      </w:r>
    </w:p>
    <w:p>
      <w:pPr>
        <w:pStyle w:val="Heading2"/>
      </w:pPr>
      <w:r>
        <w:t>Code Refactoring</w:t>
      </w:r>
    </w:p>
    <w:p>
      <w:pPr>
        <w:pStyle w:val="ListBullet"/>
      </w:pPr>
      <w:r>
        <w:rPr>
          <w:rFonts w:ascii="Source Han Sans SC" w:hAnsi="Source Han Sans SC" w:eastAsia="Source Han Sans SC" w:cs="Source Han Sans SC" w:hint="eastAsia"/>
          <w:sz w:val="21"/>
        </w:rPr>
        <w:t xml:space="preserve">身份认证模块(identify) 优化平台授权和频道授权互相耦合逻辑，从该版本开始，平台授权不再被频道配置影响，并支持 </w:t>
      </w:r>
      <w:r>
        <w:rPr>
          <w:rFonts w:ascii="Menlo" w:hAnsi="Menlo"/>
          <w:color w:val="444444"/>
          <w:sz w:val="20"/>
        </w:rPr>
        <w:t>appConfig.autoAuthParams.ignoreWatchUserSystem</w:t>
      </w:r>
      <w:r>
        <w:rPr>
          <w:rFonts w:ascii="Source Han Sans SC" w:hAnsi="Source Han Sans SC" w:eastAsia="Source Han Sans SC" w:cs="Source Han Sans SC" w:hint="eastAsia"/>
          <w:sz w:val="21"/>
        </w:rPr>
        <w:t xml:space="preserve"> 入参来绕过平台授权</w:t>
      </w:r>
    </w:p>
    <w:p>
      <w:pPr>
        <w:pStyle w:val="Heading2"/>
      </w:pPr>
      <w:r>
        <w:t>Optimizes</w:t>
      </w:r>
    </w:p>
    <w:p>
      <w:pPr>
        <w:pStyle w:val="ListBullet"/>
      </w:pPr>
      <w:r>
        <w:rPr>
          <w:rFonts w:ascii="Source Han Sans SC" w:hAnsi="Source Han Sans SC" w:eastAsia="Source Han Sans SC" w:cs="Source Han Sans SC" w:hint="eastAsia"/>
          <w:sz w:val="21"/>
        </w:rPr>
        <w:t>提现模块(withdraw) 新增提现相关错误码信息，便于外部展示</w:t>
      </w:r>
    </w:p>
    <w:p>
      <w:pPr>
        <w:pStyle w:val="Heading2"/>
      </w:pPr>
      <w:r>
        <w:t>Build System</w:t>
      </w:r>
    </w:p>
    <w:p>
      <w:pPr>
        <w:pStyle w:val="ListBullet"/>
      </w:pPr>
      <w:r>
        <w:rPr>
          <w:rFonts w:ascii="Menlo" w:hAnsi="Menlo"/>
          <w:color w:val="444444"/>
          <w:sz w:val="20"/>
        </w:rPr>
        <w:t>@polyv/watch-identify-sdk-core</w:t>
      </w:r>
      <w:r>
        <w:rPr>
          <w:rFonts w:ascii="Source Han Sans SC" w:hAnsi="Source Han Sans SC" w:eastAsia="Source Han Sans SC" w:cs="Source Han Sans SC" w:hint="eastAsia"/>
          <w:sz w:val="21"/>
        </w:rPr>
        <w:t xml:space="preserve"> 更新至 </w:t>
      </w:r>
      <w:r>
        <w:rPr>
          <w:rFonts w:ascii="Menlo" w:hAnsi="Menlo"/>
          <w:color w:val="444444"/>
          <w:sz w:val="20"/>
        </w:rPr>
        <w:t>rc-20250410</w:t>
      </w:r>
    </w:p>
    <w:p>
      <w:pPr>
        <w:pStyle w:val="ListBullet"/>
      </w:pPr>
      <w:r>
        <w:rPr>
          <w:rFonts w:ascii="Menlo" w:hAnsi="Menlo"/>
          <w:color w:val="444444"/>
          <w:sz w:val="20"/>
        </w:rPr>
        <w:t>@polyv/interactions-receive-sdk</w:t>
      </w:r>
      <w:r>
        <w:rPr>
          <w:rFonts w:ascii="Source Han Sans SC" w:hAnsi="Source Han Sans SC" w:eastAsia="Source Han Sans SC" w:cs="Source Han Sans SC" w:hint="eastAsia"/>
          <w:sz w:val="21"/>
        </w:rPr>
        <w:t xml:space="preserve"> 更新至 </w:t>
      </w:r>
      <w:r>
        <w:rPr>
          <w:rFonts w:ascii="Menlo" w:hAnsi="Menlo"/>
          <w:color w:val="444444"/>
          <w:sz w:val="20"/>
        </w:rPr>
        <w:t>rc-20250410</w:t>
      </w:r>
    </w:p>
    <w:p>
      <w:pPr>
        <w:pStyle w:val="ListBullet"/>
      </w:pPr>
      <w:r>
        <w:rPr>
          <w:rFonts w:ascii="Menlo" w:hAnsi="Menlo"/>
          <w:color w:val="444444"/>
          <w:sz w:val="20"/>
        </w:rPr>
        <w:t>@polyv/iar</w:t>
      </w:r>
      <w:r>
        <w:rPr>
          <w:rFonts w:ascii="Source Han Sans SC" w:hAnsi="Source Han Sans SC" w:eastAsia="Source Han Sans SC" w:cs="Source Han Sans SC" w:hint="eastAsia"/>
          <w:sz w:val="21"/>
        </w:rPr>
        <w:t xml:space="preserve"> 更新互动版本</w:t>
      </w:r>
    </w:p>
    <w:p>
      <w:r>
        <w:rPr>
          <w:rFonts w:ascii="Menlo" w:hAnsi="Menlo"/>
          <w:color w:val="444444"/>
          <w:sz w:val="20"/>
        </w:rPr>
        <w:t>`</w:t>
      </w:r>
    </w:p>
    <w:p>
      <w:r>
        <w:rPr>
          <w:rFonts w:ascii="Source Han Sans SC" w:hAnsi="Source Han Sans SC" w:eastAsia="Source Han Sans SC" w:cs="Source Han Sans SC" w:hint="eastAsia"/>
          <w:sz w:val="21"/>
        </w:rPr>
        <w:t>"@polyv/iar-check-in-sdk": "^2.5.0-rc-20250410.1",</w:t>
      </w:r>
    </w:p>
    <w:p>
      <w:r>
        <w:rPr>
          <w:rFonts w:ascii="Source Han Sans SC" w:hAnsi="Source Han Sans SC" w:eastAsia="Source Han Sans SC" w:cs="Source Han Sans SC" w:hint="eastAsia"/>
          <w:sz w:val="21"/>
        </w:rPr>
        <w:t>"@polyv/iar-core-sdk": "^2.5.0-rc-20250410.1",</w:t>
      </w:r>
    </w:p>
    <w:p>
      <w:r>
        <w:rPr>
          <w:rFonts w:ascii="Source Han Sans SC" w:hAnsi="Source Han Sans SC" w:eastAsia="Source Han Sans SC" w:cs="Source Han Sans SC" w:hint="eastAsia"/>
          <w:sz w:val="21"/>
        </w:rPr>
        <w:t>"@polyv/iar-coupon-sdk": "^2.5.0-rc-20250410.1",</w:t>
      </w:r>
    </w:p>
    <w:p>
      <w:r>
        <w:rPr>
          <w:rFonts w:ascii="Source Han Sans SC" w:hAnsi="Source Han Sans SC" w:eastAsia="Source Han Sans SC" w:cs="Source Han Sans SC" w:hint="eastAsia"/>
          <w:sz w:val="21"/>
        </w:rPr>
        <w:t>"@polyv/iar-lottery-sdk": "^2.5.0-rc-20250410.1",</w:t>
      </w:r>
    </w:p>
    <w:p>
      <w:r>
        <w:rPr>
          <w:rFonts w:ascii="Source Han Sans SC" w:hAnsi="Source Han Sans SC" w:eastAsia="Source Han Sans SC" w:cs="Source Han Sans SC" w:hint="eastAsia"/>
          <w:sz w:val="21"/>
        </w:rPr>
        <w:t>"@polyv/iar-lucky-lottery-sdk": "^2.5.0-rc-20250410.1",</w:t>
      </w:r>
    </w:p>
    <w:p>
      <w:r>
        <w:rPr>
          <w:rFonts w:ascii="Source Han Sans SC" w:hAnsi="Source Han Sans SC" w:eastAsia="Source Han Sans SC" w:cs="Source Han Sans SC" w:hint="eastAsia"/>
          <w:sz w:val="21"/>
        </w:rPr>
        <w:t>"@polyv/iar-questionnaire-sdk": "^2.5.0-rc-20250410.1",</w:t>
      </w:r>
    </w:p>
    <w:p>
      <w:r>
        <w:rPr>
          <w:rFonts w:ascii="Menlo" w:hAnsi="Menlo"/>
          <w:color w:val="444444"/>
          <w:sz w:val="20"/>
        </w:rPr>
        <w:t>`</w:t>
      </w:r>
    </w:p>
    <w:p>
      <w:r>
        <w:rPr>
          <w:rFonts w:ascii="Source Han Sans SC" w:hAnsi="Source Han Sans SC" w:eastAsia="Source Han Sans SC" w:cs="Source Han Sans SC" w:hint="eastAsia"/>
          <w:sz w:val="21"/>
        </w:rPr>
        <w:t>---</w:t>
      </w:r>
    </w:p>
    <w:p>
      <w:pPr>
        <w:pStyle w:val="Heading1"/>
      </w:pPr>
      <w:r>
        <w:t>v2.1.0(2025-03-21)</w:t>
      </w:r>
    </w:p>
    <w:p>
      <w:pPr>
        <w:pStyle w:val="Heading2"/>
      </w:pPr>
      <w:r>
        <w:t>Deprecated</w:t>
      </w:r>
    </w:p>
    <w:p>
      <w:pPr>
        <w:pStyle w:val="ListBullet"/>
      </w:pPr>
      <w:r>
        <w:rPr>
          <w:rFonts w:ascii="Source Han Sans SC" w:hAnsi="Source Han Sans SC" w:eastAsia="Source Han Sans SC" w:cs="Source Han Sans SC" w:hint="eastAsia"/>
          <w:sz w:val="21"/>
        </w:rPr>
        <w:t xml:space="preserve">删除 2.0 版本及其之前被废弃的方法，相关升级文档请查阅 </w:t>
      </w:r>
      <w:r>
        <w:rPr>
          <w:rFonts w:ascii="Source Han Sans SC" w:hAnsi="Source Han Sans SC" w:eastAsia="Source Han Sans SC" w:cs="Source Han Sans SC" w:hint="eastAsia"/>
          <w:color w:val="2563EB"/>
          <w:sz w:val="21"/>
          <w:u w:val="single"/>
        </w:rPr>
        <w:t>此处</w:t>
      </w:r>
    </w:p>
    <w:p>
      <w:pPr>
        <w:pStyle w:val="Heading2"/>
      </w:pPr>
      <w:r>
        <w:t>Features</w:t>
      </w:r>
    </w:p>
    <w:p>
      <w:pPr>
        <w:pStyle w:val="ListBullet"/>
      </w:pPr>
      <w:r>
        <w:rPr>
          <w:rFonts w:ascii="Source Han Sans SC" w:hAnsi="Source Han Sans SC" w:eastAsia="Source Han Sans SC" w:cs="Source Han Sans SC" w:hint="eastAsia"/>
          <w:sz w:val="21"/>
        </w:rPr>
        <w:t>sdk 内部支持"繁体中文"，并同步支持"日语、韩语"等语言</w:t>
      </w:r>
    </w:p>
    <w:p>
      <w:pPr>
        <w:pStyle w:val="ListBullet"/>
      </w:pPr>
      <w:r>
        <w:rPr>
          <w:rFonts w:ascii="Source Han Sans SC" w:hAnsi="Source Han Sans SC" w:eastAsia="Source Han Sans SC" w:cs="Source Han Sans SC" w:hint="eastAsia"/>
          <w:sz w:val="21"/>
        </w:rPr>
        <w:t>互动模块(interact-receive) 新增平台优惠券功能</w:t>
      </w:r>
    </w:p>
    <w:p>
      <w:pPr>
        <w:pStyle w:val="ListBullet"/>
      </w:pPr>
      <w:r>
        <w:rPr>
          <w:rFonts w:ascii="Source Han Sans SC" w:hAnsi="Source Han Sans SC" w:eastAsia="Source Han Sans SC" w:cs="Source Han Sans SC" w:hint="eastAsia"/>
          <w:sz w:val="21"/>
        </w:rPr>
        <w:t>互动模块(interact-receive) 新增平台抽奖功能</w:t>
      </w:r>
    </w:p>
    <w:p>
      <w:pPr>
        <w:pStyle w:val="ListBullet"/>
      </w:pPr>
      <w:r>
        <w:rPr>
          <w:rFonts w:ascii="Source Han Sans SC" w:hAnsi="Source Han Sans SC" w:eastAsia="Source Han Sans SC" w:cs="Source Han Sans SC" w:hint="eastAsia"/>
          <w:sz w:val="21"/>
        </w:rPr>
        <w:t>互动模块(interact-receive)、回放模块(playback)、聊天模块(chat) 支持"签到/答题卡/问卷"等互动重放功能</w:t>
      </w:r>
    </w:p>
    <w:p>
      <w:pPr>
        <w:pStyle w:val="ListBullet"/>
      </w:pPr>
      <w:r>
        <w:rPr>
          <w:rFonts w:ascii="Source Han Sans SC" w:hAnsi="Source Han Sans SC" w:eastAsia="Source Han Sans SC" w:cs="Source Han Sans SC" w:hint="eastAsia"/>
          <w:sz w:val="21"/>
        </w:rPr>
        <w:t>观看条件模块(auth) 支持邀请观看授权时无需审核</w:t>
      </w:r>
    </w:p>
    <w:p>
      <w:pPr>
        <w:pStyle w:val="ListBullet"/>
      </w:pPr>
      <w:r>
        <w:rPr>
          <w:rFonts w:ascii="Source Han Sans SC" w:hAnsi="Source Han Sans SC" w:eastAsia="Source Han Sans SC" w:cs="Source Han Sans SC" w:hint="eastAsia"/>
          <w:sz w:val="21"/>
        </w:rPr>
        <w:t>观看条件模块(auth) 支持根据配置获取自定义授权登录按钮文本</w:t>
      </w:r>
    </w:p>
    <w:p>
      <w:pPr>
        <w:pStyle w:val="ListBullet"/>
      </w:pPr>
      <w:r>
        <w:rPr>
          <w:rFonts w:ascii="Source Han Sans SC" w:hAnsi="Source Han Sans SC" w:eastAsia="Source Han Sans SC" w:cs="Source Han Sans SC" w:hint="eastAsia"/>
          <w:sz w:val="21"/>
        </w:rPr>
        <w:t xml:space="preserve">观看条件模块(auth) 支持通过获取 </w:t>
      </w:r>
      <w:r>
        <w:rPr>
          <w:rFonts w:ascii="Menlo" w:hAnsi="Menlo"/>
          <w:color w:val="444444"/>
          <w:sz w:val="20"/>
        </w:rPr>
        <w:t>appConfig.autoAuthParams.forceDirectAuth</w:t>
      </w:r>
      <w:r>
        <w:rPr>
          <w:rFonts w:ascii="Source Han Sans SC" w:hAnsi="Source Han Sans SC" w:eastAsia="Source Han Sans SC" w:cs="Source Han Sans SC" w:hint="eastAsia"/>
          <w:sz w:val="21"/>
        </w:rPr>
        <w:t xml:space="preserve"> 来强制优先独立授权</w:t>
      </w:r>
    </w:p>
    <w:p>
      <w:pPr>
        <w:pStyle w:val="ListBullet"/>
      </w:pPr>
      <w:r>
        <w:rPr>
          <w:rFonts w:ascii="Source Han Sans SC" w:hAnsi="Source Han Sans SC" w:eastAsia="Source Han Sans SC" w:cs="Source Han Sans SC" w:hint="eastAsia"/>
          <w:sz w:val="21"/>
        </w:rPr>
        <w:t>播放器模块(player) 支持通过频道模块(channel) 获取暖场图配置信息</w:t>
      </w:r>
    </w:p>
    <w:p>
      <w:pPr>
        <w:pStyle w:val="ListBullet"/>
      </w:pPr>
      <w:r>
        <w:rPr>
          <w:rFonts w:ascii="Source Han Sans SC" w:hAnsi="Source Han Sans SC" w:eastAsia="Source Han Sans SC" w:cs="Source Han Sans SC" w:hint="eastAsia"/>
          <w:sz w:val="21"/>
        </w:rPr>
        <w:t>回放模块(playback) 支持响应后台配置，显隐直播开始时间</w:t>
      </w:r>
    </w:p>
    <w:p>
      <w:pPr>
        <w:pStyle w:val="ListBullet"/>
      </w:pPr>
      <w:r>
        <w:rPr>
          <w:rFonts w:ascii="Source Han Sans SC" w:hAnsi="Source Han Sans SC" w:eastAsia="Source Han Sans SC" w:cs="Source Han Sans SC" w:hint="eastAsia"/>
          <w:sz w:val="21"/>
        </w:rPr>
        <w:t>任务奖励模块(task-activity) 和提现模块(withdraw) 支持"红包余额/领取记录/提现记录"合并，优化提现流程</w:t>
      </w:r>
    </w:p>
    <w:p>
      <w:pPr>
        <w:pStyle w:val="Heading2"/>
      </w:pPr>
      <w:r>
        <w:t>Optimizes</w:t>
      </w:r>
    </w:p>
    <w:p>
      <w:pPr>
        <w:pStyle w:val="ListBullet"/>
      </w:pPr>
      <w:r>
        <w:rPr>
          <w:rFonts w:ascii="Source Han Sans SC" w:hAnsi="Source Han Sans SC" w:eastAsia="Source Han Sans SC" w:cs="Source Han Sans SC" w:hint="eastAsia"/>
          <w:sz w:val="21"/>
        </w:rPr>
        <w:t>任务奖励模块(task-activity) 优化观看时长任务逻辑，完善播放器上报时长方案</w:t>
      </w:r>
    </w:p>
    <w:p>
      <w:pPr>
        <w:pStyle w:val="ListBullet"/>
      </w:pPr>
      <w:r>
        <w:rPr>
          <w:rFonts w:ascii="Source Han Sans SC" w:hAnsi="Source Han Sans SC" w:eastAsia="Source Han Sans SC" w:cs="Source Han Sans SC" w:hint="eastAsia"/>
          <w:sz w:val="21"/>
        </w:rPr>
        <w:t>弹幕模块(barrage) 支持在拦截器回调方法中获取具体的聊天信息</w:t>
      </w:r>
    </w:p>
    <w:p>
      <w:pPr>
        <w:pStyle w:val="ListBullet"/>
      </w:pPr>
      <w:r>
        <w:rPr>
          <w:rFonts w:ascii="Source Han Sans SC" w:hAnsi="Source Han Sans SC" w:eastAsia="Source Han Sans SC" w:cs="Source Han Sans SC" w:hint="eastAsia"/>
          <w:sz w:val="21"/>
        </w:rPr>
        <w:t>频道模块(channel) 支持响应后台引导关注 PC 端文案</w:t>
      </w:r>
    </w:p>
    <w:p>
      <w:pPr>
        <w:pStyle w:val="ListBullet"/>
      </w:pPr>
      <w:r>
        <w:rPr>
          <w:rFonts w:ascii="Source Han Sans SC" w:hAnsi="Source Han Sans SC" w:eastAsia="Source Han Sans SC" w:cs="Source Han Sans SC" w:hint="eastAsia"/>
          <w:sz w:val="21"/>
        </w:rPr>
        <w:t>其他一些字段和细节优化</w:t>
      </w:r>
    </w:p>
    <w:p>
      <w:pPr>
        <w:pStyle w:val="Heading2"/>
      </w:pPr>
      <w:r>
        <w:t>Build System</w:t>
      </w:r>
    </w:p>
    <w:p>
      <w:pPr>
        <w:pStyle w:val="ListBullet"/>
      </w:pPr>
      <w:r>
        <w:rPr>
          <w:rFonts w:ascii="Menlo" w:hAnsi="Menlo"/>
          <w:color w:val="444444"/>
          <w:sz w:val="20"/>
        </w:rPr>
        <w:t>@polyv/live-low-latency-player</w:t>
      </w:r>
      <w:r>
        <w:rPr>
          <w:rFonts w:ascii="Source Han Sans SC" w:hAnsi="Source Han Sans SC" w:eastAsia="Source Han Sans SC" w:cs="Source Han Sans SC" w:hint="eastAsia"/>
          <w:sz w:val="21"/>
        </w:rPr>
        <w:t xml:space="preserve"> 更新至 </w:t>
      </w:r>
      <w:r>
        <w:rPr>
          <w:rFonts w:ascii="Menlo" w:hAnsi="Menlo"/>
          <w:color w:val="444444"/>
          <w:sz w:val="20"/>
        </w:rPr>
        <w:t>1.8.0</w:t>
      </w:r>
    </w:p>
    <w:p>
      <w:pPr>
        <w:pStyle w:val="ListBullet"/>
      </w:pPr>
      <w:r>
        <w:rPr>
          <w:rFonts w:ascii="Menlo" w:hAnsi="Menlo"/>
          <w:color w:val="444444"/>
          <w:sz w:val="20"/>
        </w:rPr>
        <w:t>@polyv/interactions-receive-sdk</w:t>
      </w:r>
      <w:r>
        <w:rPr>
          <w:rFonts w:ascii="Source Han Sans SC" w:hAnsi="Source Han Sans SC" w:eastAsia="Source Han Sans SC" w:cs="Source Han Sans SC" w:hint="eastAsia"/>
          <w:sz w:val="21"/>
        </w:rPr>
        <w:t xml:space="preserve"> 更新至 </w:t>
      </w:r>
      <w:r>
        <w:rPr>
          <w:rFonts w:ascii="Menlo" w:hAnsi="Menlo"/>
          <w:color w:val="444444"/>
          <w:sz w:val="20"/>
        </w:rPr>
        <w:t>rc-20250320</w:t>
      </w:r>
    </w:p>
    <w:p>
      <w:pPr>
        <w:pStyle w:val="ListBullet"/>
      </w:pPr>
      <w:r>
        <w:rPr>
          <w:rFonts w:ascii="Menlo" w:hAnsi="Menlo"/>
          <w:color w:val="444444"/>
          <w:sz w:val="20"/>
        </w:rPr>
        <w:t>@polyv/watch-identify-sdk-core</w:t>
      </w:r>
      <w:r>
        <w:rPr>
          <w:rFonts w:ascii="Source Han Sans SC" w:hAnsi="Source Han Sans SC" w:eastAsia="Source Han Sans SC" w:cs="Source Han Sans SC" w:hint="eastAsia"/>
          <w:sz w:val="21"/>
        </w:rPr>
        <w:t xml:space="preserve"> 更新至 </w:t>
      </w:r>
      <w:r>
        <w:rPr>
          <w:rFonts w:ascii="Menlo" w:hAnsi="Menlo"/>
          <w:color w:val="444444"/>
          <w:sz w:val="20"/>
        </w:rPr>
        <w:t>rc-20250320</w:t>
      </w:r>
    </w:p>
    <w:p>
      <w:pPr>
        <w:pStyle w:val="ListBullet"/>
      </w:pPr>
      <w:r>
        <w:rPr>
          <w:rFonts w:ascii="Menlo" w:hAnsi="Menlo"/>
          <w:color w:val="444444"/>
          <w:sz w:val="20"/>
        </w:rPr>
        <w:t>@polyv/iar</w:t>
      </w:r>
      <w:r>
        <w:rPr>
          <w:rFonts w:ascii="Source Han Sans SC" w:hAnsi="Source Han Sans SC" w:eastAsia="Source Han Sans SC" w:cs="Source Han Sans SC" w:hint="eastAsia"/>
          <w:sz w:val="21"/>
        </w:rPr>
        <w:t xml:space="preserve"> 更新互动版本</w:t>
      </w:r>
    </w:p>
    <w:p>
      <w:r>
        <w:rPr>
          <w:rFonts w:ascii="Menlo" w:hAnsi="Menlo"/>
          <w:color w:val="444444"/>
          <w:sz w:val="20"/>
        </w:rPr>
        <w:t>`</w:t>
      </w:r>
    </w:p>
    <w:p>
      <w:r>
        <w:rPr>
          <w:rFonts w:ascii="Source Han Sans SC" w:hAnsi="Source Han Sans SC" w:eastAsia="Source Han Sans SC" w:cs="Source Han Sans SC" w:hint="eastAsia"/>
          <w:sz w:val="21"/>
        </w:rPr>
        <w:t>"@polyv/iar-check-in-sdk": "2.5.0-rc-20250320.5",</w:t>
      </w:r>
    </w:p>
    <w:p>
      <w:r>
        <w:rPr>
          <w:rFonts w:ascii="Source Han Sans SC" w:hAnsi="Source Han Sans SC" w:eastAsia="Source Han Sans SC" w:cs="Source Han Sans SC" w:hint="eastAsia"/>
          <w:sz w:val="21"/>
        </w:rPr>
        <w:t>"@polyv/iar-core-sdk": "2.5.0-rc-20250320.5",</w:t>
      </w:r>
    </w:p>
    <w:p>
      <w:r>
        <w:rPr>
          <w:rFonts w:ascii="Source Han Sans SC" w:hAnsi="Source Han Sans SC" w:eastAsia="Source Han Sans SC" w:cs="Source Han Sans SC" w:hint="eastAsia"/>
          <w:sz w:val="21"/>
        </w:rPr>
        <w:t>"@polyv/iar-lottery-sdk": "2.5.0-rc-20250320.5",</w:t>
      </w:r>
    </w:p>
    <w:p>
      <w:r>
        <w:rPr>
          <w:rFonts w:ascii="Source Han Sans SC" w:hAnsi="Source Han Sans SC" w:eastAsia="Source Han Sans SC" w:cs="Source Han Sans SC" w:hint="eastAsia"/>
          <w:sz w:val="21"/>
        </w:rPr>
        <w:t>"@polyv/iar-questionnaire-sdk": "2.5.0-rc-20250320.5",</w:t>
      </w:r>
    </w:p>
    <w:p>
      <w:r>
        <w:rPr>
          <w:rFonts w:ascii="Menlo" w:hAnsi="Menlo"/>
          <w:color w:val="444444"/>
          <w:sz w:val="20"/>
        </w:rPr>
        <w:t>`</w:t>
      </w:r>
    </w:p>
    <w:p>
      <w:pPr>
        <w:pStyle w:val="ListBullet"/>
      </w:pPr>
      <w:r>
        <w:rPr>
          <w:rFonts w:ascii="Menlo" w:hAnsi="Menlo"/>
          <w:color w:val="444444"/>
          <w:sz w:val="20"/>
        </w:rPr>
        <w:t>@polyv/iar</w:t>
      </w:r>
      <w:r>
        <w:rPr>
          <w:rFonts w:ascii="Source Han Sans SC" w:hAnsi="Source Han Sans SC" w:eastAsia="Source Han Sans SC" w:cs="Source Han Sans SC" w:hint="eastAsia"/>
          <w:sz w:val="21"/>
        </w:rPr>
        <w:t xml:space="preserve"> 新版互动功能</w:t>
      </w:r>
    </w:p>
    <w:p>
      <w:r>
        <w:rPr>
          <w:rFonts w:ascii="Menlo" w:hAnsi="Menlo"/>
          <w:color w:val="444444"/>
          <w:sz w:val="20"/>
        </w:rPr>
        <w:t>`</w:t>
      </w:r>
    </w:p>
    <w:p>
      <w:r>
        <w:rPr>
          <w:rFonts w:ascii="Source Han Sans SC" w:hAnsi="Source Han Sans SC" w:eastAsia="Source Han Sans SC" w:cs="Source Han Sans SC" w:hint="eastAsia"/>
          <w:sz w:val="21"/>
        </w:rPr>
        <w:t>"@polyv/iar-coupon-sdk": "2.5.0-rc-20250320.5",</w:t>
      </w:r>
    </w:p>
    <w:p>
      <w:r>
        <w:rPr>
          <w:rFonts w:ascii="Source Han Sans SC" w:hAnsi="Source Han Sans SC" w:eastAsia="Source Han Sans SC" w:cs="Source Han Sans SC" w:hint="eastAsia"/>
          <w:sz w:val="21"/>
        </w:rPr>
        <w:t>"@polyv/iar-lucky-lottery-sdk": "2.5.0-rc-20250320.5",</w:t>
      </w:r>
    </w:p>
    <w:p>
      <w:r>
        <w:rPr>
          <w:rFonts w:ascii="Menlo" w:hAnsi="Menlo"/>
          <w:color w:val="444444"/>
          <w:sz w:val="20"/>
        </w:rPr>
        <w:t>`</w:t>
      </w:r>
    </w:p>
    <w:p>
      <w:r>
        <w:rPr>
          <w:rFonts w:ascii="Source Han Sans SC" w:hAnsi="Source Han Sans SC" w:eastAsia="Source Han Sans SC" w:cs="Source Han Sans SC" w:hint="eastAsia"/>
          <w:sz w:val="21"/>
        </w:rPr>
        <w:t>---</w:t>
      </w:r>
    </w:p>
    <w:p>
      <w:pPr>
        <w:pStyle w:val="Heading1"/>
      </w:pPr>
      <w:r>
        <w:t>v2.0.0(2025-02-28)</w:t>
      </w:r>
    </w:p>
    <w:p>
      <w:pPr>
        <w:ind w:left="283"/>
      </w:pPr>
      <w:r>
        <w:rPr>
          <w:rFonts w:ascii="Source Han Sans SC" w:hAnsi="Source Han Sans SC" w:eastAsia="Source Han Sans SC" w:cs="Source Han Sans SC" w:hint="eastAsia"/>
          <w:sz w:val="20"/>
        </w:rPr>
        <w:t xml:space="preserve">注意: 下个版本会完全移除 2.0 之前废弃的所有 api，相关升级文档请查阅 </w:t>
      </w:r>
      <w:r>
        <w:rPr>
          <w:rFonts w:ascii="Source Han Sans SC" w:hAnsi="Source Han Sans SC" w:eastAsia="Source Han Sans SC" w:cs="Source Han Sans SC" w:hint="eastAsia"/>
          <w:color w:val="2563EB"/>
          <w:sz w:val="20"/>
          <w:u w:val="single"/>
        </w:rPr>
        <w:t>此处</w:t>
      </w:r>
    </w:p>
    <w:p>
      <w:pPr>
        <w:pStyle w:val="Heading2"/>
      </w:pPr>
      <w:r>
        <w:t>Deprecated</w:t>
      </w:r>
    </w:p>
    <w:p>
      <w:pPr>
        <w:pStyle w:val="ListBullet"/>
      </w:pPr>
      <w:r>
        <w:rPr>
          <w:rFonts w:ascii="Source Han Sans SC" w:hAnsi="Source Han Sans SC" w:eastAsia="Source Han Sans SC" w:cs="Source Han Sans SC" w:hint="eastAsia"/>
          <w:sz w:val="21"/>
        </w:rPr>
        <w:t>删除 2.0 版本之前被废弃的传参和事件</w:t>
      </w:r>
    </w:p>
    <w:p>
      <w:pPr>
        <w:pStyle w:val="ListBullet"/>
      </w:pPr>
      <w:r>
        <w:rPr>
          <w:rFonts w:ascii="Source Han Sans SC" w:hAnsi="Source Han Sans SC" w:eastAsia="Source Han Sans SC" w:cs="Source Han Sans SC" w:hint="eastAsia"/>
          <w:sz w:val="21"/>
        </w:rPr>
        <w:t>删除 2.0 版本之前被废弃的方法调用的执行代码，仅保留控制台错误日志输出</w:t>
      </w:r>
    </w:p>
    <w:p>
      <w:pPr>
        <w:pStyle w:val="Heading2"/>
      </w:pPr>
      <w:r>
        <w:t>Bug Fixes</w:t>
      </w:r>
    </w:p>
    <w:p>
      <w:pPr>
        <w:pStyle w:val="ListBullet"/>
      </w:pPr>
      <w:r>
        <w:rPr>
          <w:rFonts w:ascii="Source Han Sans SC" w:hAnsi="Source Han Sans SC" w:eastAsia="Source Han Sans SC" w:cs="Source Han Sans SC" w:hint="eastAsia"/>
          <w:sz w:val="21"/>
        </w:rPr>
        <w:t>修复从回放切换直播时，播放器模块内部报错问题</w:t>
      </w:r>
    </w:p>
    <w:p>
      <w:pPr>
        <w:pStyle w:val="ListBullet"/>
      </w:pPr>
      <w:r>
        <w:rPr>
          <w:rFonts w:ascii="Source Han Sans SC" w:hAnsi="Source Han Sans SC" w:eastAsia="Source Han Sans SC" w:cs="Source Han Sans SC" w:hint="eastAsia"/>
          <w:sz w:val="21"/>
        </w:rPr>
        <w:t>修复观看页设置昵称时，可以将空值设置为昵称的情况</w:t>
      </w:r>
    </w:p>
    <w:p>
      <w:pPr>
        <w:pStyle w:val="ListBullet"/>
      </w:pPr>
      <w:r>
        <w:rPr>
          <w:rFonts w:ascii="Source Han Sans SC" w:hAnsi="Source Han Sans SC" w:eastAsia="Source Han Sans SC" w:cs="Source Han Sans SC" w:hint="eastAsia"/>
          <w:sz w:val="21"/>
        </w:rPr>
        <w:t>修复无延迟直播时，后台设置水印为固定值，但是修改昵称后水印会变化为昵称的情况</w:t>
      </w:r>
    </w:p>
    <w:p>
      <w:pPr>
        <w:pStyle w:val="ListBullet"/>
      </w:pPr>
      <w:r>
        <w:rPr>
          <w:rFonts w:ascii="Source Han Sans SC" w:hAnsi="Source Han Sans SC" w:eastAsia="Source Han Sans SC" w:cs="Source Han Sans SC" w:hint="eastAsia"/>
          <w:sz w:val="21"/>
        </w:rPr>
        <w:t>修复之前的版本没有正常回调"连麦摄像头切换、麦克风切换、第一画面主讲切换"的问题</w:t>
      </w:r>
    </w:p>
    <w:p>
      <w:pPr>
        <w:pStyle w:val="Heading2"/>
      </w:pPr>
      <w:r>
        <w:t>Features</w:t>
      </w:r>
    </w:p>
    <w:p>
      <w:pPr>
        <w:pStyle w:val="ListBullet"/>
      </w:pPr>
      <w:r>
        <w:rPr>
          <w:rFonts w:ascii="Source Han Sans SC" w:hAnsi="Source Han Sans SC" w:eastAsia="Source Han Sans SC" w:cs="Source Han Sans SC" w:hint="eastAsia"/>
          <w:sz w:val="21"/>
        </w:rPr>
        <w:t>频道模块(channel) 支持响应图标广告配置</w:t>
      </w:r>
    </w:p>
    <w:p>
      <w:pPr>
        <w:pStyle w:val="ListBullet"/>
      </w:pPr>
      <w:r>
        <w:rPr>
          <w:rFonts w:ascii="Source Han Sans SC" w:hAnsi="Source Han Sans SC" w:eastAsia="Source Han Sans SC" w:cs="Source Han Sans SC" w:hint="eastAsia"/>
          <w:sz w:val="21"/>
        </w:rPr>
        <w:t>频道模块(channel) 支持响应引导条配置</w:t>
      </w:r>
    </w:p>
    <w:p>
      <w:pPr>
        <w:pStyle w:val="ListBullet"/>
      </w:pPr>
      <w:r>
        <w:rPr>
          <w:rFonts w:ascii="Source Han Sans SC" w:hAnsi="Source Han Sans SC" w:eastAsia="Source Han Sans SC" w:cs="Source Han Sans SC" w:hint="eastAsia"/>
          <w:sz w:val="21"/>
        </w:rPr>
        <w:t>频道模块(channel) 支持管理员公告跑马灯功能</w:t>
      </w:r>
    </w:p>
    <w:p>
      <w:pPr>
        <w:pStyle w:val="ListBullet"/>
      </w:pPr>
      <w:r>
        <w:rPr>
          <w:rFonts w:ascii="Source Han Sans SC" w:hAnsi="Source Han Sans SC" w:eastAsia="Source Han Sans SC" w:cs="Source Han Sans SC" w:hint="eastAsia"/>
          <w:sz w:val="21"/>
        </w:rPr>
        <w:t>频道模块(channel) 支持响应后台返回封面图模板 id</w:t>
      </w:r>
    </w:p>
    <w:p>
      <w:pPr>
        <w:pStyle w:val="ListBullet"/>
      </w:pPr>
      <w:r>
        <w:rPr>
          <w:rFonts w:ascii="Source Han Sans SC" w:hAnsi="Source Han Sans SC" w:eastAsia="Source Han Sans SC" w:cs="Source Han Sans SC" w:hint="eastAsia"/>
          <w:sz w:val="21"/>
        </w:rPr>
        <w:t>频道模块(channel)、聊天模块(chat) 支持聊天消息特效逻辑</w:t>
      </w:r>
    </w:p>
    <w:p>
      <w:pPr>
        <w:pStyle w:val="ListBullet"/>
      </w:pPr>
      <w:r>
        <w:rPr>
          <w:rFonts w:ascii="Source Han Sans SC" w:hAnsi="Source Han Sans SC" w:eastAsia="Source Han Sans SC" w:cs="Source Han Sans SC" w:hint="eastAsia"/>
          <w:sz w:val="21"/>
        </w:rPr>
        <w:t>聊天模块(chat) 支持处理表情文字多语言显示</w:t>
      </w:r>
    </w:p>
    <w:p>
      <w:pPr>
        <w:pStyle w:val="ListBullet"/>
      </w:pPr>
      <w:r>
        <w:rPr>
          <w:rFonts w:ascii="Source Han Sans SC" w:hAnsi="Source Han Sans SC" w:eastAsia="Source Han Sans SC" w:cs="Source Han Sans SC" w:hint="eastAsia"/>
          <w:sz w:val="21"/>
        </w:rPr>
        <w:t>聊天模块(chat) 支持多条评论上墙功能</w:t>
      </w:r>
    </w:p>
    <w:p>
      <w:pPr>
        <w:pStyle w:val="ListBullet"/>
      </w:pPr>
      <w:r>
        <w:rPr>
          <w:rFonts w:ascii="Source Han Sans SC" w:hAnsi="Source Han Sans SC" w:eastAsia="Source Han Sans SC" w:cs="Source Han Sans SC" w:hint="eastAsia"/>
          <w:sz w:val="21"/>
        </w:rPr>
        <w:t>聊天模块(chat)、互动模块(interact-receive)、回放模块(playback) 支持卡片推送回放功能</w:t>
      </w:r>
    </w:p>
    <w:p>
      <w:pPr>
        <w:pStyle w:val="ListBullet"/>
      </w:pPr>
      <w:r>
        <w:rPr>
          <w:rFonts w:ascii="Source Han Sans SC" w:hAnsi="Source Han Sans SC" w:eastAsia="Source Han Sans SC" w:cs="Source Han Sans SC" w:hint="eastAsia"/>
          <w:sz w:val="21"/>
        </w:rPr>
        <w:t>聊天模块(chat)、工具模块(util) 支持处理隐藏观众昵称逻辑</w:t>
      </w:r>
    </w:p>
    <w:p>
      <w:pPr>
        <w:pStyle w:val="ListBullet"/>
      </w:pPr>
      <w:r>
        <w:rPr>
          <w:rFonts w:ascii="Source Han Sans SC" w:hAnsi="Source Han Sans SC" w:eastAsia="Source Han Sans SC" w:cs="Source Han Sans SC" w:hint="eastAsia"/>
          <w:sz w:val="21"/>
        </w:rPr>
        <w:t>互动模块(interact-receive) 支持 V2 版本互动 SDK</w:t>
      </w:r>
    </w:p>
    <w:p>
      <w:pPr>
        <w:pStyle w:val="ListBullet"/>
      </w:pPr>
      <w:r>
        <w:rPr>
          <w:rFonts w:ascii="Source Han Sans SC" w:hAnsi="Source Han Sans SC" w:eastAsia="Source Han Sans SC" w:cs="Source Han Sans SC" w:hint="eastAsia"/>
          <w:sz w:val="21"/>
        </w:rPr>
        <w:t>互动模块(interact-receive)、回放模块(playback) 支持商品重放时推送商品大卡片</w:t>
      </w:r>
    </w:p>
    <w:p>
      <w:pPr>
        <w:pStyle w:val="ListBullet"/>
      </w:pPr>
      <w:r>
        <w:rPr>
          <w:rFonts w:ascii="Source Han Sans SC" w:hAnsi="Source Han Sans SC" w:eastAsia="Source Han Sans SC" w:cs="Source Han Sans SC" w:hint="eastAsia"/>
          <w:sz w:val="21"/>
        </w:rPr>
        <w:t>工具模块(util) 支持输出商品讲解页链接</w:t>
      </w:r>
    </w:p>
    <w:p>
      <w:pPr>
        <w:pStyle w:val="ListBullet"/>
      </w:pPr>
      <w:r>
        <w:rPr>
          <w:rFonts w:ascii="Source Han Sans SC" w:hAnsi="Source Han Sans SC" w:eastAsia="Source Han Sans SC" w:cs="Source Han Sans SC" w:hint="eastAsia"/>
          <w:sz w:val="21"/>
        </w:rPr>
        <w:t>回放模块(playback) 支持通过 playbackVid 来查询对应的回放视频</w:t>
      </w:r>
    </w:p>
    <w:p>
      <w:pPr>
        <w:pStyle w:val="ListBullet"/>
      </w:pPr>
      <w:r>
        <w:rPr>
          <w:rFonts w:ascii="Source Han Sans SC" w:hAnsi="Source Han Sans SC" w:eastAsia="Source Han Sans SC" w:cs="Source Han Sans SC" w:hint="eastAsia"/>
          <w:sz w:val="21"/>
        </w:rPr>
        <w:t>频道模块(channel)、回放模块(playback) 支持智能大纲(AI 看)功能</w:t>
      </w:r>
    </w:p>
    <w:p>
      <w:pPr>
        <w:pStyle w:val="ListBullet"/>
      </w:pPr>
      <w:r>
        <w:rPr>
          <w:rFonts w:ascii="Source Han Sans SC" w:hAnsi="Source Han Sans SC" w:eastAsia="Source Han Sans SC" w:cs="Source Han Sans SC" w:hint="eastAsia"/>
          <w:sz w:val="21"/>
        </w:rPr>
        <w:t>播放器模块(player) 支持播放点播 vrm12/13 视频</w:t>
      </w:r>
    </w:p>
    <w:p>
      <w:pPr>
        <w:pStyle w:val="ListBullet"/>
      </w:pPr>
      <w:r>
        <w:rPr>
          <w:rFonts w:ascii="Source Han Sans SC" w:hAnsi="Source Han Sans SC" w:eastAsia="Source Han Sans SC" w:cs="Source Han Sans SC" w:hint="eastAsia"/>
          <w:sz w:val="21"/>
        </w:rPr>
        <w:t>观看条件模块(auth) 新增"邀请观看"授权</w:t>
      </w:r>
    </w:p>
    <w:p>
      <w:pPr>
        <w:pStyle w:val="ListBullet"/>
      </w:pPr>
      <w:r>
        <w:rPr>
          <w:rFonts w:ascii="Source Han Sans SC" w:hAnsi="Source Han Sans SC" w:eastAsia="Source Han Sans SC" w:cs="Source Han Sans SC" w:hint="eastAsia"/>
          <w:sz w:val="21"/>
        </w:rPr>
        <w:t>预约模块(live-booking) 支持预约下一场直播间</w:t>
      </w:r>
    </w:p>
    <w:p>
      <w:pPr>
        <w:pStyle w:val="ListBullet"/>
      </w:pPr>
      <w:r>
        <w:rPr>
          <w:rFonts w:ascii="Source Han Sans SC" w:hAnsi="Source Han Sans SC" w:eastAsia="Source Han Sans SC" w:cs="Source Han Sans SC" w:hint="eastAsia"/>
          <w:sz w:val="21"/>
        </w:rPr>
        <w:t>提现模块(withdraw) 支持展示提现失败记录</w:t>
      </w:r>
    </w:p>
    <w:p>
      <w:pPr>
        <w:pStyle w:val="ListBullet"/>
      </w:pPr>
      <w:r>
        <w:rPr>
          <w:rFonts w:ascii="Source Han Sans SC" w:hAnsi="Source Han Sans SC" w:eastAsia="Source Han Sans SC" w:cs="Source Han Sans SC" w:hint="eastAsia"/>
          <w:sz w:val="21"/>
        </w:rPr>
        <w:t>任务奖励模块(task-activity) 奖励内容支持外部积分</w:t>
      </w:r>
    </w:p>
    <w:p>
      <w:pPr>
        <w:pStyle w:val="ListBullet"/>
      </w:pPr>
      <w:r>
        <w:rPr>
          <w:rFonts w:ascii="Source Han Sans SC" w:hAnsi="Source Han Sans SC" w:eastAsia="Source Han Sans SC" w:cs="Source Han Sans SC" w:hint="eastAsia"/>
          <w:sz w:val="21"/>
        </w:rPr>
        <w:t>任务奖励模块(task-activity) 支持参与答题任务</w:t>
      </w:r>
    </w:p>
    <w:p>
      <w:pPr>
        <w:pStyle w:val="ListBullet"/>
      </w:pPr>
      <w:r>
        <w:rPr>
          <w:rFonts w:ascii="Source Han Sans SC" w:hAnsi="Source Han Sans SC" w:eastAsia="Source Han Sans SC" w:cs="Source Han Sans SC" w:hint="eastAsia"/>
          <w:sz w:val="21"/>
        </w:rPr>
        <w:t>任务奖励模块(task-activity) 支持通过不同标签筛选参与人群</w:t>
      </w:r>
    </w:p>
    <w:p>
      <w:pPr>
        <w:pStyle w:val="ListBullet"/>
      </w:pPr>
      <w:r>
        <w:rPr>
          <w:rFonts w:ascii="Source Han Sans SC" w:hAnsi="Source Han Sans SC" w:eastAsia="Source Han Sans SC" w:cs="Source Han Sans SC" w:hint="eastAsia"/>
          <w:sz w:val="21"/>
        </w:rPr>
        <w:t>任务奖励模块(task-activity) 支持自定义外部达成条件</w:t>
      </w:r>
    </w:p>
    <w:p>
      <w:pPr>
        <w:pStyle w:val="Heading2"/>
      </w:pPr>
      <w:r>
        <w:t>Code Refactoring</w:t>
      </w:r>
    </w:p>
    <w:p>
      <w:pPr>
        <w:pStyle w:val="ListBullet"/>
      </w:pPr>
      <w:r>
        <w:rPr>
          <w:rFonts w:ascii="Source Han Sans SC" w:hAnsi="Source Han Sans SC" w:eastAsia="Source Han Sans SC" w:cs="Source Han Sans SC" w:hint="eastAsia"/>
          <w:sz w:val="21"/>
        </w:rPr>
        <w:t xml:space="preserve">核心模块(core) 支持多实例逻辑，支持通过 </w:t>
      </w:r>
      <w:r>
        <w:rPr>
          <w:rFonts w:ascii="Menlo" w:hAnsi="Menlo"/>
          <w:color w:val="444444"/>
          <w:sz w:val="20"/>
        </w:rPr>
        <w:t>freeze</w:t>
      </w:r>
      <w:r>
        <w:rPr>
          <w:rFonts w:ascii="Source Han Sans SC" w:hAnsi="Source Han Sans SC" w:eastAsia="Source Han Sans SC" w:cs="Source Han Sans SC" w:hint="eastAsia"/>
          <w:sz w:val="21"/>
        </w:rPr>
        <w:t xml:space="preserve"> 方法来冻结接口轮询</w:t>
      </w:r>
    </w:p>
    <w:p>
      <w:pPr>
        <w:pStyle w:val="ListBullet"/>
      </w:pPr>
      <w:r>
        <w:rPr>
          <w:rFonts w:ascii="Source Han Sans SC" w:hAnsi="Source Han Sans SC" w:eastAsia="Source Han Sans SC" w:cs="Source Han Sans SC" w:hint="eastAsia"/>
          <w:sz w:val="21"/>
        </w:rPr>
        <w:t xml:space="preserve">身份认证模块(identify) 改用 </w:t>
      </w:r>
      <w:r>
        <w:rPr>
          <w:rFonts w:ascii="Menlo" w:hAnsi="Menlo"/>
          <w:color w:val="444444"/>
          <w:sz w:val="20"/>
        </w:rPr>
        <w:t>@polyv/watch-identify-sdk-core</w:t>
      </w:r>
      <w:r>
        <w:rPr>
          <w:rFonts w:ascii="Source Han Sans SC" w:hAnsi="Source Han Sans SC" w:eastAsia="Source Han Sans SC" w:cs="Source Han Sans SC" w:hint="eastAsia"/>
          <w:sz w:val="21"/>
        </w:rPr>
        <w:t xml:space="preserve"> 实现，支持用户体系相关需求</w:t>
      </w:r>
    </w:p>
    <w:p>
      <w:pPr>
        <w:pStyle w:val="ListBullet"/>
      </w:pPr>
      <w:r>
        <w:rPr>
          <w:rFonts w:ascii="Source Han Sans SC" w:hAnsi="Source Han Sans SC" w:eastAsia="Source Han Sans SC" w:cs="Source Han Sans SC" w:hint="eastAsia"/>
          <w:sz w:val="21"/>
        </w:rPr>
        <w:t xml:space="preserve">从聊天模块(chat) 中拆分表情模块(emotion)，由 UI 层自行处理表情解析器 </w:t>
      </w:r>
      <w:r>
        <w:rPr>
          <w:rFonts w:ascii="Menlo" w:hAnsi="Menlo"/>
          <w:color w:val="444444"/>
          <w:sz w:val="20"/>
        </w:rPr>
        <w:t>setupEmotionParser</w:t>
      </w:r>
    </w:p>
    <w:p>
      <w:pPr>
        <w:pStyle w:val="ListBullet"/>
      </w:pPr>
      <w:r>
        <w:rPr>
          <w:rFonts w:ascii="Source Han Sans SC" w:hAnsi="Source Han Sans SC" w:eastAsia="Source Han Sans SC" w:cs="Source Han Sans SC" w:hint="eastAsia"/>
          <w:sz w:val="21"/>
        </w:rPr>
        <w:t xml:space="preserve">字幕模块(subtitle) 命名调整，从 </w:t>
      </w:r>
      <w:r>
        <w:rPr>
          <w:rFonts w:ascii="Menlo" w:hAnsi="Menlo"/>
          <w:color w:val="444444"/>
          <w:sz w:val="20"/>
        </w:rPr>
        <w:t>subtitles</w:t>
      </w:r>
      <w:r>
        <w:rPr>
          <w:rFonts w:ascii="Source Han Sans SC" w:hAnsi="Source Han Sans SC" w:eastAsia="Source Han Sans SC" w:cs="Source Han Sans SC" w:hint="eastAsia"/>
          <w:sz w:val="21"/>
        </w:rPr>
        <w:t xml:space="preserve"> 更改成 </w:t>
      </w:r>
      <w:r>
        <w:rPr>
          <w:rFonts w:ascii="Menlo" w:hAnsi="Menlo"/>
          <w:color w:val="444444"/>
          <w:sz w:val="20"/>
        </w:rPr>
        <w:t>subtitle</w:t>
      </w:r>
    </w:p>
    <w:p>
      <w:pPr>
        <w:pStyle w:val="Heading2"/>
      </w:pPr>
      <w:r>
        <w:t>Optimizes</w:t>
      </w:r>
    </w:p>
    <w:p>
      <w:pPr>
        <w:pStyle w:val="ListBullet"/>
      </w:pPr>
      <w:r>
        <w:rPr>
          <w:rFonts w:ascii="Source Han Sans SC" w:hAnsi="Source Han Sans SC" w:eastAsia="Source Han Sans SC" w:cs="Source Han Sans SC" w:hint="eastAsia"/>
          <w:sz w:val="21"/>
        </w:rPr>
        <w:t xml:space="preserve">聊天模块(chat) 新增 </w:t>
      </w:r>
      <w:r>
        <w:rPr>
          <w:rFonts w:ascii="Menlo" w:hAnsi="Menlo"/>
          <w:color w:val="444444"/>
          <w:sz w:val="20"/>
        </w:rPr>
        <w:t>ChatMsgSource.Unknown</w:t>
      </w:r>
      <w:r>
        <w:rPr>
          <w:rFonts w:ascii="Source Han Sans SC" w:hAnsi="Source Han Sans SC" w:eastAsia="Source Han Sans SC" w:cs="Source Han Sans SC" w:hint="eastAsia"/>
          <w:sz w:val="21"/>
        </w:rPr>
        <w:t xml:space="preserve"> 数据源，用于处理未知的消息源</w:t>
      </w:r>
    </w:p>
    <w:p>
      <w:pPr>
        <w:pStyle w:val="ListBullet"/>
      </w:pPr>
      <w:r>
        <w:rPr>
          <w:rFonts w:ascii="Source Han Sans SC" w:hAnsi="Source Han Sans SC" w:eastAsia="Source Han Sans SC" w:cs="Source Han Sans SC" w:hint="eastAsia"/>
          <w:sz w:val="21"/>
        </w:rPr>
        <w:t>聊天模块(chat) 和连麦模块(connect-mic) 内部优化</w:t>
      </w:r>
    </w:p>
    <w:p>
      <w:pPr>
        <w:pStyle w:val="ListBullet"/>
      </w:pPr>
      <w:r>
        <w:rPr>
          <w:rFonts w:ascii="Source Han Sans SC" w:hAnsi="Source Han Sans SC" w:eastAsia="Source Han Sans SC" w:cs="Source Han Sans SC" w:hint="eastAsia"/>
          <w:sz w:val="21"/>
        </w:rPr>
        <w:t>频道模块(channel) 优化测试模式逻辑</w:t>
      </w:r>
    </w:p>
    <w:p>
      <w:pPr>
        <w:pStyle w:val="ListBullet"/>
      </w:pPr>
      <w:r>
        <w:rPr>
          <w:rFonts w:ascii="Source Han Sans SC" w:hAnsi="Source Han Sans SC" w:eastAsia="Source Han Sans SC" w:cs="Source Han Sans SC" w:hint="eastAsia"/>
          <w:sz w:val="21"/>
        </w:rPr>
        <w:t>提问模块(ask) 优化提问历史数据获取逻辑</w:t>
      </w:r>
    </w:p>
    <w:p>
      <w:pPr>
        <w:pStyle w:val="ListBullet"/>
      </w:pPr>
      <w:r>
        <w:rPr>
          <w:rFonts w:ascii="Source Han Sans SC" w:hAnsi="Source Han Sans SC" w:eastAsia="Source Han Sans SC" w:cs="Source Han Sans SC" w:hint="eastAsia"/>
          <w:sz w:val="21"/>
        </w:rPr>
        <w:t>字幕模块(subtitle) 支持原声字幕多语言</w:t>
      </w:r>
    </w:p>
    <w:p>
      <w:pPr>
        <w:pStyle w:val="ListBullet"/>
      </w:pPr>
      <w:r>
        <w:rPr>
          <w:rFonts w:ascii="Source Han Sans SC" w:hAnsi="Source Han Sans SC" w:eastAsia="Source Han Sans SC" w:cs="Source Han Sans SC" w:hint="eastAsia"/>
          <w:sz w:val="21"/>
        </w:rPr>
        <w:t>提现模块(withdraw)、微信模块(weixin) 兼容微信支付新版商家转账逻辑</w:t>
      </w:r>
    </w:p>
    <w:p>
      <w:pPr>
        <w:pStyle w:val="ListBullet"/>
      </w:pPr>
      <w:r>
        <w:rPr>
          <w:rFonts w:ascii="Source Han Sans SC" w:hAnsi="Source Han Sans SC" w:eastAsia="Source Han Sans SC" w:cs="Source Han Sans SC" w:hint="eastAsia"/>
          <w:sz w:val="21"/>
        </w:rPr>
        <w:t>其他一系列小的优化，支持响应后台配置</w:t>
      </w:r>
    </w:p>
    <w:p>
      <w:pPr>
        <w:pStyle w:val="Heading2"/>
      </w:pPr>
      <w:r>
        <w:t>Build System</w:t>
      </w:r>
    </w:p>
    <w:p>
      <w:pPr>
        <w:pStyle w:val="Heading3"/>
      </w:pPr>
      <w:r>
        <w:t>System Update</w:t>
      </w:r>
    </w:p>
    <w:p>
      <w:pPr>
        <w:pStyle w:val="ListBullet"/>
      </w:pPr>
      <w:r>
        <w:rPr>
          <w:rFonts w:ascii="Source Han Sans SC" w:hAnsi="Source Han Sans SC" w:eastAsia="Source Han Sans SC" w:cs="Source Han Sans SC" w:hint="eastAsia"/>
          <w:sz w:val="21"/>
        </w:rPr>
        <w:t xml:space="preserve">改用 Node 版本至 </w:t>
      </w:r>
      <w:r>
        <w:rPr>
          <w:rFonts w:ascii="Menlo" w:hAnsi="Menlo"/>
          <w:color w:val="444444"/>
          <w:sz w:val="20"/>
        </w:rPr>
        <w:t>v20.10.0</w:t>
      </w:r>
      <w:r>
        <w:rPr>
          <w:rFonts w:ascii="Source Han Sans SC" w:hAnsi="Source Han Sans SC" w:eastAsia="Source Han Sans SC" w:cs="Source Han Sans SC" w:hint="eastAsia"/>
          <w:sz w:val="21"/>
        </w:rPr>
        <w:t>，内部基建工具升级</w:t>
      </w:r>
    </w:p>
    <w:p>
      <w:pPr>
        <w:pStyle w:val="ListBullet"/>
      </w:pPr>
      <w:r>
        <w:rPr>
          <w:rFonts w:ascii="Source Han Sans SC" w:hAnsi="Source Han Sans SC" w:eastAsia="Source Han Sans SC" w:cs="Source Han Sans SC" w:hint="eastAsia"/>
          <w:sz w:val="21"/>
        </w:rPr>
        <w:t>支持输出 esm 模块，支持 IE 浏览器</w:t>
      </w:r>
    </w:p>
    <w:p>
      <w:pPr>
        <w:pStyle w:val="Heading3"/>
      </w:pPr>
      <w:r>
        <w:t>SDK Update</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@polyv/emotion-sdk</w:t>
      </w:r>
      <w:r>
        <w:rPr>
          <w:rFonts w:ascii="Source Han Sans SC" w:hAnsi="Source Han Sans SC" w:eastAsia="Source Han Sans SC" w:cs="Source Han Sans SC" w:hint="eastAsia"/>
          <w:sz w:val="21"/>
        </w:rPr>
        <w:t xml:space="preserve"> 版本至 </w:t>
      </w:r>
      <w:r>
        <w:rPr>
          <w:rFonts w:ascii="Menlo" w:hAnsi="Menlo"/>
          <w:color w:val="444444"/>
          <w:sz w:val="20"/>
        </w:rPr>
        <w:t>3.1.0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rc-20250227</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@polyv/chat-sdk</w:t>
      </w:r>
      <w:r>
        <w:rPr>
          <w:rFonts w:ascii="Source Han Sans SC" w:hAnsi="Source Han Sans SC" w:eastAsia="Source Han Sans SC" w:cs="Source Han Sans SC" w:hint="eastAsia"/>
          <w:sz w:val="21"/>
        </w:rPr>
        <w:t xml:space="preserve"> 版本至 </w:t>
      </w:r>
      <w:r>
        <w:rPr>
          <w:rFonts w:ascii="Menlo" w:hAnsi="Menlo"/>
          <w:color w:val="444444"/>
          <w:sz w:val="20"/>
        </w:rPr>
        <w:t>0.29.0-rc.1</w:t>
      </w:r>
    </w:p>
    <w:p>
      <w:pPr>
        <w:pStyle w:val="Heading3"/>
      </w:pPr>
      <w:r>
        <w:t>SDK Add</w:t>
      </w:r>
    </w:p>
    <w:p>
      <w:pPr>
        <w:pStyle w:val="ListBullet"/>
      </w:pPr>
      <w:r>
        <w:rPr>
          <w:rFonts w:ascii="Source Han Sans SC" w:hAnsi="Source Han Sans SC" w:eastAsia="Source Han Sans SC" w:cs="Source Han Sans SC" w:hint="eastAsia"/>
          <w:sz w:val="21"/>
        </w:rPr>
        <w:t xml:space="preserve">新增 </w:t>
      </w:r>
      <w:r>
        <w:rPr>
          <w:rFonts w:ascii="Menlo" w:hAnsi="Menlo"/>
          <w:color w:val="444444"/>
          <w:sz w:val="20"/>
        </w:rPr>
        <w:t>@polyv/watch-identify-sdk-core</w:t>
      </w:r>
      <w:r>
        <w:rPr>
          <w:rFonts w:ascii="Source Han Sans SC" w:hAnsi="Source Han Sans SC" w:eastAsia="Source Han Sans SC" w:cs="Source Han Sans SC" w:hint="eastAsia"/>
          <w:sz w:val="21"/>
        </w:rPr>
        <w:t xml:space="preserve">，版本为 </w:t>
      </w:r>
      <w:r>
        <w:rPr>
          <w:rFonts w:ascii="Menlo" w:hAnsi="Menlo"/>
          <w:color w:val="444444"/>
          <w:sz w:val="20"/>
        </w:rPr>
        <w:t>rc-20250213</w:t>
      </w:r>
    </w:p>
    <w:p>
      <w:pPr>
        <w:pStyle w:val="ListBullet"/>
      </w:pPr>
      <w:r>
        <w:rPr>
          <w:rFonts w:ascii="Source Han Sans SC" w:hAnsi="Source Han Sans SC" w:eastAsia="Source Han Sans SC" w:cs="Source Han Sans SC" w:hint="eastAsia"/>
          <w:sz w:val="21"/>
        </w:rPr>
        <w:t xml:space="preserve">新增 </w:t>
      </w:r>
      <w:r>
        <w:rPr>
          <w:rFonts w:ascii="Menlo" w:hAnsi="Menlo"/>
          <w:color w:val="444444"/>
          <w:sz w:val="20"/>
        </w:rPr>
        <w:t>@polyv/iar</w:t>
      </w:r>
      <w:r>
        <w:rPr>
          <w:rFonts w:ascii="Source Han Sans SC" w:hAnsi="Source Han Sans SC" w:eastAsia="Source Han Sans SC" w:cs="Source Han Sans SC" w:hint="eastAsia"/>
          <w:sz w:val="21"/>
        </w:rPr>
        <w:t xml:space="preserve"> 相关 SDK，内容如下</w:t>
      </w:r>
    </w:p>
    <w:p>
      <w:r>
        <w:rPr>
          <w:rFonts w:ascii="Menlo" w:hAnsi="Menlo"/>
          <w:color w:val="444444"/>
          <w:sz w:val="20"/>
        </w:rPr>
        <w:t>`</w:t>
      </w:r>
    </w:p>
    <w:p>
      <w:r>
        <w:rPr>
          <w:rFonts w:ascii="Source Han Sans SC" w:hAnsi="Source Han Sans SC" w:eastAsia="Source Han Sans SC" w:cs="Source Han Sans SC" w:hint="eastAsia"/>
          <w:sz w:val="21"/>
        </w:rPr>
        <w:t>"@polyv/iar-check-in-sdk": "^2.0.0-rc-20250213.1",</w:t>
      </w:r>
    </w:p>
    <w:p>
      <w:r>
        <w:rPr>
          <w:rFonts w:ascii="Source Han Sans SC" w:hAnsi="Source Han Sans SC" w:eastAsia="Source Han Sans SC" w:cs="Source Han Sans SC" w:hint="eastAsia"/>
          <w:sz w:val="21"/>
        </w:rPr>
        <w:t>"@polyv/iar-core-sdk": "^2.0.0-rc-20250213.1",</w:t>
      </w:r>
    </w:p>
    <w:p>
      <w:r>
        <w:rPr>
          <w:rFonts w:ascii="Source Han Sans SC" w:hAnsi="Source Han Sans SC" w:eastAsia="Source Han Sans SC" w:cs="Source Han Sans SC" w:hint="eastAsia"/>
          <w:sz w:val="21"/>
        </w:rPr>
        <w:t>"@polyv/iar-lottery-sdk": "^2.0.0-rc-20250213.1",</w:t>
      </w:r>
    </w:p>
    <w:p>
      <w:r>
        <w:rPr>
          <w:rFonts w:ascii="Source Han Sans SC" w:hAnsi="Source Han Sans SC" w:eastAsia="Source Han Sans SC" w:cs="Source Han Sans SC" w:hint="eastAsia"/>
          <w:sz w:val="21"/>
        </w:rPr>
        <w:t>"@polyv/iar-questionnaire-sdk": "^2.0.0-rc-20250213.1",</w:t>
      </w:r>
    </w:p>
    <w:p>
      <w:r>
        <w:rPr>
          <w:rFonts w:ascii="Menlo" w:hAnsi="Menlo"/>
          <w:color w:val="444444"/>
          <w:sz w:val="20"/>
        </w:rPr>
        <w:t>`</w:t>
      </w:r>
    </w:p>
    <w:p>
      <w:r>
        <w:rPr>
          <w:rFonts w:ascii="Source Han Sans SC" w:hAnsi="Source Han Sans SC" w:eastAsia="Source Han Sans SC" w:cs="Source Han Sans SC" w:hint="eastAsia"/>
          <w:sz w:val="21"/>
        </w:rPr>
        <w:t>---</w:t>
      </w:r>
    </w:p>
    <w:p>
      <w:pPr>
        <w:pStyle w:val="Heading1"/>
      </w:pPr>
      <w:r>
        <w:t>v1.11.0(2024-11-15)</w:t>
      </w:r>
    </w:p>
    <w:p>
      <w:pPr>
        <w:pStyle w:val="Heading2"/>
      </w:pPr>
      <w:r>
        <w:t>Bug Fixes</w:t>
      </w:r>
    </w:p>
    <w:p>
      <w:pPr>
        <w:pStyle w:val="ListBullet"/>
      </w:pPr>
      <w:r>
        <w:rPr>
          <w:rFonts w:ascii="Source Han Sans SC" w:hAnsi="Source Han Sans SC" w:eastAsia="Source Han Sans SC" w:cs="Source Han Sans SC" w:hint="eastAsia"/>
          <w:sz w:val="21"/>
        </w:rPr>
        <w:t>身份认证模块(identify) 修复微信内优先进行手机号登录的问题</w:t>
      </w:r>
    </w:p>
    <w:p>
      <w:pPr>
        <w:pStyle w:val="Heading2"/>
      </w:pPr>
      <w:r>
        <w:t>Features</w:t>
      </w:r>
    </w:p>
    <w:p>
      <w:pPr>
        <w:pStyle w:val="ListBullet"/>
      </w:pPr>
      <w:r>
        <w:rPr>
          <w:rFonts w:ascii="Source Han Sans SC" w:hAnsi="Source Han Sans SC" w:eastAsia="Source Han Sans SC" w:cs="Source Han Sans SC" w:hint="eastAsia"/>
          <w:sz w:val="21"/>
        </w:rPr>
        <w:t>工具模块(utils) 支持获取个人中心页面链接</w:t>
      </w:r>
    </w:p>
    <w:p>
      <w:pPr>
        <w:pStyle w:val="ListBullet"/>
      </w:pPr>
      <w:r>
        <w:rPr>
          <w:rFonts w:ascii="Source Han Sans SC" w:hAnsi="Source Han Sans SC" w:eastAsia="Source Han Sans SC" w:cs="Source Han Sans SC" w:hint="eastAsia"/>
          <w:sz w:val="21"/>
        </w:rPr>
        <w:t>任务奖励模块(task-activity) 增加积分类型</w:t>
      </w:r>
    </w:p>
    <w:p>
      <w:pPr>
        <w:pStyle w:val="ListBullet"/>
      </w:pPr>
      <w:r>
        <w:rPr>
          <w:rFonts w:ascii="Source Han Sans SC" w:hAnsi="Source Han Sans SC" w:eastAsia="Source Han Sans SC" w:cs="Source Han Sans SC" w:hint="eastAsia"/>
          <w:sz w:val="21"/>
        </w:rPr>
        <w:t xml:space="preserve">互动模块(interact-receive) 增加 </w:t>
      </w:r>
      <w:r>
        <w:rPr>
          <w:rFonts w:ascii="Menlo" w:hAnsi="Menlo"/>
          <w:color w:val="444444"/>
          <w:sz w:val="20"/>
        </w:rPr>
        <w:t>parseProductDetail</w:t>
      </w:r>
      <w:r>
        <w:rPr>
          <w:rFonts w:ascii="Source Han Sans SC" w:hAnsi="Source Han Sans SC" w:eastAsia="Source Han Sans SC" w:cs="Source Han Sans SC" w:hint="eastAsia"/>
          <w:sz w:val="21"/>
        </w:rPr>
        <w:t xml:space="preserve"> 方法处理商品详情数据</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rc-20241114</w:t>
      </w:r>
    </w:p>
    <w:p>
      <w:r>
        <w:rPr>
          <w:rFonts w:ascii="Source Han Sans SC" w:hAnsi="Source Han Sans SC" w:eastAsia="Source Han Sans SC" w:cs="Source Han Sans SC" w:hint="eastAsia"/>
          <w:sz w:val="21"/>
        </w:rPr>
        <w:t>---</w:t>
      </w:r>
    </w:p>
    <w:p>
      <w:pPr>
        <w:pStyle w:val="Heading1"/>
      </w:pPr>
      <w:r>
        <w:t>v1.10.1(2024-10-25)</w:t>
      </w:r>
    </w:p>
    <w:p>
      <w:pPr>
        <w:pStyle w:val="Heading2"/>
      </w:pPr>
      <w:r>
        <w:t>Bug Fixes</w:t>
      </w:r>
    </w:p>
    <w:p>
      <w:pPr>
        <w:pStyle w:val="ListBullet"/>
      </w:pPr>
      <w:r>
        <w:rPr>
          <w:rFonts w:ascii="Source Han Sans SC" w:hAnsi="Source Han Sans SC" w:eastAsia="Source Han Sans SC" w:cs="Source Han Sans SC" w:hint="eastAsia"/>
          <w:sz w:val="21"/>
        </w:rPr>
        <w:t>修复开启后台素材库功能后，无法正常回放课件的问题</w:t>
      </w:r>
    </w:p>
    <w:p>
      <w:pPr>
        <w:pStyle w:val="ListBullet"/>
      </w:pPr>
      <w:r>
        <w:rPr>
          <w:rFonts w:ascii="Source Han Sans SC" w:hAnsi="Source Han Sans SC" w:eastAsia="Source Han Sans SC" w:cs="Source Han Sans SC" w:hint="eastAsia"/>
          <w:sz w:val="21"/>
        </w:rPr>
        <w:t xml:space="preserve">修复因接口缓存无法正常回调 </w:t>
      </w:r>
      <w:r>
        <w:rPr>
          <w:rFonts w:ascii="Menlo" w:hAnsi="Menlo"/>
          <w:color w:val="444444"/>
          <w:sz w:val="20"/>
        </w:rPr>
        <w:t>ChatEvents.CurrentUserRelogin</w:t>
      </w:r>
      <w:r>
        <w:rPr>
          <w:rFonts w:ascii="Source Han Sans SC" w:hAnsi="Source Han Sans SC" w:eastAsia="Source Han Sans SC" w:cs="Source Han Sans SC" w:hint="eastAsia"/>
          <w:sz w:val="21"/>
        </w:rPr>
        <w:t xml:space="preserve"> 的问题</w:t>
      </w:r>
    </w:p>
    <w:p>
      <w:pPr>
        <w:pStyle w:val="Heading2"/>
      </w:pPr>
      <w:r>
        <w:t>Features</w:t>
      </w:r>
    </w:p>
    <w:p>
      <w:pPr>
        <w:pStyle w:val="ListBullet"/>
      </w:pPr>
      <w:r>
        <w:rPr>
          <w:rFonts w:ascii="Source Han Sans SC" w:hAnsi="Source Han Sans SC" w:eastAsia="Source Han Sans SC" w:cs="Source Han Sans SC" w:hint="eastAsia"/>
          <w:sz w:val="21"/>
        </w:rPr>
        <w:t xml:space="preserve">核心模块(core) 支持外部调用 </w:t>
      </w:r>
      <w:r>
        <w:rPr>
          <w:rFonts w:ascii="Menlo" w:hAnsi="Menlo"/>
          <w:color w:val="444444"/>
          <w:sz w:val="20"/>
        </w:rPr>
        <w:t>setWeixinSdk</w:t>
      </w:r>
      <w:r>
        <w:rPr>
          <w:rFonts w:ascii="Source Han Sans SC" w:hAnsi="Source Han Sans SC" w:eastAsia="Source Han Sans SC" w:cs="Source Han Sans SC" w:hint="eastAsia"/>
          <w:sz w:val="21"/>
        </w:rPr>
        <w:t xml:space="preserve"> 来传入微信 SDK 实例</w:t>
      </w:r>
    </w:p>
    <w:p>
      <w:pPr>
        <w:pStyle w:val="ListBullet"/>
      </w:pPr>
      <w:r>
        <w:rPr>
          <w:rFonts w:ascii="Source Han Sans SC" w:hAnsi="Source Han Sans SC" w:eastAsia="Source Han Sans SC" w:cs="Source Han Sans SC" w:hint="eastAsia"/>
          <w:sz w:val="21"/>
        </w:rPr>
        <w:t>播放器模块(player) 支持直播播放器，在点击片头广告和暂停广告时，处理微信小程序跳转逻辑</w:t>
      </w:r>
    </w:p>
    <w:p>
      <w:pPr>
        <w:pStyle w:val="ListBullet"/>
      </w:pPr>
      <w:r>
        <w:rPr>
          <w:rFonts w:ascii="Source Han Sans SC" w:hAnsi="Source Han Sans SC" w:eastAsia="Source Han Sans SC" w:cs="Source Han Sans SC" w:hint="eastAsia"/>
          <w:sz w:val="21"/>
        </w:rPr>
        <w:t>播放器模块(player) 支持点播播放器响应后台开关，处理网页全屏和回放功能限制等逻辑</w:t>
      </w:r>
    </w:p>
    <w:p>
      <w:pPr>
        <w:pStyle w:val="ListBullet"/>
      </w:pPr>
      <w:r>
        <w:rPr>
          <w:rFonts w:ascii="Source Han Sans SC" w:hAnsi="Source Han Sans SC" w:eastAsia="Source Han Sans SC" w:cs="Source Han Sans SC" w:hint="eastAsia"/>
          <w:sz w:val="21"/>
        </w:rPr>
        <w:t>播放器模块(player) 支持根据后台开关处理循环播放逻辑</w:t>
      </w:r>
    </w:p>
    <w:p>
      <w:pPr>
        <w:pStyle w:val="ListBullet"/>
      </w:pPr>
      <w:r>
        <w:rPr>
          <w:rFonts w:ascii="Source Han Sans SC" w:hAnsi="Source Han Sans SC" w:eastAsia="Source Han Sans SC" w:cs="Source Han Sans SC" w:hint="eastAsia"/>
          <w:sz w:val="21"/>
        </w:rPr>
        <w:t>回放模块(playback) 支持配合素材库回放列表功能，通过 vid 观看纯回放直播间</w:t>
      </w:r>
    </w:p>
    <w:p>
      <w:pPr>
        <w:pStyle w:val="Heading2"/>
      </w:pPr>
      <w:r>
        <w:t>Optimizes</w:t>
      </w:r>
    </w:p>
    <w:p>
      <w:pPr>
        <w:pStyle w:val="ListBullet"/>
      </w:pPr>
      <w:r>
        <w:rPr>
          <w:rFonts w:ascii="Source Han Sans SC" w:hAnsi="Source Han Sans SC" w:eastAsia="Source Han Sans SC" w:cs="Source Han Sans SC" w:hint="eastAsia"/>
          <w:sz w:val="21"/>
        </w:rPr>
        <w:t>频道模块(channel) 更换直播流状态查询接口</w:t>
      </w:r>
    </w:p>
    <w:p>
      <w:pPr>
        <w:pStyle w:val="ListBullet"/>
      </w:pPr>
      <w:r>
        <w:rPr>
          <w:rFonts w:ascii="Source Han Sans SC" w:hAnsi="Source Han Sans SC" w:eastAsia="Source Han Sans SC" w:cs="Source Han Sans SC" w:hint="eastAsia"/>
          <w:sz w:val="21"/>
        </w:rPr>
        <w:t>一些小的细节优化(clientId)</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@polyv/emotion-sdk</w:t>
      </w:r>
      <w:r>
        <w:rPr>
          <w:rFonts w:ascii="Source Han Sans SC" w:hAnsi="Source Han Sans SC" w:eastAsia="Source Han Sans SC" w:cs="Source Han Sans SC" w:hint="eastAsia"/>
          <w:sz w:val="21"/>
        </w:rPr>
        <w:t xml:space="preserve"> 版本至 </w:t>
      </w:r>
      <w:r>
        <w:rPr>
          <w:rFonts w:ascii="Menlo" w:hAnsi="Menlo"/>
          <w:color w:val="444444"/>
          <w:sz w:val="20"/>
        </w:rPr>
        <w:t>3.0.0</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rc-20241024</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@polyv/chat-sdk</w:t>
      </w:r>
      <w:r>
        <w:rPr>
          <w:rFonts w:ascii="Source Han Sans SC" w:hAnsi="Source Han Sans SC" w:eastAsia="Source Han Sans SC" w:cs="Source Han Sans SC" w:hint="eastAsia"/>
          <w:sz w:val="21"/>
        </w:rPr>
        <w:t xml:space="preserve"> 版本至 </w:t>
      </w:r>
      <w:r>
        <w:rPr>
          <w:rFonts w:ascii="Menlo" w:hAnsi="Menlo"/>
          <w:color w:val="444444"/>
          <w:sz w:val="20"/>
        </w:rPr>
        <w:t>0.26.0-rc.2</w:t>
      </w:r>
    </w:p>
    <w:p>
      <w:r>
        <w:rPr>
          <w:rFonts w:ascii="Source Han Sans SC" w:hAnsi="Source Han Sans SC" w:eastAsia="Source Han Sans SC" w:cs="Source Han Sans SC" w:hint="eastAsia"/>
          <w:sz w:val="21"/>
        </w:rPr>
        <w:t>---</w:t>
      </w:r>
    </w:p>
    <w:p>
      <w:pPr>
        <w:pStyle w:val="Heading1"/>
      </w:pPr>
      <w:r>
        <w:t>v1.9.2(2024-09-27)</w:t>
      </w:r>
    </w:p>
    <w:p>
      <w:pPr>
        <w:pStyle w:val="Heading2"/>
      </w:pPr>
      <w:r>
        <w:t>Features</w:t>
      </w:r>
    </w:p>
    <w:p>
      <w:pPr>
        <w:pStyle w:val="ListBullet"/>
      </w:pPr>
      <w:r>
        <w:rPr>
          <w:rFonts w:ascii="Source Han Sans SC" w:hAnsi="Source Han Sans SC" w:eastAsia="Source Han Sans SC" w:cs="Source Han Sans SC" w:hint="eastAsia"/>
          <w:sz w:val="21"/>
        </w:rPr>
        <w:t>任务奖励模块(task-activity) 新增领奖信息提交逻辑</w:t>
      </w:r>
    </w:p>
    <w:p>
      <w:pPr>
        <w:pStyle w:val="ListBullet"/>
      </w:pPr>
      <w:r>
        <w:rPr>
          <w:rFonts w:ascii="Source Han Sans SC" w:hAnsi="Source Han Sans SC" w:eastAsia="Source Han Sans SC" w:cs="Source Han Sans SC" w:hint="eastAsia"/>
          <w:sz w:val="21"/>
        </w:rPr>
        <w:t>播放器模块(player) 新增 webview 画中画功能相关的配置</w:t>
      </w:r>
    </w:p>
    <w:p>
      <w:pPr>
        <w:pStyle w:val="ListBullet"/>
      </w:pPr>
      <w:r>
        <w:rPr>
          <w:rFonts w:ascii="Source Han Sans SC" w:hAnsi="Source Han Sans SC" w:eastAsia="Source Han Sans SC" w:cs="Source Han Sans SC" w:hint="eastAsia"/>
          <w:sz w:val="21"/>
        </w:rPr>
        <w:t>回放模块(playback) 新增快进快退配置</w:t>
      </w:r>
    </w:p>
    <w:p>
      <w:pPr>
        <w:pStyle w:val="Heading2"/>
      </w:pPr>
      <w:r>
        <w:t>Optimizes</w:t>
      </w:r>
    </w:p>
    <w:p>
      <w:pPr>
        <w:pStyle w:val="ListBullet"/>
      </w:pPr>
      <w:r>
        <w:rPr>
          <w:rFonts w:ascii="Source Han Sans SC" w:hAnsi="Source Han Sans SC" w:eastAsia="Source Han Sans SC" w:cs="Source Han Sans SC" w:hint="eastAsia"/>
          <w:sz w:val="21"/>
        </w:rPr>
        <w:t>微信模块(weixin) 支持响应后台分享设置图标变更</w:t>
      </w:r>
    </w:p>
    <w:p>
      <w:pPr>
        <w:pStyle w:val="ListBullet"/>
      </w:pPr>
      <w:r>
        <w:rPr>
          <w:rFonts w:ascii="Source Han Sans SC" w:hAnsi="Source Han Sans SC" w:eastAsia="Source Han Sans SC" w:cs="Source Han Sans SC" w:hint="eastAsia"/>
          <w:sz w:val="21"/>
        </w:rPr>
        <w:t>文档模块(doc) 支持在视频回放时响应主次屏切换</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rc-20240926</w:t>
      </w:r>
    </w:p>
    <w:p>
      <w:r>
        <w:rPr>
          <w:rFonts w:ascii="Source Han Sans SC" w:hAnsi="Source Han Sans SC" w:eastAsia="Source Han Sans SC" w:cs="Source Han Sans SC" w:hint="eastAsia"/>
          <w:sz w:val="21"/>
        </w:rPr>
        <w:t>---</w:t>
      </w:r>
    </w:p>
    <w:p>
      <w:pPr>
        <w:pStyle w:val="Heading1"/>
      </w:pPr>
      <w:r>
        <w:t>v1.8.2(2024-09-20)</w:t>
      </w:r>
    </w:p>
    <w:p>
      <w:pPr>
        <w:pStyle w:val="Heading2"/>
      </w:pPr>
      <w:r>
        <w:t>Bug Fixes</w:t>
      </w:r>
    </w:p>
    <w:p>
      <w:pPr>
        <w:pStyle w:val="ListBullet"/>
      </w:pPr>
      <w:r>
        <w:rPr>
          <w:rFonts w:ascii="Source Han Sans SC" w:hAnsi="Source Han Sans SC" w:eastAsia="Source Han Sans SC" w:cs="Source Han Sans SC" w:hint="eastAsia"/>
          <w:sz w:val="21"/>
        </w:rPr>
        <w:t xml:space="preserve">修复在微信环境下或者传入自定义 </w:t>
      </w:r>
      <w:r>
        <w:rPr>
          <w:rFonts w:ascii="Menlo" w:hAnsi="Menlo"/>
          <w:color w:val="444444"/>
          <w:sz w:val="20"/>
        </w:rPr>
        <w:t>param4</w:t>
      </w:r>
      <w:r>
        <w:rPr>
          <w:rFonts w:ascii="Source Han Sans SC" w:hAnsi="Source Han Sans SC" w:eastAsia="Source Han Sans SC" w:cs="Source Han Sans SC" w:hint="eastAsia"/>
          <w:sz w:val="21"/>
        </w:rPr>
        <w:t xml:space="preserve"> 参数的情况下，sdk 无法正常提供在线人数的问题</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rc-20240919</w:t>
      </w:r>
    </w:p>
    <w:p>
      <w:r>
        <w:rPr>
          <w:rFonts w:ascii="Source Han Sans SC" w:hAnsi="Source Han Sans SC" w:eastAsia="Source Han Sans SC" w:cs="Source Han Sans SC" w:hint="eastAsia"/>
          <w:sz w:val="21"/>
        </w:rPr>
        <w:t>---</w:t>
      </w:r>
    </w:p>
    <w:p>
      <w:pPr>
        <w:pStyle w:val="Heading1"/>
      </w:pPr>
      <w:r>
        <w:t>v1.8.0(2024-09-13)</w:t>
      </w:r>
    </w:p>
    <w:p>
      <w:pPr>
        <w:pStyle w:val="Heading2"/>
      </w:pPr>
      <w:r>
        <w:t>Deprecated</w:t>
      </w:r>
    </w:p>
    <w:p>
      <w:pPr>
        <w:pStyle w:val="ListBullet"/>
      </w:pPr>
      <w:r>
        <w:rPr>
          <w:rFonts w:ascii="Source Han Sans SC" w:hAnsi="Source Han Sans SC" w:eastAsia="Source Han Sans SC" w:cs="Source Han Sans SC" w:hint="eastAsia"/>
          <w:sz w:val="21"/>
        </w:rPr>
        <w:t xml:space="preserve">聊天室模块(chat) 旧的 </w:t>
      </w:r>
      <w:r>
        <w:rPr>
          <w:rFonts w:ascii="Menlo" w:hAnsi="Menlo"/>
          <w:color w:val="444444"/>
          <w:sz w:val="20"/>
        </w:rPr>
        <w:t>getOnlineUserList</w:t>
      </w:r>
      <w:r>
        <w:rPr>
          <w:rFonts w:ascii="Source Han Sans SC" w:hAnsi="Source Han Sans SC" w:eastAsia="Source Han Sans SC" w:cs="Source Han Sans SC" w:hint="eastAsia"/>
          <w:sz w:val="21"/>
        </w:rPr>
        <w:t xml:space="preserve"> 方法即将废弃，请改用 </w:t>
      </w:r>
      <w:r>
        <w:rPr>
          <w:rFonts w:ascii="Menlo" w:hAnsi="Menlo"/>
          <w:color w:val="444444"/>
          <w:sz w:val="20"/>
        </w:rPr>
        <w:t>getOnlineUserListNew</w:t>
      </w:r>
      <w:r>
        <w:rPr>
          <w:rFonts w:ascii="Source Han Sans SC" w:hAnsi="Source Han Sans SC" w:eastAsia="Source Han Sans SC" w:cs="Source Han Sans SC" w:hint="eastAsia"/>
          <w:sz w:val="21"/>
        </w:rPr>
        <w:t xml:space="preserve"> 方法</w:t>
      </w:r>
    </w:p>
    <w:p>
      <w:pPr>
        <w:pStyle w:val="Heading2"/>
      </w:pPr>
      <w:r>
        <w:t>Bug Fixes</w:t>
      </w:r>
    </w:p>
    <w:p>
      <w:pPr>
        <w:pStyle w:val="ListBullet"/>
      </w:pPr>
      <w:r>
        <w:rPr>
          <w:rFonts w:ascii="Source Han Sans SC" w:hAnsi="Source Han Sans SC" w:eastAsia="Source Han Sans SC" w:cs="Source Han Sans SC" w:hint="eastAsia"/>
          <w:sz w:val="21"/>
        </w:rPr>
        <w:t>提问模块(ask) 修复聊天室断开导致提问发送失败，消息状态错误回调的问题</w:t>
      </w:r>
    </w:p>
    <w:p>
      <w:pPr>
        <w:pStyle w:val="ListBullet"/>
      </w:pPr>
      <w:r>
        <w:rPr>
          <w:rFonts w:ascii="Source Han Sans SC" w:hAnsi="Source Han Sans SC" w:eastAsia="Source Han Sans SC" w:cs="Source Han Sans SC" w:hint="eastAsia"/>
          <w:sz w:val="21"/>
        </w:rPr>
        <w:t>聊天室模块(chat) 修复转换发言链接和 防 xss 注入冲突导致无法正常转换的问题</w:t>
      </w:r>
    </w:p>
    <w:p>
      <w:pPr>
        <w:pStyle w:val="Heading2"/>
      </w:pPr>
      <w:r>
        <w:t>Features</w:t>
      </w:r>
    </w:p>
    <w:p>
      <w:pPr>
        <w:pStyle w:val="ListBullet"/>
      </w:pPr>
      <w:r>
        <w:rPr>
          <w:rFonts w:ascii="Source Han Sans SC" w:hAnsi="Source Han Sans SC" w:eastAsia="Source Han Sans SC" w:cs="Source Han Sans SC" w:hint="eastAsia"/>
          <w:sz w:val="21"/>
        </w:rPr>
        <w:t>频道模块(channel) 增加多流轨配置获取，同时兼容旧逻辑</w:t>
      </w:r>
    </w:p>
    <w:p>
      <w:pPr>
        <w:pStyle w:val="ListBullet"/>
      </w:pPr>
      <w:r>
        <w:rPr>
          <w:rFonts w:ascii="Source Han Sans SC" w:hAnsi="Source Han Sans SC" w:eastAsia="Source Han Sans SC" w:cs="Source Han Sans SC" w:hint="eastAsia"/>
          <w:sz w:val="21"/>
        </w:rPr>
        <w:t>频道模块(channel) 增加在线列表配置获取</w:t>
      </w:r>
    </w:p>
    <w:p>
      <w:pPr>
        <w:pStyle w:val="ListBullet"/>
      </w:pPr>
      <w:r>
        <w:rPr>
          <w:rFonts w:ascii="Source Han Sans SC" w:hAnsi="Source Han Sans SC" w:eastAsia="Source Han Sans SC" w:cs="Source Han Sans SC" w:hint="eastAsia"/>
          <w:sz w:val="21"/>
        </w:rPr>
        <w:t>播放器模块(player) 支持无延迟双流直播</w:t>
      </w:r>
    </w:p>
    <w:p>
      <w:pPr>
        <w:pStyle w:val="ListBullet"/>
      </w:pPr>
      <w:r>
        <w:rPr>
          <w:rFonts w:ascii="Source Han Sans SC" w:hAnsi="Source Han Sans SC" w:eastAsia="Source Han Sans SC" w:cs="Source Han Sans SC" w:hint="eastAsia"/>
          <w:sz w:val="21"/>
        </w:rPr>
        <w:t>播放器模块(player) 支持暖场大图配置的获取</w:t>
      </w:r>
    </w:p>
    <w:p>
      <w:pPr>
        <w:pStyle w:val="Heading2"/>
      </w:pPr>
      <w:r>
        <w:t>Optimizes</w:t>
      </w:r>
    </w:p>
    <w:p>
      <w:pPr>
        <w:pStyle w:val="ListBullet"/>
      </w:pPr>
      <w:r>
        <w:rPr>
          <w:rFonts w:ascii="Source Han Sans SC" w:hAnsi="Source Han Sans SC" w:eastAsia="Source Han Sans SC" w:cs="Source Han Sans SC" w:hint="eastAsia"/>
          <w:sz w:val="21"/>
        </w:rPr>
        <w:t>核心模块(core) 支持更新 xAuthToken 同步更新互动功能相关的 token</w:t>
      </w:r>
    </w:p>
    <w:p>
      <w:pPr>
        <w:pStyle w:val="ListBullet"/>
      </w:pPr>
      <w:r>
        <w:rPr>
          <w:rFonts w:ascii="Source Han Sans SC" w:hAnsi="Source Han Sans SC" w:eastAsia="Source Han Sans SC" w:cs="Source Han Sans SC" w:hint="eastAsia"/>
          <w:sz w:val="21"/>
        </w:rPr>
        <w:t>聊天室模块(chat) 优化在线列表相关的功能</w:t>
      </w:r>
    </w:p>
    <w:p>
      <w:pPr>
        <w:pStyle w:val="ListBullet"/>
      </w:pPr>
      <w:r>
        <w:rPr>
          <w:rFonts w:ascii="Source Han Sans SC" w:hAnsi="Source Han Sans SC" w:eastAsia="Source Han Sans SC" w:cs="Source Han Sans SC" w:hint="eastAsia"/>
          <w:sz w:val="21"/>
        </w:rPr>
        <w:t>一系列小的细节修复和优化</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rc-20240912</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@polyv/live-low-latency-player</w:t>
      </w:r>
      <w:r>
        <w:rPr>
          <w:rFonts w:ascii="Source Han Sans SC" w:hAnsi="Source Han Sans SC" w:eastAsia="Source Han Sans SC" w:cs="Source Han Sans SC" w:hint="eastAsia"/>
          <w:sz w:val="21"/>
        </w:rPr>
        <w:t xml:space="preserve"> 至 </w:t>
      </w:r>
      <w:r>
        <w:rPr>
          <w:rFonts w:ascii="Menlo" w:hAnsi="Menlo"/>
          <w:color w:val="444444"/>
          <w:sz w:val="20"/>
        </w:rPr>
        <w:t>1.7.0</w:t>
      </w:r>
    </w:p>
    <w:p>
      <w:r>
        <w:rPr>
          <w:rFonts w:ascii="Source Han Sans SC" w:hAnsi="Source Han Sans SC" w:eastAsia="Source Han Sans SC" w:cs="Source Han Sans SC" w:hint="eastAsia"/>
          <w:sz w:val="21"/>
        </w:rPr>
        <w:t>---</w:t>
      </w:r>
    </w:p>
    <w:p>
      <w:pPr>
        <w:pStyle w:val="Heading1"/>
      </w:pPr>
      <w:r>
        <w:t>v1.7.0(2024-08-23)</w:t>
      </w:r>
    </w:p>
    <w:p>
      <w:pPr>
        <w:pStyle w:val="Heading2"/>
      </w:pPr>
      <w:r>
        <w:t>Deprecated</w:t>
      </w:r>
    </w:p>
    <w:p>
      <w:pPr>
        <w:pStyle w:val="ListBullet"/>
      </w:pPr>
      <w:r>
        <w:rPr>
          <w:rFonts w:ascii="Source Han Sans SC" w:hAnsi="Source Han Sans SC" w:eastAsia="Source Han Sans SC" w:cs="Source Han Sans SC" w:hint="eastAsia"/>
          <w:sz w:val="21"/>
        </w:rPr>
        <w:t xml:space="preserve">字幕模块(subtitle) 即将废弃 </w:t>
      </w:r>
      <w:r>
        <w:rPr>
          <w:rFonts w:ascii="Menlo" w:hAnsi="Menlo"/>
          <w:color w:val="444444"/>
          <w:sz w:val="20"/>
        </w:rPr>
        <w:t>SubtitleSetuped</w:t>
      </w:r>
      <w:r>
        <w:rPr>
          <w:rFonts w:ascii="Source Han Sans SC" w:hAnsi="Source Han Sans SC" w:eastAsia="Source Han Sans SC" w:cs="Source Han Sans SC" w:hint="eastAsia"/>
          <w:sz w:val="21"/>
        </w:rPr>
        <w:t xml:space="preserve"> 事件</w:t>
      </w:r>
    </w:p>
    <w:p>
      <w:pPr>
        <w:pStyle w:val="Heading2"/>
      </w:pPr>
      <w:r>
        <w:t>Features</w:t>
      </w:r>
    </w:p>
    <w:p>
      <w:pPr>
        <w:pStyle w:val="ListBullet"/>
      </w:pPr>
      <w:r>
        <w:rPr>
          <w:rFonts w:ascii="Source Han Sans SC" w:hAnsi="Source Han Sans SC" w:eastAsia="Source Han Sans SC" w:cs="Source Han Sans SC" w:hint="eastAsia"/>
          <w:sz w:val="21"/>
        </w:rPr>
        <w:t xml:space="preserve">字幕模块(subtitle) 支持实时字幕多种翻译语言处理，增加 </w:t>
      </w:r>
      <w:r>
        <w:rPr>
          <w:rFonts w:ascii="Menlo" w:hAnsi="Menlo"/>
          <w:color w:val="444444"/>
          <w:sz w:val="20"/>
        </w:rPr>
        <w:t>SubtitleListForceSync</w:t>
      </w:r>
      <w:r>
        <w:rPr>
          <w:rFonts w:ascii="Source Han Sans SC" w:hAnsi="Source Han Sans SC" w:eastAsia="Source Han Sans SC" w:cs="Source Han Sans SC" w:hint="eastAsia"/>
          <w:sz w:val="21"/>
        </w:rPr>
        <w:t xml:space="preserve"> 事件</w:t>
      </w:r>
    </w:p>
    <w:p>
      <w:pPr>
        <w:pStyle w:val="ListBullet"/>
      </w:pPr>
      <w:r>
        <w:rPr>
          <w:rFonts w:ascii="Source Han Sans SC" w:hAnsi="Source Han Sans SC" w:eastAsia="Source Han Sans SC" w:cs="Source Han Sans SC" w:hint="eastAsia"/>
          <w:sz w:val="21"/>
        </w:rPr>
        <w:t xml:space="preserve">播放器模块(player) 支持通过 </w:t>
      </w:r>
      <w:r>
        <w:rPr>
          <w:rFonts w:ascii="Menlo" w:hAnsi="Menlo"/>
          <w:color w:val="444444"/>
          <w:sz w:val="20"/>
        </w:rPr>
        <w:t>setPlayerReplaySubtitleSelectConfig</w:t>
      </w:r>
      <w:r>
        <w:rPr>
          <w:rFonts w:ascii="Source Han Sans SC" w:hAnsi="Source Han Sans SC" w:eastAsia="Source Han Sans SC" w:cs="Source Han Sans SC" w:hint="eastAsia"/>
          <w:sz w:val="21"/>
        </w:rPr>
        <w:t xml:space="preserve"> 方法来更改回放播放器的字幕选择组件</w:t>
      </w:r>
    </w:p>
    <w:p>
      <w:pPr>
        <w:pStyle w:val="ListBullet"/>
      </w:pPr>
      <w:r>
        <w:rPr>
          <w:rFonts w:ascii="Source Han Sans SC" w:hAnsi="Source Han Sans SC" w:eastAsia="Source Han Sans SC" w:cs="Source Han Sans SC" w:hint="eastAsia"/>
          <w:sz w:val="21"/>
        </w:rPr>
        <w:t>聊天室模块(chat) 支持请求聊天历史数据时过滤红包消息</w:t>
      </w:r>
    </w:p>
    <w:p>
      <w:pPr>
        <w:pStyle w:val="ListBullet"/>
      </w:pPr>
      <w:r>
        <w:rPr>
          <w:rFonts w:ascii="Source Han Sans SC" w:hAnsi="Source Han Sans SC" w:eastAsia="Source Han Sans SC" w:cs="Source Han Sans SC" w:hint="eastAsia"/>
          <w:sz w:val="21"/>
        </w:rPr>
        <w:t>回放模块(playback) 支持通过回放对象获取音频资源</w:t>
      </w:r>
    </w:p>
    <w:p>
      <w:pPr>
        <w:pStyle w:val="ListBullet"/>
      </w:pPr>
      <w:r>
        <w:rPr>
          <w:rFonts w:ascii="Source Han Sans SC" w:hAnsi="Source Han Sans SC" w:eastAsia="Source Han Sans SC" w:cs="Source Han Sans SC" w:hint="eastAsia"/>
          <w:sz w:val="21"/>
        </w:rPr>
        <w:t>任务奖励模块(task-activity) 支持提供奖励发放失败原因数据</w:t>
      </w:r>
    </w:p>
    <w:p>
      <w:pPr>
        <w:pStyle w:val="Heading2"/>
      </w:pPr>
      <w:r>
        <w:t>Code Refactoring</w:t>
      </w:r>
    </w:p>
    <w:p>
      <w:pPr>
        <w:pStyle w:val="ListBullet"/>
      </w:pPr>
      <w:r>
        <w:rPr>
          <w:rFonts w:ascii="Source Han Sans SC" w:hAnsi="Source Han Sans SC" w:eastAsia="Source Han Sans SC" w:cs="Source Han Sans SC" w:hint="eastAsia"/>
          <w:sz w:val="21"/>
        </w:rPr>
        <w:t xml:space="preserve">字幕模块(subtitle) 更改 setup 流程，之后不会在 setup 阶段自动请求实时字幕数据，需要外部手动调用 </w:t>
      </w:r>
      <w:r>
        <w:rPr>
          <w:rFonts w:ascii="Menlo" w:hAnsi="Menlo"/>
          <w:color w:val="444444"/>
          <w:sz w:val="20"/>
        </w:rPr>
        <w:t>initSubtitleList</w:t>
      </w:r>
      <w:r>
        <w:rPr>
          <w:rFonts w:ascii="Source Han Sans SC" w:hAnsi="Source Han Sans SC" w:eastAsia="Source Han Sans SC" w:cs="Source Han Sans SC" w:hint="eastAsia"/>
          <w:sz w:val="21"/>
        </w:rPr>
        <w:t xml:space="preserve"> 方法</w:t>
      </w:r>
    </w:p>
    <w:p>
      <w:pPr>
        <w:pStyle w:val="Heading2"/>
      </w:pPr>
      <w:r>
        <w:t>Optimizes</w:t>
      </w:r>
    </w:p>
    <w:p>
      <w:pPr>
        <w:pStyle w:val="ListBullet"/>
      </w:pPr>
      <w:r>
        <w:rPr>
          <w:rFonts w:ascii="Source Han Sans SC" w:hAnsi="Source Han Sans SC" w:eastAsia="Source Han Sans SC" w:cs="Source Han Sans SC" w:hint="eastAsia"/>
          <w:sz w:val="21"/>
        </w:rPr>
        <w:t>字幕模块(subtitle) 支持在无延迟场景下，响应频道配置实时字幕的延迟</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rc-20240815</w:t>
      </w:r>
    </w:p>
    <w:p>
      <w:r>
        <w:rPr>
          <w:rFonts w:ascii="Source Han Sans SC" w:hAnsi="Source Han Sans SC" w:eastAsia="Source Han Sans SC" w:cs="Source Han Sans SC" w:hint="eastAsia"/>
          <w:sz w:val="21"/>
        </w:rPr>
        <w:t>---</w:t>
      </w:r>
    </w:p>
    <w:p>
      <w:pPr>
        <w:pStyle w:val="Heading1"/>
      </w:pPr>
      <w:r>
        <w:t>v1.6.0(2024-08-02)</w:t>
      </w:r>
    </w:p>
    <w:p>
      <w:pPr>
        <w:pStyle w:val="Heading2"/>
      </w:pPr>
      <w:r>
        <w:t>Features</w:t>
      </w:r>
    </w:p>
    <w:p>
      <w:pPr>
        <w:pStyle w:val="ListBullet"/>
      </w:pPr>
      <w:r>
        <w:rPr>
          <w:rFonts w:ascii="Source Han Sans SC" w:hAnsi="Source Han Sans SC" w:eastAsia="Source Han Sans SC" w:cs="Source Han Sans SC" w:hint="eastAsia"/>
          <w:sz w:val="21"/>
        </w:rPr>
        <w:t xml:space="preserve">域名模块(domain) 新增 </w:t>
      </w:r>
      <w:r>
        <w:rPr>
          <w:rFonts w:ascii="Menlo" w:hAnsi="Menlo"/>
          <w:color w:val="444444"/>
          <w:sz w:val="20"/>
        </w:rPr>
        <w:t>processRandomHostname</w:t>
      </w:r>
      <w:r>
        <w:rPr>
          <w:rFonts w:ascii="Source Han Sans SC" w:hAnsi="Source Han Sans SC" w:eastAsia="Source Han Sans SC" w:cs="Source Han Sans SC" w:hint="eastAsia"/>
          <w:sz w:val="21"/>
        </w:rPr>
        <w:t xml:space="preserve"> 方法来处理随机域名（仅提供给 SaaS 泛域名客户使用）</w:t>
      </w:r>
    </w:p>
    <w:p>
      <w:pPr>
        <w:pStyle w:val="Heading2"/>
      </w:pPr>
      <w:r>
        <w:t>Optimizes</w:t>
      </w:r>
    </w:p>
    <w:p>
      <w:pPr>
        <w:pStyle w:val="ListBullet"/>
      </w:pPr>
      <w:r>
        <w:rPr>
          <w:rFonts w:ascii="Source Han Sans SC" w:hAnsi="Source Han Sans SC" w:eastAsia="Source Han Sans SC" w:cs="Source Han Sans SC" w:hint="eastAsia"/>
          <w:sz w:val="21"/>
        </w:rPr>
        <w:t>埋点模块(rtas) 支持 "订单页浏览事件"，减少已经废弃的事件</w:t>
      </w:r>
    </w:p>
    <w:p>
      <w:pPr>
        <w:pStyle w:val="ListBullet"/>
      </w:pPr>
      <w:r>
        <w:rPr>
          <w:rFonts w:ascii="Source Han Sans SC" w:hAnsi="Source Han Sans SC" w:eastAsia="Source Han Sans SC" w:cs="Source Han Sans SC" w:hint="eastAsia"/>
          <w:sz w:val="21"/>
        </w:rPr>
        <w:t>字幕模块(subtitle) 支持在无延迟场景下，根据后台配置来处理延迟</w:t>
      </w:r>
    </w:p>
    <w:p>
      <w:pPr>
        <w:pStyle w:val="ListBullet"/>
      </w:pPr>
      <w:r>
        <w:rPr>
          <w:rFonts w:ascii="Source Han Sans SC" w:hAnsi="Source Han Sans SC" w:eastAsia="Source Han Sans SC" w:cs="Source Han Sans SC" w:hint="eastAsia"/>
          <w:sz w:val="21"/>
        </w:rPr>
        <w:t>观看条件模块(auth) 支持在独立授权和外部授权时，对外暴露</w:t>
      </w:r>
    </w:p>
    <w:p>
      <w:r>
        <w:rPr>
          <w:rFonts w:ascii="Source Han Sans SC" w:hAnsi="Source Han Sans SC" w:eastAsia="Source Han Sans SC" w:cs="Source Han Sans SC" w:hint="eastAsia"/>
          <w:sz w:val="21"/>
        </w:rPr>
        <w:t>"同个观众反复授权"的错误信息</w:t>
      </w:r>
    </w:p>
    <w:p>
      <w:pPr>
        <w:pStyle w:val="ListBullet"/>
      </w:pPr>
      <w:r>
        <w:rPr>
          <w:rFonts w:ascii="Source Han Sans SC" w:hAnsi="Source Han Sans SC" w:eastAsia="Source Han Sans SC" w:cs="Source Han Sans SC" w:hint="eastAsia"/>
          <w:sz w:val="21"/>
        </w:rPr>
        <w:t>连麦模块(connect-mic) 支持在摄像头异常的情况下也能正常上麦</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rc-20240801</w:t>
      </w:r>
    </w:p>
    <w:p>
      <w:r>
        <w:rPr>
          <w:rFonts w:ascii="Source Han Sans SC" w:hAnsi="Source Han Sans SC" w:eastAsia="Source Han Sans SC" w:cs="Source Han Sans SC" w:hint="eastAsia"/>
          <w:sz w:val="21"/>
        </w:rPr>
        <w:t>---</w:t>
      </w:r>
    </w:p>
    <w:p>
      <w:pPr>
        <w:pStyle w:val="Heading1"/>
      </w:pPr>
      <w:r>
        <w:t>v1.5.0(2024-07-12)</w:t>
      </w:r>
    </w:p>
    <w:p>
      <w:pPr>
        <w:pStyle w:val="Heading2"/>
      </w:pPr>
      <w:r>
        <w:t>Features</w:t>
      </w:r>
    </w:p>
    <w:p>
      <w:pPr>
        <w:pStyle w:val="ListBullet"/>
      </w:pPr>
      <w:r>
        <w:rPr>
          <w:rFonts w:ascii="Source Han Sans SC" w:hAnsi="Source Han Sans SC" w:eastAsia="Source Han Sans SC" w:cs="Source Han Sans SC" w:hint="eastAsia"/>
          <w:sz w:val="21"/>
        </w:rPr>
        <w:t>新增任务奖励模块(task-activity)</w:t>
      </w:r>
    </w:p>
    <w:p>
      <w:pPr>
        <w:pStyle w:val="ListBullet"/>
      </w:pPr>
      <w:r>
        <w:rPr>
          <w:rFonts w:ascii="Source Han Sans SC" w:hAnsi="Source Han Sans SC" w:eastAsia="Source Han Sans SC" w:cs="Source Han Sans SC" w:hint="eastAsia"/>
          <w:sz w:val="21"/>
        </w:rPr>
        <w:t>新增订单模块(order) 以支持商品订单功能</w:t>
      </w:r>
    </w:p>
    <w:p>
      <w:pPr>
        <w:pStyle w:val="ListBullet"/>
      </w:pPr>
      <w:r>
        <w:rPr>
          <w:rFonts w:ascii="Source Han Sans SC" w:hAnsi="Source Han Sans SC" w:eastAsia="Source Han Sans SC" w:cs="Source Han Sans SC" w:hint="eastAsia"/>
          <w:sz w:val="21"/>
        </w:rPr>
        <w:t xml:space="preserve">互动模块(interact-receive) 新增 </w:t>
      </w:r>
      <w:r>
        <w:rPr>
          <w:rFonts w:ascii="Menlo" w:hAnsi="Menlo"/>
          <w:color w:val="444444"/>
          <w:sz w:val="20"/>
        </w:rPr>
        <w:t>getAddressManagement</w:t>
      </w:r>
      <w:r>
        <w:rPr>
          <w:rFonts w:ascii="Source Han Sans SC" w:hAnsi="Source Han Sans SC" w:eastAsia="Source Han Sans SC" w:cs="Source Han Sans SC" w:hint="eastAsia"/>
          <w:sz w:val="21"/>
        </w:rPr>
        <w:t xml:space="preserve"> 和 </w:t>
      </w:r>
      <w:r>
        <w:rPr>
          <w:rFonts w:ascii="Menlo" w:hAnsi="Menlo"/>
          <w:color w:val="444444"/>
          <w:sz w:val="20"/>
        </w:rPr>
        <w:t>getOrder</w:t>
      </w:r>
      <w:r>
        <w:rPr>
          <w:rFonts w:ascii="Source Han Sans SC" w:hAnsi="Source Han Sans SC" w:eastAsia="Source Han Sans SC" w:cs="Source Han Sans SC" w:hint="eastAsia"/>
          <w:sz w:val="21"/>
        </w:rPr>
        <w:t xml:space="preserve"> 方法来支持商品支付相关功能</w:t>
      </w:r>
    </w:p>
    <w:p>
      <w:pPr>
        <w:pStyle w:val="ListBullet"/>
      </w:pPr>
      <w:r>
        <w:rPr>
          <w:rFonts w:ascii="Source Han Sans SC" w:hAnsi="Source Han Sans SC" w:eastAsia="Source Han Sans SC" w:cs="Source Han Sans SC" w:hint="eastAsia"/>
          <w:sz w:val="21"/>
        </w:rPr>
        <w:t>聊天模块(chat) 支持"消息/评论"上墙功能</w:t>
      </w:r>
    </w:p>
    <w:p>
      <w:pPr>
        <w:pStyle w:val="ListBullet"/>
      </w:pPr>
      <w:r>
        <w:rPr>
          <w:rFonts w:ascii="Source Han Sans SC" w:hAnsi="Source Han Sans SC" w:eastAsia="Source Han Sans SC" w:cs="Source Han Sans SC" w:hint="eastAsia"/>
          <w:sz w:val="21"/>
        </w:rPr>
        <w:t>邀请模块(invite) 支持邀请明细下载功能</w:t>
      </w:r>
    </w:p>
    <w:p>
      <w:pPr>
        <w:pStyle w:val="ListBullet"/>
      </w:pPr>
      <w:r>
        <w:rPr>
          <w:rFonts w:ascii="Source Han Sans SC" w:hAnsi="Source Han Sans SC" w:eastAsia="Source Han Sans SC" w:cs="Source Han Sans SC" w:hint="eastAsia"/>
          <w:sz w:val="21"/>
        </w:rPr>
        <w:t>观看条件模块(auth) 支持白名单观看会员码使用限制逻辑</w:t>
      </w:r>
    </w:p>
    <w:p>
      <w:pPr>
        <w:pStyle w:val="ListBullet"/>
      </w:pPr>
      <w:r>
        <w:rPr>
          <w:rFonts w:ascii="Source Han Sans SC" w:hAnsi="Source Han Sans SC" w:eastAsia="Source Han Sans SC" w:cs="Source Han Sans SC" w:hint="eastAsia"/>
          <w:sz w:val="21"/>
        </w:rPr>
        <w:t>频道模块(channel) 支持在平板设备下自动更换布局的功能（仅 SaaS 可用）</w:t>
      </w:r>
    </w:p>
    <w:p>
      <w:pPr>
        <w:pStyle w:val="ListBullet"/>
      </w:pPr>
      <w:r>
        <w:rPr>
          <w:rFonts w:ascii="Source Han Sans SC" w:hAnsi="Source Han Sans SC" w:eastAsia="Source Han Sans SC" w:cs="Source Han Sans SC" w:hint="eastAsia"/>
          <w:sz w:val="21"/>
        </w:rPr>
        <w:t>播放器模块(player) 支持自动清晰度处理（仅正常延迟播放器支持）</w:t>
      </w:r>
    </w:p>
    <w:p>
      <w:pPr>
        <w:pStyle w:val="Heading2"/>
      </w:pPr>
      <w:r>
        <w:t>Optimizes</w:t>
      </w:r>
    </w:p>
    <w:p>
      <w:pPr>
        <w:pStyle w:val="ListBullet"/>
      </w:pPr>
      <w:r>
        <w:rPr>
          <w:rFonts w:ascii="Source Han Sans SC" w:hAnsi="Source Han Sans SC" w:eastAsia="Source Han Sans SC" w:cs="Source Han Sans SC" w:hint="eastAsia"/>
          <w:sz w:val="21"/>
        </w:rPr>
        <w:t>优化聊天室人数获取逻辑</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rc-20240711</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@polyv/chat-sdk</w:t>
      </w:r>
      <w:r>
        <w:rPr>
          <w:rFonts w:ascii="Source Han Sans SC" w:hAnsi="Source Han Sans SC" w:eastAsia="Source Han Sans SC" w:cs="Source Han Sans SC" w:hint="eastAsia"/>
          <w:sz w:val="21"/>
        </w:rPr>
        <w:t xml:space="preserve"> 版本至 </w:t>
      </w:r>
      <w:r>
        <w:rPr>
          <w:rFonts w:ascii="Menlo" w:hAnsi="Menlo"/>
          <w:color w:val="444444"/>
          <w:sz w:val="20"/>
        </w:rPr>
        <w:t>0.24.0-rc.1</w:t>
      </w:r>
    </w:p>
    <w:p>
      <w:r>
        <w:rPr>
          <w:rFonts w:ascii="Source Han Sans SC" w:hAnsi="Source Han Sans SC" w:eastAsia="Source Han Sans SC" w:cs="Source Han Sans SC" w:hint="eastAsia"/>
          <w:sz w:val="21"/>
        </w:rPr>
        <w:t>---</w:t>
      </w:r>
    </w:p>
    <w:p>
      <w:pPr>
        <w:pStyle w:val="Heading1"/>
      </w:pPr>
      <w:r>
        <w:t>v1.4.0(2024-06-21)</w:t>
      </w:r>
    </w:p>
    <w:p>
      <w:pPr>
        <w:pStyle w:val="Heading2"/>
      </w:pPr>
      <w:r>
        <w:t>Features</w:t>
      </w:r>
    </w:p>
    <w:p>
      <w:pPr>
        <w:pStyle w:val="ListBullet"/>
      </w:pPr>
      <w:r>
        <w:rPr>
          <w:rFonts w:ascii="Source Han Sans SC" w:hAnsi="Source Han Sans SC" w:eastAsia="Source Han Sans SC" w:cs="Source Han Sans SC" w:hint="eastAsia"/>
          <w:sz w:val="21"/>
        </w:rPr>
        <w:t>互动模块(interact-receive) 支持抽奖隐私协议逻辑</w:t>
      </w:r>
    </w:p>
    <w:p>
      <w:pPr>
        <w:pStyle w:val="Heading2"/>
      </w:pPr>
      <w:r>
        <w:t>Optimizes</w:t>
      </w:r>
    </w:p>
    <w:p>
      <w:pPr>
        <w:pStyle w:val="ListBullet"/>
      </w:pPr>
      <w:r>
        <w:rPr>
          <w:rFonts w:ascii="Source Han Sans SC" w:hAnsi="Source Han Sans SC" w:eastAsia="Source Han Sans SC" w:cs="Source Han Sans SC" w:hint="eastAsia"/>
          <w:sz w:val="21"/>
        </w:rPr>
        <w:t>优化外链脚本加载失败后的逻辑处理</w:t>
      </w:r>
    </w:p>
    <w:p>
      <w:pPr>
        <w:pStyle w:val="ListBullet"/>
      </w:pPr>
      <w:r>
        <w:rPr>
          <w:rFonts w:ascii="Source Han Sans SC" w:hAnsi="Source Han Sans SC" w:eastAsia="Source Han Sans SC" w:cs="Source Han Sans SC" w:hint="eastAsia"/>
          <w:sz w:val="21"/>
        </w:rPr>
        <w:t>优化移动端播放网页全屏逻辑</w:t>
      </w:r>
    </w:p>
    <w:p>
      <w:pPr>
        <w:pStyle w:val="ListBullet"/>
      </w:pPr>
      <w:r>
        <w:rPr>
          <w:rFonts w:ascii="Source Han Sans SC" w:hAnsi="Source Han Sans SC" w:eastAsia="Source Han Sans SC" w:cs="Source Han Sans SC" w:hint="eastAsia"/>
          <w:sz w:val="21"/>
        </w:rPr>
        <w:t xml:space="preserve">观看页只在 vid 入参时才设置直播播放器 </w:t>
      </w:r>
      <w:r>
        <w:rPr>
          <w:rFonts w:ascii="Menlo" w:hAnsi="Menlo"/>
          <w:color w:val="444444"/>
          <w:sz w:val="20"/>
        </w:rPr>
        <w:t>forceSessionId</w:t>
      </w:r>
      <w:r>
        <w:rPr>
          <w:rFonts w:ascii="Source Han Sans SC" w:hAnsi="Source Han Sans SC" w:eastAsia="Source Han Sans SC" w:cs="Source Han Sans SC" w:hint="eastAsia"/>
          <w:sz w:val="21"/>
        </w:rPr>
        <w:t xml:space="preserve"> 为 </w:t>
      </w:r>
      <w:r>
        <w:rPr>
          <w:rFonts w:ascii="Menlo" w:hAnsi="Menlo"/>
          <w:color w:val="444444"/>
          <w:sz w:val="20"/>
        </w:rPr>
        <w:t>false</w:t>
      </w:r>
    </w:p>
    <w:p>
      <w:pPr>
        <w:pStyle w:val="Heading2"/>
      </w:pPr>
      <w:r>
        <w:t>Build System</w:t>
      </w:r>
    </w:p>
    <w:p>
      <w:pPr>
        <w:pStyle w:val="ListBullet"/>
      </w:pPr>
      <w:r>
        <w:rPr>
          <w:rFonts w:ascii="Menlo" w:hAnsi="Menlo"/>
          <w:color w:val="444444"/>
          <w:sz w:val="20"/>
        </w:rPr>
        <w:t>interactions-receive-sdk</w:t>
      </w:r>
      <w:r>
        <w:rPr>
          <w:rFonts w:ascii="Source Han Sans SC" w:hAnsi="Source Han Sans SC" w:eastAsia="Source Han Sans SC" w:cs="Source Han Sans SC" w:hint="eastAsia"/>
          <w:sz w:val="21"/>
        </w:rPr>
        <w:t xml:space="preserve"> 更新至 </w:t>
      </w:r>
      <w:r>
        <w:rPr>
          <w:rFonts w:ascii="Menlo" w:hAnsi="Menlo"/>
          <w:color w:val="444444"/>
          <w:sz w:val="20"/>
        </w:rPr>
        <w:t>rc-20240620</w:t>
      </w:r>
    </w:p>
    <w:p>
      <w:r>
        <w:rPr>
          <w:rFonts w:ascii="Source Han Sans SC" w:hAnsi="Source Han Sans SC" w:eastAsia="Source Han Sans SC" w:cs="Source Han Sans SC" w:hint="eastAsia"/>
          <w:sz w:val="21"/>
        </w:rPr>
        <w:t>---</w:t>
      </w:r>
    </w:p>
    <w:p>
      <w:pPr>
        <w:pStyle w:val="Heading1"/>
      </w:pPr>
      <w:r>
        <w:t>v1.3.0(2024-05-24)</w:t>
      </w:r>
    </w:p>
    <w:p>
      <w:pPr>
        <w:pStyle w:val="Heading2"/>
      </w:pPr>
      <w:r>
        <w:t>Bug Fixes</w:t>
      </w:r>
    </w:p>
    <w:p>
      <w:pPr>
        <w:pStyle w:val="ListBullet"/>
      </w:pPr>
      <w:r>
        <w:rPr>
          <w:rFonts w:ascii="Source Han Sans SC" w:hAnsi="Source Han Sans SC" w:eastAsia="Source Han Sans SC" w:cs="Source Han Sans SC" w:hint="eastAsia"/>
          <w:sz w:val="21"/>
        </w:rPr>
        <w:t>聊天模块(chat) 修复观众自己点赞的消息重复累加的问题</w:t>
      </w:r>
    </w:p>
    <w:p>
      <w:pPr>
        <w:pStyle w:val="ListBullet"/>
      </w:pPr>
      <w:r>
        <w:rPr>
          <w:rFonts w:ascii="Source Han Sans SC" w:hAnsi="Source Han Sans SC" w:eastAsia="Source Han Sans SC" w:cs="Source Han Sans SC" w:hint="eastAsia"/>
          <w:sz w:val="21"/>
        </w:rPr>
        <w:t>聊天模块(chat) 和 连麦模块(connect-mic) 修复聊天室重连后观众昵称不正确的情况</w:t>
      </w:r>
    </w:p>
    <w:p>
      <w:pPr>
        <w:pStyle w:val="ListBullet"/>
      </w:pPr>
      <w:r>
        <w:rPr>
          <w:rFonts w:ascii="Source Han Sans SC" w:hAnsi="Source Han Sans SC" w:eastAsia="Source Han Sans SC" w:cs="Source Han Sans SC" w:hint="eastAsia"/>
          <w:sz w:val="21"/>
        </w:rPr>
        <w:t>修复部分 bug</w:t>
      </w:r>
    </w:p>
    <w:p>
      <w:pPr>
        <w:pStyle w:val="Heading2"/>
      </w:pPr>
      <w:r>
        <w:t>Features</w:t>
      </w:r>
    </w:p>
    <w:p>
      <w:pPr>
        <w:pStyle w:val="ListBullet"/>
      </w:pPr>
      <w:r>
        <w:rPr>
          <w:rFonts w:ascii="Source Han Sans SC" w:hAnsi="Source Han Sans SC" w:eastAsia="Source Han Sans SC" w:cs="Source Han Sans SC" w:hint="eastAsia"/>
          <w:sz w:val="21"/>
        </w:rPr>
        <w:t xml:space="preserve">sdk 支持配合 </w:t>
      </w:r>
      <w:r>
        <w:rPr>
          <w:rFonts w:ascii="Source Han Sans SC" w:hAnsi="Source Han Sans SC" w:eastAsia="Source Han Sans SC" w:cs="Source Han Sans SC" w:hint="eastAsia"/>
          <w:color w:val="2563EB"/>
          <w:sz w:val="21"/>
          <w:u w:val="single"/>
        </w:rPr>
        <w:t>保利威 WebView SDK</w:t>
      </w:r>
      <w:r>
        <w:rPr>
          <w:rFonts w:ascii="Source Han Sans SC" w:hAnsi="Source Han Sans SC" w:eastAsia="Source Han Sans SC" w:cs="Source Han Sans SC" w:hint="eastAsia"/>
          <w:sz w:val="21"/>
        </w:rPr>
        <w:t>，实现 Webview-Feed 流切换的能力（详情可咨询保利威技术人员）</w:t>
      </w:r>
    </w:p>
    <w:p>
      <w:pPr>
        <w:pStyle w:val="ListBullet"/>
      </w:pPr>
      <w:r>
        <w:rPr>
          <w:rFonts w:ascii="Source Han Sans SC" w:hAnsi="Source Han Sans SC" w:eastAsia="Source Han Sans SC" w:cs="Source Han Sans SC" w:hint="eastAsia"/>
          <w:sz w:val="21"/>
        </w:rPr>
        <w:t>sdk 支持响应后台"素材库"相关功能配置</w:t>
      </w:r>
    </w:p>
    <w:p>
      <w:pPr>
        <w:pStyle w:val="ListBullet"/>
      </w:pPr>
      <w:r>
        <w:rPr>
          <w:rFonts w:ascii="Source Han Sans SC" w:hAnsi="Source Han Sans SC" w:eastAsia="Source Han Sans SC" w:cs="Source Han Sans SC" w:hint="eastAsia"/>
          <w:sz w:val="21"/>
        </w:rPr>
        <w:t>频道模块(channel) 和 观众模块(user) 支持响应主讲信息</w:t>
      </w:r>
    </w:p>
    <w:p>
      <w:pPr>
        <w:pStyle w:val="ListBullet"/>
      </w:pPr>
      <w:r>
        <w:rPr>
          <w:rFonts w:ascii="Source Han Sans SC" w:hAnsi="Source Han Sans SC" w:eastAsia="Source Han Sans SC" w:cs="Source Han Sans SC" w:hint="eastAsia"/>
          <w:sz w:val="21"/>
        </w:rPr>
        <w:t>连麦模块(connect-mic) 增加新版连麦流程</w:t>
      </w:r>
    </w:p>
    <w:p>
      <w:pPr>
        <w:pStyle w:val="ListBullet"/>
      </w:pPr>
      <w:r>
        <w:rPr>
          <w:rFonts w:ascii="Source Han Sans SC" w:hAnsi="Source Han Sans SC" w:eastAsia="Source Han Sans SC" w:cs="Source Han Sans SC" w:hint="eastAsia"/>
          <w:sz w:val="21"/>
        </w:rPr>
        <w:t>聊天模块(chat) 和 提问模块(ask) 增加消息重发功能</w:t>
      </w:r>
    </w:p>
    <w:p>
      <w:pPr>
        <w:pStyle w:val="ListBullet"/>
      </w:pPr>
      <w:r>
        <w:rPr>
          <w:rFonts w:ascii="Source Han Sans SC" w:hAnsi="Source Han Sans SC" w:eastAsia="Source Han Sans SC" w:cs="Source Han Sans SC" w:hint="eastAsia"/>
          <w:sz w:val="21"/>
        </w:rPr>
        <w:t>互动模块(interact-receive) 支持热卖商品悬浮条，支持商品提示语配置</w:t>
      </w:r>
    </w:p>
    <w:p>
      <w:pPr>
        <w:pStyle w:val="ListBullet"/>
      </w:pPr>
      <w:r>
        <w:rPr>
          <w:rFonts w:ascii="Source Han Sans SC" w:hAnsi="Source Han Sans SC" w:eastAsia="Source Han Sans SC" w:cs="Source Han Sans SC" w:hint="eastAsia"/>
          <w:sz w:val="21"/>
        </w:rPr>
        <w:t>一客一码模块(sale-invite) 新增相关的数据采集功能</w:t>
      </w:r>
    </w:p>
    <w:p>
      <w:pPr>
        <w:pStyle w:val="ListBullet"/>
      </w:pPr>
      <w:r>
        <w:rPr>
          <w:rFonts w:ascii="Source Han Sans SC" w:hAnsi="Source Han Sans SC" w:eastAsia="Source Han Sans SC" w:cs="Source Han Sans SC" w:hint="eastAsia"/>
          <w:sz w:val="21"/>
        </w:rPr>
        <w:t>新增一系列相关参数的支持，具体可以看参数上对应的版本号</w:t>
      </w:r>
    </w:p>
    <w:p>
      <w:pPr>
        <w:pStyle w:val="Heading2"/>
      </w:pPr>
      <w:r>
        <w:t>Optimizes</w:t>
      </w:r>
    </w:p>
    <w:p>
      <w:pPr>
        <w:pStyle w:val="ListBullet"/>
      </w:pPr>
      <w:r>
        <w:rPr>
          <w:rFonts w:ascii="Source Han Sans SC" w:hAnsi="Source Han Sans SC" w:eastAsia="Source Han Sans SC" w:cs="Source Han Sans SC" w:hint="eastAsia"/>
          <w:sz w:val="21"/>
        </w:rPr>
        <w:t>支持加载内部外链 sdk 失败时改用备用地址的逻辑</w:t>
      </w:r>
    </w:p>
    <w:p>
      <w:pPr>
        <w:pStyle w:val="ListBullet"/>
      </w:pPr>
      <w:r>
        <w:rPr>
          <w:rFonts w:ascii="Source Han Sans SC" w:hAnsi="Source Han Sans SC" w:eastAsia="Source Han Sans SC" w:cs="Source Han Sans SC" w:hint="eastAsia"/>
          <w:sz w:val="21"/>
        </w:rPr>
        <w:t>频道模块(channel) 支持响应技术支持平台对网页 favicon 的配置</w:t>
      </w:r>
    </w:p>
    <w:p>
      <w:pPr>
        <w:pStyle w:val="ListBullet"/>
      </w:pPr>
      <w:r>
        <w:rPr>
          <w:rFonts w:ascii="Source Han Sans SC" w:hAnsi="Source Han Sans SC" w:eastAsia="Source Han Sans SC" w:cs="Source Han Sans SC" w:hint="eastAsia"/>
          <w:sz w:val="21"/>
        </w:rPr>
        <w:t>邀请模块(invite) 支持获取邀请榜相关的配置信息</w:t>
      </w:r>
    </w:p>
    <w:p>
      <w:pPr>
        <w:pStyle w:val="Heading2"/>
      </w:pPr>
      <w:r>
        <w:t>Build System</w:t>
      </w:r>
    </w:p>
    <w:p>
      <w:r>
        <w:rPr>
          <w:rFonts w:ascii="Source Han Sans SC" w:hAnsi="Source Han Sans SC" w:eastAsia="Source Han Sans SC" w:cs="Source Han Sans SC" w:hint="eastAsia"/>
          <w:sz w:val="21"/>
        </w:rPr>
        <w:t>底层依赖版本更新，修复相关问题</w:t>
      </w:r>
    </w:p>
    <w:p>
      <w:pPr>
        <w:pStyle w:val="ListBullet"/>
      </w:pPr>
      <w:r>
        <w:rPr>
          <w:rFonts w:ascii="Menlo" w:hAnsi="Menlo"/>
          <w:color w:val="444444"/>
          <w:sz w:val="20"/>
        </w:rPr>
        <w:t>@just4/load-script</w:t>
      </w:r>
      <w:r>
        <w:rPr>
          <w:rFonts w:ascii="Source Han Sans SC" w:hAnsi="Source Han Sans SC" w:eastAsia="Source Han Sans SC" w:cs="Source Han Sans SC" w:hint="eastAsia"/>
          <w:sz w:val="21"/>
        </w:rPr>
        <w:t xml:space="preserve"> 更新至 </w:t>
      </w:r>
      <w:r>
        <w:rPr>
          <w:rFonts w:ascii="Menlo" w:hAnsi="Menlo"/>
          <w:color w:val="444444"/>
          <w:sz w:val="20"/>
        </w:rPr>
        <w:t>1.2.0</w:t>
      </w:r>
    </w:p>
    <w:p>
      <w:pPr>
        <w:pStyle w:val="ListBullet"/>
      </w:pPr>
      <w:r>
        <w:rPr>
          <w:rFonts w:ascii="Menlo" w:hAnsi="Menlo"/>
          <w:color w:val="444444"/>
          <w:sz w:val="20"/>
        </w:rPr>
        <w:t>@polyv/player-module</w:t>
      </w:r>
      <w:r>
        <w:rPr>
          <w:rFonts w:ascii="Source Han Sans SC" w:hAnsi="Source Han Sans SC" w:eastAsia="Source Han Sans SC" w:cs="Source Han Sans SC" w:hint="eastAsia"/>
          <w:sz w:val="21"/>
        </w:rPr>
        <w:t xml:space="preserve"> 更新至 </w:t>
      </w:r>
      <w:r>
        <w:rPr>
          <w:rFonts w:ascii="Menlo" w:hAnsi="Menlo"/>
          <w:color w:val="444444"/>
          <w:sz w:val="20"/>
        </w:rPr>
        <w:t>1.18.0</w:t>
      </w:r>
    </w:p>
    <w:p>
      <w:pPr>
        <w:pStyle w:val="ListBullet"/>
      </w:pPr>
      <w:r>
        <w:rPr>
          <w:rFonts w:ascii="Menlo" w:hAnsi="Menlo"/>
          <w:color w:val="444444"/>
          <w:sz w:val="20"/>
        </w:rPr>
        <w:t>@polyv/chat-sdk</w:t>
      </w:r>
      <w:r>
        <w:rPr>
          <w:rFonts w:ascii="Source Han Sans SC" w:hAnsi="Source Han Sans SC" w:eastAsia="Source Han Sans SC" w:cs="Source Han Sans SC" w:hint="eastAsia"/>
          <w:sz w:val="21"/>
        </w:rPr>
        <w:t xml:space="preserve"> 更新至 </w:t>
      </w:r>
      <w:r>
        <w:rPr>
          <w:rFonts w:ascii="Menlo" w:hAnsi="Menlo"/>
          <w:color w:val="444444"/>
          <w:sz w:val="20"/>
        </w:rPr>
        <w:t>0.21.0-rc.1</w:t>
      </w:r>
    </w:p>
    <w:p>
      <w:pPr>
        <w:pStyle w:val="ListBullet"/>
      </w:pPr>
      <w:r>
        <w:rPr>
          <w:rFonts w:ascii="Menlo" w:hAnsi="Menlo"/>
          <w:color w:val="444444"/>
          <w:sz w:val="20"/>
        </w:rPr>
        <w:t>@polyv/live-low-latency-player</w:t>
      </w:r>
      <w:r>
        <w:rPr>
          <w:rFonts w:ascii="Source Han Sans SC" w:hAnsi="Source Han Sans SC" w:eastAsia="Source Han Sans SC" w:cs="Source Han Sans SC" w:hint="eastAsia"/>
          <w:sz w:val="21"/>
        </w:rPr>
        <w:t xml:space="preserve"> 更新至 </w:t>
      </w:r>
      <w:r>
        <w:rPr>
          <w:rFonts w:ascii="Menlo" w:hAnsi="Menlo"/>
          <w:color w:val="444444"/>
          <w:sz w:val="20"/>
        </w:rPr>
        <w:t>1.6.0</w:t>
      </w:r>
    </w:p>
    <w:p>
      <w:pPr>
        <w:pStyle w:val="ListBullet"/>
      </w:pPr>
      <w:r>
        <w:rPr>
          <w:rFonts w:ascii="Menlo" w:hAnsi="Menlo"/>
          <w:color w:val="444444"/>
          <w:sz w:val="20"/>
        </w:rPr>
        <w:t>interactions-receive-sdk</w:t>
      </w:r>
      <w:r>
        <w:rPr>
          <w:rFonts w:ascii="Source Han Sans SC" w:hAnsi="Source Han Sans SC" w:eastAsia="Source Han Sans SC" w:cs="Source Han Sans SC" w:hint="eastAsia"/>
          <w:sz w:val="21"/>
        </w:rPr>
        <w:t xml:space="preserve"> 更新至 </w:t>
      </w:r>
      <w:r>
        <w:rPr>
          <w:rFonts w:ascii="Menlo" w:hAnsi="Menlo"/>
          <w:color w:val="444444"/>
          <w:sz w:val="20"/>
        </w:rPr>
        <w:t>rc-20240516</w:t>
      </w:r>
    </w:p>
    <w:p>
      <w:r>
        <w:rPr>
          <w:rFonts w:ascii="Source Han Sans SC" w:hAnsi="Source Han Sans SC" w:eastAsia="Source Han Sans SC" w:cs="Source Han Sans SC" w:hint="eastAsia"/>
          <w:sz w:val="21"/>
        </w:rPr>
        <w:t>---</w:t>
      </w:r>
    </w:p>
    <w:p>
      <w:pPr>
        <w:pStyle w:val="Heading1"/>
      </w:pPr>
      <w:r>
        <w:t>v1.2.0(2024-03-22)</w:t>
      </w:r>
    </w:p>
    <w:p>
      <w:pPr>
        <w:pStyle w:val="Heading2"/>
      </w:pPr>
      <w:r>
        <w:t>Bug Fixes</w:t>
      </w:r>
    </w:p>
    <w:p>
      <w:pPr>
        <w:pStyle w:val="ListBullet"/>
      </w:pPr>
      <w:r>
        <w:rPr>
          <w:rFonts w:ascii="Source Han Sans SC" w:hAnsi="Source Han Sans SC" w:eastAsia="Source Han Sans SC" w:cs="Source Han Sans SC" w:hint="eastAsia"/>
          <w:sz w:val="21"/>
        </w:rPr>
        <w:t xml:space="preserve">聊天室模块(chat) 修复处理开播端发言时出现 </w:t>
      </w:r>
      <w:r>
        <w:rPr>
          <w:rFonts w:ascii="Menlo" w:hAnsi="Menlo"/>
          <w:color w:val="444444"/>
          <w:sz w:val="20"/>
        </w:rPr>
        <w:t>xss</w:t>
      </w:r>
      <w:r>
        <w:rPr>
          <w:rFonts w:ascii="Source Han Sans SC" w:hAnsi="Source Han Sans SC" w:eastAsia="Source Han Sans SC" w:cs="Source Han Sans SC" w:hint="eastAsia"/>
          <w:sz w:val="21"/>
        </w:rPr>
        <w:t xml:space="preserve"> 注入的问题</w:t>
      </w:r>
    </w:p>
    <w:p>
      <w:pPr>
        <w:pStyle w:val="ListBullet"/>
      </w:pPr>
      <w:r>
        <w:rPr>
          <w:rFonts w:ascii="Source Han Sans SC" w:hAnsi="Source Han Sans SC" w:eastAsia="Source Han Sans SC" w:cs="Source Han Sans SC" w:hint="eastAsia"/>
          <w:sz w:val="21"/>
        </w:rPr>
        <w:t>播放器模块(player) 修复移动端清晰度选项显示不正确的情况</w:t>
      </w:r>
    </w:p>
    <w:p>
      <w:pPr>
        <w:pStyle w:val="Heading2"/>
      </w:pPr>
      <w:r>
        <w:t>Features</w:t>
      </w:r>
    </w:p>
    <w:p>
      <w:pPr>
        <w:pStyle w:val="ListBullet"/>
      </w:pPr>
      <w:r>
        <w:rPr>
          <w:rFonts w:ascii="Source Han Sans SC" w:hAnsi="Source Han Sans SC" w:eastAsia="Source Han Sans SC" w:cs="Source Han Sans SC" w:hint="eastAsia"/>
          <w:sz w:val="21"/>
        </w:rPr>
        <w:t>从该版本开始，金融风险确认模块(finance-risk-confirm) 和 金融风险测评模块(finance-risk-evaluation) 开始接入使用</w:t>
      </w:r>
    </w:p>
    <w:p>
      <w:pPr>
        <w:pStyle w:val="ListBullet"/>
      </w:pPr>
      <w:r>
        <w:rPr>
          <w:rFonts w:ascii="Source Han Sans SC" w:hAnsi="Source Han Sans SC" w:eastAsia="Source Han Sans SC" w:cs="Source Han Sans SC" w:hint="eastAsia"/>
          <w:sz w:val="21"/>
        </w:rPr>
        <w:t>sdk 新增观众身份认证模块(identify)，用于保利威的用户系统</w:t>
      </w:r>
    </w:p>
    <w:p>
      <w:pPr>
        <w:pStyle w:val="ListBullet"/>
      </w:pPr>
      <w:r>
        <w:rPr>
          <w:rFonts w:ascii="Source Han Sans SC" w:hAnsi="Source Han Sans SC" w:eastAsia="Source Han Sans SC" w:cs="Source Han Sans SC" w:hint="eastAsia"/>
          <w:sz w:val="21"/>
        </w:rPr>
        <w:t xml:space="preserve">核心模块(core) 新增 </w:t>
      </w:r>
      <w:r>
        <w:rPr>
          <w:rFonts w:ascii="Menlo" w:hAnsi="Menlo"/>
          <w:color w:val="444444"/>
          <w:sz w:val="20"/>
        </w:rPr>
        <w:t>getAccountInfo</w:t>
      </w:r>
      <w:r>
        <w:rPr>
          <w:rFonts w:ascii="Source Han Sans SC" w:hAnsi="Source Han Sans SC" w:eastAsia="Source Han Sans SC" w:cs="Source Han Sans SC" w:hint="eastAsia"/>
          <w:sz w:val="21"/>
        </w:rPr>
        <w:t xml:space="preserve"> 方法来获取当前频道对应的账号信息</w:t>
      </w:r>
    </w:p>
    <w:p>
      <w:pPr>
        <w:pStyle w:val="ListBullet"/>
      </w:pPr>
      <w:r>
        <w:rPr>
          <w:rFonts w:ascii="Source Han Sans SC" w:hAnsi="Source Han Sans SC" w:eastAsia="Source Han Sans SC" w:cs="Source Han Sans SC" w:hint="eastAsia"/>
          <w:sz w:val="21"/>
        </w:rPr>
        <w:t>聊天室模块(chat) 新增相关 api 支持消息重发相关功能</w:t>
      </w:r>
    </w:p>
    <w:p>
      <w:pPr>
        <w:pStyle w:val="ListBullet"/>
      </w:pPr>
      <w:r>
        <w:rPr>
          <w:rFonts w:ascii="Source Han Sans SC" w:hAnsi="Source Han Sans SC" w:eastAsia="Source Han Sans SC" w:cs="Source Han Sans SC" w:hint="eastAsia"/>
          <w:sz w:val="21"/>
        </w:rPr>
        <w:t>聊天室模块(chat) 和提问模块(ask) 新增对头衔和提问区标签的支持</w:t>
      </w:r>
    </w:p>
    <w:p>
      <w:pPr>
        <w:pStyle w:val="ListBullet"/>
      </w:pPr>
      <w:r>
        <w:rPr>
          <w:rFonts w:ascii="Source Han Sans SC" w:hAnsi="Source Han Sans SC" w:eastAsia="Source Han Sans SC" w:cs="Source Han Sans SC" w:hint="eastAsia"/>
          <w:sz w:val="21"/>
        </w:rPr>
        <w:t>播放器模块(player) 支持使用新的无延迟厂商(volc)</w:t>
      </w:r>
    </w:p>
    <w:p>
      <w:pPr>
        <w:pStyle w:val="ListBullet"/>
      </w:pPr>
      <w:r>
        <w:rPr>
          <w:rFonts w:ascii="Source Han Sans SC" w:hAnsi="Source Han Sans SC" w:eastAsia="Source Han Sans SC" w:cs="Source Han Sans SC" w:hint="eastAsia"/>
          <w:sz w:val="21"/>
        </w:rPr>
        <w:t>播放器模块(player) 支持使用后台相关的配置来控制回放视频的操作</w:t>
      </w:r>
    </w:p>
    <w:p>
      <w:pPr>
        <w:pStyle w:val="ListBullet"/>
      </w:pPr>
      <w:r>
        <w:rPr>
          <w:rFonts w:ascii="Source Han Sans SC" w:hAnsi="Source Han Sans SC" w:eastAsia="Source Han Sans SC" w:cs="Source Han Sans SC" w:hint="eastAsia"/>
          <w:sz w:val="21"/>
        </w:rPr>
        <w:t>文档模块(doc) 新增观看页翻页的权限控制</w:t>
      </w:r>
    </w:p>
    <w:p>
      <w:pPr>
        <w:pStyle w:val="ListBullet"/>
      </w:pPr>
      <w:r>
        <w:rPr>
          <w:rFonts w:ascii="Source Han Sans SC" w:hAnsi="Source Han Sans SC" w:eastAsia="Source Han Sans SC" w:cs="Source Han Sans SC" w:hint="eastAsia"/>
          <w:sz w:val="21"/>
        </w:rPr>
        <w:t>一客一码模块(sale-invite) 支持非微信环境使用</w:t>
      </w:r>
    </w:p>
    <w:p>
      <w:pPr>
        <w:pStyle w:val="Heading2"/>
      </w:pPr>
      <w:r>
        <w:t>Code Refactoring</w:t>
      </w:r>
    </w:p>
    <w:p>
      <w:r>
        <w:rPr>
          <w:rFonts w:ascii="Source Han Sans SC" w:hAnsi="Source Han Sans SC" w:eastAsia="Source Han Sans SC" w:cs="Source Han Sans SC" w:hint="eastAsia"/>
          <w:sz w:val="21"/>
        </w:rPr>
        <w:t xml:space="preserve">支持暴露内部模块，现在可以在创建 </w:t>
      </w:r>
      <w:r>
        <w:rPr>
          <w:rFonts w:ascii="Menlo" w:hAnsi="Menlo"/>
          <w:color w:val="444444"/>
          <w:sz w:val="20"/>
        </w:rPr>
        <w:t>WatchCore</w:t>
      </w:r>
      <w:r>
        <w:rPr>
          <w:rFonts w:ascii="Source Han Sans SC" w:hAnsi="Source Han Sans SC" w:eastAsia="Source Han Sans SC" w:cs="Source Han Sans SC" w:hint="eastAsia"/>
          <w:sz w:val="21"/>
        </w:rPr>
        <w:t xml:space="preserve"> 实例前，就通过导入模块来生成相关的默认值，比如：</w:t>
      </w:r>
    </w:p>
    <w:p>
      <w:pPr>
        <w:spacing w:after="180"/>
        <w:ind w:left="198"/>
      </w:pPr>
      <w:r>
        <w:rPr>
          <w:rFonts w:ascii="Menlo" w:hAnsi="Menlo"/>
          <w:color w:val="334155"/>
          <w:sz w:val="17"/>
        </w:rPr>
        <w:t>import { PlvPlvChannelModule } from "@polyv/live-watch-sdk";</w:t>
        <w:br/>
        <w:t>const themeSetting = PlvPlvChannelModule.generateDefaultThemeSetting();</w:t>
        <w:br/>
        <w:t>console.warn("themeSetting", themeSetting);</w:t>
      </w:r>
    </w:p>
    <w:p>
      <w:pPr>
        <w:pStyle w:val="Heading2"/>
      </w:pPr>
      <w:r>
        <w:t>Optimizes</w:t>
      </w:r>
    </w:p>
    <w:p>
      <w:pPr>
        <w:pStyle w:val="ListBullet"/>
      </w:pPr>
      <w:r>
        <w:rPr>
          <w:rFonts w:ascii="Source Han Sans SC" w:hAnsi="Source Han Sans SC" w:eastAsia="Source Han Sans SC" w:cs="Source Han Sans SC" w:hint="eastAsia"/>
          <w:sz w:val="21"/>
        </w:rPr>
        <w:t>sdk 兼容 PC 企微小程序</w:t>
      </w:r>
    </w:p>
    <w:p>
      <w:pPr>
        <w:pStyle w:val="ListBullet"/>
      </w:pPr>
      <w:r>
        <w:rPr>
          <w:rFonts w:ascii="Source Han Sans SC" w:hAnsi="Source Han Sans SC" w:eastAsia="Source Han Sans SC" w:cs="Source Han Sans SC" w:hint="eastAsia"/>
          <w:sz w:val="21"/>
        </w:rPr>
        <w:t>频道模块(channel) 新增观看次数相关 api，优化观看次数同步不及时的问题</w:t>
      </w:r>
    </w:p>
    <w:p>
      <w:pPr>
        <w:pStyle w:val="ListBullet"/>
      </w:pPr>
      <w:r>
        <w:rPr>
          <w:rFonts w:ascii="Source Han Sans SC" w:hAnsi="Source Han Sans SC" w:eastAsia="Source Han Sans SC" w:cs="Source Han Sans SC" w:hint="eastAsia"/>
          <w:sz w:val="21"/>
        </w:rPr>
        <w:t>连麦模块(connect-mic) 优化普通延迟频道连麦后， PPT 画面实时跟随处理</w:t>
      </w:r>
    </w:p>
    <w:p>
      <w:pPr>
        <w:pStyle w:val="ListBullet"/>
      </w:pPr>
      <w:r>
        <w:rPr>
          <w:rFonts w:ascii="Source Han Sans SC" w:hAnsi="Source Han Sans SC" w:eastAsia="Source Han Sans SC" w:cs="Source Han Sans SC" w:hint="eastAsia"/>
          <w:sz w:val="21"/>
        </w:rPr>
        <w:t>连麦模块(connect-mic) 优化上麦状态和连麦状态调用时机</w:t>
      </w:r>
    </w:p>
    <w:p>
      <w:pPr>
        <w:pStyle w:val="ListBullet"/>
      </w:pPr>
      <w:r>
        <w:rPr>
          <w:rFonts w:ascii="Source Han Sans SC" w:hAnsi="Source Han Sans SC" w:eastAsia="Source Han Sans SC" w:cs="Source Han Sans SC" w:hint="eastAsia"/>
          <w:sz w:val="21"/>
        </w:rPr>
        <w:t>播放器模块(player) 优化无延迟错误事件处理，便于外部在无延迟播放错误时能正常降级成普通延迟播放</w:t>
      </w:r>
    </w:p>
    <w:p>
      <w:pPr>
        <w:pStyle w:val="ListBullet"/>
      </w:pPr>
      <w:r>
        <w:rPr>
          <w:rFonts w:ascii="Source Han Sans SC" w:hAnsi="Source Han Sans SC" w:eastAsia="Source Han Sans SC" w:cs="Source Han Sans SC" w:hint="eastAsia"/>
          <w:sz w:val="21"/>
        </w:rPr>
        <w:t>观众模块(user) 完善实名认证相关判断</w:t>
      </w:r>
    </w:p>
    <w:p>
      <w:pPr>
        <w:pStyle w:val="ListBullet"/>
      </w:pPr>
      <w:r>
        <w:rPr>
          <w:rFonts w:ascii="Source Han Sans SC" w:hAnsi="Source Han Sans SC" w:eastAsia="Source Han Sans SC" w:cs="Source Han Sans SC" w:hint="eastAsia"/>
          <w:sz w:val="21"/>
        </w:rPr>
        <w:t>新增一系列相关参数的支持，具体可以看参数上对应的版本号</w:t>
      </w:r>
    </w:p>
    <w:p>
      <w:pPr>
        <w:pStyle w:val="Heading2"/>
      </w:pPr>
      <w:r>
        <w:t>Build System</w:t>
      </w:r>
    </w:p>
    <w:p>
      <w:pPr>
        <w:pStyle w:val="ListBullet"/>
      </w:pPr>
      <w:r>
        <w:rPr>
          <w:rFonts w:ascii="Source Han Sans SC" w:hAnsi="Source Han Sans SC" w:eastAsia="Source Han Sans SC" w:cs="Source Han Sans SC" w:hint="eastAsia"/>
          <w:sz w:val="21"/>
        </w:rPr>
        <w:t xml:space="preserve">更改加载播放器 SDK 和 PPT-SDK 的外链域名：从 </w:t>
      </w:r>
      <w:r>
        <w:rPr>
          <w:rFonts w:ascii="Menlo" w:hAnsi="Menlo"/>
          <w:color w:val="444444"/>
          <w:sz w:val="20"/>
        </w:rPr>
        <w:t>player.polyv.net</w:t>
      </w:r>
      <w:r>
        <w:rPr>
          <w:rFonts w:ascii="Source Han Sans SC" w:hAnsi="Source Han Sans SC" w:eastAsia="Source Han Sans SC" w:cs="Source Han Sans SC" w:hint="eastAsia"/>
          <w:sz w:val="21"/>
        </w:rPr>
        <w:t xml:space="preserve">更改成 </w:t>
      </w:r>
      <w:r>
        <w:rPr>
          <w:rFonts w:ascii="Menlo" w:hAnsi="Menlo"/>
          <w:color w:val="444444"/>
          <w:sz w:val="20"/>
        </w:rPr>
        <w:t>websdk.videocc.net</w:t>
      </w:r>
    </w:p>
    <w:p>
      <w:pPr>
        <w:pStyle w:val="ListBullet"/>
      </w:pPr>
      <w:r>
        <w:rPr>
          <w:rFonts w:ascii="Source Han Sans SC" w:hAnsi="Source Han Sans SC" w:eastAsia="Source Han Sans SC" w:cs="Source Han Sans SC" w:hint="eastAsia"/>
          <w:sz w:val="21"/>
        </w:rPr>
        <w:t xml:space="preserve">更改底层请求库：从 </w:t>
      </w:r>
      <w:r>
        <w:rPr>
          <w:rFonts w:ascii="Menlo" w:hAnsi="Menlo"/>
          <w:color w:val="444444"/>
          <w:sz w:val="20"/>
        </w:rPr>
        <w:t>@just4/ajax</w:t>
      </w:r>
      <w:r>
        <w:rPr>
          <w:rFonts w:ascii="Source Han Sans SC" w:hAnsi="Source Han Sans SC" w:eastAsia="Source Han Sans SC" w:cs="Source Han Sans SC" w:hint="eastAsia"/>
          <w:sz w:val="21"/>
        </w:rPr>
        <w:t xml:space="preserve"> 更改成 </w:t>
      </w:r>
      <w:r>
        <w:rPr>
          <w:rFonts w:ascii="Menlo" w:hAnsi="Menlo"/>
          <w:color w:val="444444"/>
          <w:sz w:val="20"/>
        </w:rPr>
        <w:t>@just4/request</w:t>
      </w:r>
    </w:p>
    <w:p>
      <w:pPr>
        <w:pStyle w:val="ListBullet"/>
      </w:pPr>
      <w:r>
        <w:rPr>
          <w:rFonts w:ascii="Source Han Sans SC" w:hAnsi="Source Han Sans SC" w:eastAsia="Source Han Sans SC" w:cs="Source Han Sans SC" w:hint="eastAsia"/>
          <w:sz w:val="21"/>
        </w:rPr>
        <w:t>底层依赖版本更新</w:t>
      </w:r>
    </w:p>
    <w:p>
      <w:pPr>
        <w:pStyle w:val="ListBullet"/>
      </w:pPr>
      <w:r>
        <w:rPr>
          <w:rFonts w:ascii="Menlo" w:hAnsi="Menlo"/>
          <w:color w:val="444444"/>
          <w:sz w:val="20"/>
        </w:rPr>
        <w:t>@polyv/elog-sdk</w:t>
      </w:r>
      <w:r>
        <w:rPr>
          <w:rFonts w:ascii="Source Han Sans SC" w:hAnsi="Source Han Sans SC" w:eastAsia="Source Han Sans SC" w:cs="Source Han Sans SC" w:hint="eastAsia"/>
          <w:sz w:val="21"/>
        </w:rPr>
        <w:t xml:space="preserve"> 更新至 </w:t>
      </w:r>
      <w:r>
        <w:rPr>
          <w:rFonts w:ascii="Menlo" w:hAnsi="Menlo"/>
          <w:color w:val="444444"/>
          <w:sz w:val="20"/>
        </w:rPr>
        <w:t>2.2.1</w:t>
      </w:r>
    </w:p>
    <w:p>
      <w:pPr>
        <w:pStyle w:val="ListBullet"/>
      </w:pPr>
      <w:r>
        <w:rPr>
          <w:rFonts w:ascii="Menlo" w:hAnsi="Menlo"/>
          <w:color w:val="444444"/>
          <w:sz w:val="20"/>
        </w:rPr>
        <w:t>@polyv/emotion-sdk</w:t>
      </w:r>
      <w:r>
        <w:rPr>
          <w:rFonts w:ascii="Source Han Sans SC" w:hAnsi="Source Han Sans SC" w:eastAsia="Source Han Sans SC" w:cs="Source Han Sans SC" w:hint="eastAsia"/>
          <w:sz w:val="21"/>
        </w:rPr>
        <w:t xml:space="preserve"> 更新至 </w:t>
      </w:r>
      <w:r>
        <w:rPr>
          <w:rFonts w:ascii="Menlo" w:hAnsi="Menlo"/>
          <w:color w:val="444444"/>
          <w:sz w:val="20"/>
        </w:rPr>
        <w:t>3.0.0</w:t>
      </w:r>
    </w:p>
    <w:p>
      <w:pPr>
        <w:pStyle w:val="ListBullet"/>
      </w:pPr>
      <w:r>
        <w:rPr>
          <w:rFonts w:ascii="Menlo" w:hAnsi="Menlo"/>
          <w:color w:val="444444"/>
          <w:sz w:val="20"/>
        </w:rPr>
        <w:t>@polyv/player-module</w:t>
      </w:r>
      <w:r>
        <w:rPr>
          <w:rFonts w:ascii="Source Han Sans SC" w:hAnsi="Source Han Sans SC" w:eastAsia="Source Han Sans SC" w:cs="Source Han Sans SC" w:hint="eastAsia"/>
          <w:sz w:val="21"/>
        </w:rPr>
        <w:t xml:space="preserve"> 更新至 </w:t>
      </w:r>
      <w:r>
        <w:rPr>
          <w:rFonts w:ascii="Menlo" w:hAnsi="Menlo"/>
          <w:color w:val="444444"/>
          <w:sz w:val="20"/>
        </w:rPr>
        <w:t>1.17.0</w:t>
      </w:r>
    </w:p>
    <w:p>
      <w:pPr>
        <w:pStyle w:val="ListBullet"/>
      </w:pPr>
      <w:r>
        <w:rPr>
          <w:rFonts w:ascii="Menlo" w:hAnsi="Menlo"/>
          <w:color w:val="444444"/>
          <w:sz w:val="20"/>
        </w:rPr>
        <w:t>@polyv/rtas-sdk</w:t>
      </w:r>
      <w:r>
        <w:rPr>
          <w:rFonts w:ascii="Source Han Sans SC" w:hAnsi="Source Han Sans SC" w:eastAsia="Source Han Sans SC" w:cs="Source Han Sans SC" w:hint="eastAsia"/>
          <w:sz w:val="21"/>
        </w:rPr>
        <w:t xml:space="preserve"> 更新至 </w:t>
      </w:r>
      <w:r>
        <w:rPr>
          <w:rFonts w:ascii="Menlo" w:hAnsi="Menlo"/>
          <w:color w:val="444444"/>
          <w:sz w:val="20"/>
        </w:rPr>
        <w:t>0.5.1</w:t>
      </w:r>
    </w:p>
    <w:p>
      <w:pPr>
        <w:pStyle w:val="ListBullet"/>
      </w:pPr>
      <w:r>
        <w:rPr>
          <w:rFonts w:ascii="Menlo" w:hAnsi="Menlo"/>
          <w:color w:val="444444"/>
          <w:sz w:val="20"/>
        </w:rPr>
        <w:t>@polyv/live-low-latency-player</w:t>
      </w:r>
      <w:r>
        <w:rPr>
          <w:rFonts w:ascii="Source Han Sans SC" w:hAnsi="Source Han Sans SC" w:eastAsia="Source Han Sans SC" w:cs="Source Han Sans SC" w:hint="eastAsia"/>
          <w:sz w:val="21"/>
        </w:rPr>
        <w:t xml:space="preserve"> 更新至 </w:t>
      </w:r>
      <w:r>
        <w:rPr>
          <w:rFonts w:ascii="Menlo" w:hAnsi="Menlo"/>
          <w:color w:val="444444"/>
          <w:sz w:val="20"/>
        </w:rPr>
        <w:t>1.5.0</w:t>
      </w:r>
    </w:p>
    <w:p>
      <w:pPr>
        <w:pStyle w:val="ListBullet"/>
      </w:pPr>
      <w:r>
        <w:rPr>
          <w:rFonts w:ascii="Menlo" w:hAnsi="Menlo"/>
          <w:color w:val="444444"/>
          <w:sz w:val="20"/>
        </w:rPr>
        <w:t>interactions-receive-sdk</w:t>
      </w:r>
      <w:r>
        <w:rPr>
          <w:rFonts w:ascii="Source Han Sans SC" w:hAnsi="Source Han Sans SC" w:eastAsia="Source Han Sans SC" w:cs="Source Han Sans SC" w:hint="eastAsia"/>
          <w:sz w:val="21"/>
        </w:rPr>
        <w:t xml:space="preserve"> 更新至 </w:t>
      </w:r>
      <w:r>
        <w:rPr>
          <w:rFonts w:ascii="Menlo" w:hAnsi="Menlo"/>
          <w:color w:val="444444"/>
          <w:sz w:val="20"/>
        </w:rPr>
        <w:t>rc-20240321</w:t>
      </w:r>
    </w:p>
    <w:p>
      <w:r>
        <w:rPr>
          <w:rFonts w:ascii="Source Han Sans SC" w:hAnsi="Source Han Sans SC" w:eastAsia="Source Han Sans SC" w:cs="Source Han Sans SC" w:hint="eastAsia"/>
          <w:sz w:val="21"/>
        </w:rPr>
        <w:t>---</w:t>
      </w:r>
    </w:p>
    <w:p>
      <w:pPr>
        <w:pStyle w:val="Heading1"/>
      </w:pPr>
      <w:r>
        <w:t>v1.1.0(2024-02-01)</w:t>
      </w:r>
    </w:p>
    <w:p>
      <w:pPr>
        <w:pStyle w:val="Heading2"/>
      </w:pPr>
      <w:r>
        <w:t>Bug Fixes</w:t>
      </w:r>
    </w:p>
    <w:p>
      <w:pPr>
        <w:pStyle w:val="ListBullet"/>
      </w:pPr>
      <w:r>
        <w:rPr>
          <w:rFonts w:ascii="Source Han Sans SC" w:hAnsi="Source Han Sans SC" w:eastAsia="Source Han Sans SC" w:cs="Source Han Sans SC" w:hint="eastAsia"/>
          <w:sz w:val="21"/>
        </w:rPr>
        <w:t xml:space="preserve">sdk 修复在初始化 </w:t>
      </w:r>
      <w:r>
        <w:rPr>
          <w:rFonts w:ascii="Menlo" w:hAnsi="Menlo"/>
          <w:color w:val="444444"/>
          <w:sz w:val="20"/>
        </w:rPr>
        <w:t>watchCore</w:t>
      </w:r>
      <w:r>
        <w:rPr>
          <w:rFonts w:ascii="Source Han Sans SC" w:hAnsi="Source Han Sans SC" w:eastAsia="Source Han Sans SC" w:cs="Source Han Sans SC" w:hint="eastAsia"/>
          <w:sz w:val="21"/>
        </w:rPr>
        <w:t xml:space="preserve"> 时，在传入的观众昵称为手机号后无法正常设置昵称的问题</w:t>
      </w:r>
    </w:p>
    <w:p>
      <w:pPr>
        <w:pStyle w:val="ListBullet"/>
      </w:pPr>
      <w:r>
        <w:rPr>
          <w:rFonts w:ascii="Source Han Sans SC" w:hAnsi="Source Han Sans SC" w:eastAsia="Source Han Sans SC" w:cs="Source Han Sans SC" w:hint="eastAsia"/>
          <w:sz w:val="21"/>
        </w:rPr>
        <w:t>sdk 修复内部模块浮点数计算精度问题，涉及提现模块(withdraw) 和红包模块(redpack)</w:t>
      </w:r>
    </w:p>
    <w:p>
      <w:pPr>
        <w:pStyle w:val="ListBullet"/>
      </w:pPr>
      <w:r>
        <w:rPr>
          <w:rFonts w:ascii="Source Han Sans SC" w:hAnsi="Source Han Sans SC" w:eastAsia="Source Han Sans SC" w:cs="Source Han Sans SC" w:hint="eastAsia"/>
          <w:sz w:val="21"/>
        </w:rPr>
        <w:t>播放器模块(player) 修复正常延迟直播播放时清晰度选项和配置不符合的问题</w:t>
      </w:r>
    </w:p>
    <w:p>
      <w:pPr>
        <w:pStyle w:val="ListBullet"/>
      </w:pPr>
      <w:r>
        <w:rPr>
          <w:rFonts w:ascii="Source Han Sans SC" w:hAnsi="Source Han Sans SC" w:eastAsia="Source Han Sans SC" w:cs="Source Han Sans SC" w:hint="eastAsia"/>
          <w:sz w:val="21"/>
        </w:rPr>
        <w:t>播放器模块(player) 修复在 PC 微信小程序上部分交互和样式异常的问题</w:t>
      </w:r>
    </w:p>
    <w:p>
      <w:pPr>
        <w:pStyle w:val="ListBullet"/>
      </w:pPr>
      <w:r>
        <w:rPr>
          <w:rFonts w:ascii="Source Han Sans SC" w:hAnsi="Source Han Sans SC" w:eastAsia="Source Han Sans SC" w:cs="Source Han Sans SC" w:hint="eastAsia"/>
          <w:sz w:val="21"/>
        </w:rPr>
        <w:t>报名模块(enroll) 修复在参与互动场景下，使用姓名作为聊天室昵称时没有及时同步的问题</w:t>
      </w:r>
    </w:p>
    <w:p>
      <w:pPr>
        <w:pStyle w:val="ListBullet"/>
      </w:pPr>
      <w:r>
        <w:rPr>
          <w:rFonts w:ascii="Source Han Sans SC" w:hAnsi="Source Han Sans SC" w:eastAsia="Source Han Sans SC" w:cs="Source Han Sans SC" w:hint="eastAsia"/>
          <w:sz w:val="21"/>
        </w:rPr>
        <w:t>连麦模块(connect-mic) 修复部分 ios 机型观看页点击申请连麦授权后无延迟播放没有声音的问题</w:t>
      </w:r>
    </w:p>
    <w:p>
      <w:pPr>
        <w:pStyle w:val="Heading2"/>
      </w:pPr>
      <w:r>
        <w:t>Features</w:t>
      </w:r>
    </w:p>
    <w:p>
      <w:pPr>
        <w:pStyle w:val="ListBullet"/>
      </w:pPr>
      <w:r>
        <w:rPr>
          <w:rFonts w:ascii="Source Han Sans SC" w:hAnsi="Source Han Sans SC" w:eastAsia="Source Han Sans SC" w:cs="Source Han Sans SC" w:hint="eastAsia"/>
          <w:sz w:val="21"/>
        </w:rPr>
        <w:t>互动模块(interact-receive) 支持自定义抽奖礼盒按钮文案</w:t>
      </w:r>
    </w:p>
    <w:p>
      <w:pPr>
        <w:pStyle w:val="ListBullet"/>
      </w:pPr>
      <w:r>
        <w:rPr>
          <w:rFonts w:ascii="Source Han Sans SC" w:hAnsi="Source Han Sans SC" w:eastAsia="Source Han Sans SC" w:cs="Source Han Sans SC" w:hint="eastAsia"/>
          <w:sz w:val="21"/>
        </w:rPr>
        <w:t xml:space="preserve">邀请模块(invite) 新增 </w:t>
      </w:r>
      <w:r>
        <w:rPr>
          <w:rFonts w:ascii="Menlo" w:hAnsi="Menlo"/>
          <w:color w:val="444444"/>
          <w:sz w:val="20"/>
        </w:rPr>
        <w:t>getInvitePosterUrl</w:t>
      </w:r>
      <w:r>
        <w:rPr>
          <w:rFonts w:ascii="Source Han Sans SC" w:hAnsi="Source Han Sans SC" w:eastAsia="Source Han Sans SC" w:cs="Source Han Sans SC" w:hint="eastAsia"/>
          <w:sz w:val="21"/>
        </w:rPr>
        <w:t xml:space="preserve"> 方法来获取保利威邀请海报链接</w:t>
      </w:r>
    </w:p>
    <w:p>
      <w:pPr>
        <w:pStyle w:val="ListBullet"/>
      </w:pPr>
      <w:r>
        <w:rPr>
          <w:rFonts w:ascii="Source Han Sans SC" w:hAnsi="Source Han Sans SC" w:eastAsia="Source Han Sans SC" w:cs="Source Han Sans SC" w:hint="eastAsia"/>
          <w:sz w:val="21"/>
        </w:rPr>
        <w:t>一客一码模块(sale-invite) 新增分享参数逻辑处理，支持响应后台相关配置</w:t>
      </w:r>
    </w:p>
    <w:p>
      <w:pPr>
        <w:pStyle w:val="ListBullet"/>
      </w:pPr>
      <w:r>
        <w:rPr>
          <w:rFonts w:ascii="Source Han Sans SC" w:hAnsi="Source Han Sans SC" w:eastAsia="Source Han Sans SC" w:cs="Source Han Sans SC" w:hint="eastAsia"/>
          <w:sz w:val="21"/>
        </w:rPr>
        <w:t xml:space="preserve">观众模块(user-module) 新增 </w:t>
      </w:r>
      <w:r>
        <w:rPr>
          <w:rFonts w:ascii="Menlo" w:hAnsi="Menlo"/>
          <w:color w:val="444444"/>
          <w:sz w:val="20"/>
        </w:rPr>
        <w:t>getUserSaleInfo</w:t>
      </w:r>
      <w:r>
        <w:rPr>
          <w:rFonts w:ascii="Source Han Sans SC" w:hAnsi="Source Han Sans SC" w:eastAsia="Source Han Sans SC" w:cs="Source Han Sans SC" w:hint="eastAsia"/>
          <w:sz w:val="21"/>
        </w:rPr>
        <w:t xml:space="preserve"> 方法获取当前一客一码跟进人信息</w:t>
      </w:r>
    </w:p>
    <w:p>
      <w:pPr>
        <w:pStyle w:val="ListBullet"/>
      </w:pPr>
      <w:r>
        <w:rPr>
          <w:rFonts w:ascii="Source Han Sans SC" w:hAnsi="Source Han Sans SC" w:eastAsia="Source Han Sans SC" w:cs="Source Han Sans SC" w:hint="eastAsia"/>
          <w:sz w:val="21"/>
        </w:rPr>
        <w:t>工具模块(utils) 新增生成保利威 PDF 预览地址和错误页地址的方法</w:t>
      </w:r>
    </w:p>
    <w:p>
      <w:pPr>
        <w:pStyle w:val="Heading2"/>
      </w:pPr>
      <w:r>
        <w:t>Optimizes</w:t>
      </w:r>
    </w:p>
    <w:p>
      <w:pPr>
        <w:pStyle w:val="ListBullet"/>
      </w:pPr>
      <w:r>
        <w:rPr>
          <w:rFonts w:ascii="Source Han Sans SC" w:hAnsi="Source Han Sans SC" w:eastAsia="Source Han Sans SC" w:cs="Source Han Sans SC" w:hint="eastAsia"/>
          <w:sz w:val="21"/>
        </w:rPr>
        <w:t>sdk 优化内部判断移动端设备的逻辑，适配麒麟系统</w:t>
      </w:r>
    </w:p>
    <w:p>
      <w:pPr>
        <w:pStyle w:val="ListBullet"/>
      </w:pPr>
      <w:r>
        <w:rPr>
          <w:rFonts w:ascii="Source Han Sans SC" w:hAnsi="Source Han Sans SC" w:eastAsia="Source Han Sans SC" w:cs="Source Han Sans SC" w:hint="eastAsia"/>
          <w:sz w:val="21"/>
        </w:rPr>
        <w:t>sdk 优化在移动设备使用正常延迟直播播放器时，直接加载对应的移动端播放器</w:t>
      </w:r>
    </w:p>
    <w:p>
      <w:pPr>
        <w:pStyle w:val="ListBullet"/>
      </w:pPr>
      <w:r>
        <w:rPr>
          <w:rFonts w:ascii="Source Han Sans SC" w:hAnsi="Source Han Sans SC" w:eastAsia="Source Han Sans SC" w:cs="Source Han Sans SC" w:hint="eastAsia"/>
          <w:sz w:val="21"/>
        </w:rPr>
        <w:t>观看条件模块(auth) 优化在外部授权条件下，跳转到失败授权地址时携带当前页面链接除保利威授权参数外的所有参数</w:t>
      </w:r>
    </w:p>
    <w:p>
      <w:pPr>
        <w:pStyle w:val="ListBullet"/>
      </w:pPr>
      <w:r>
        <w:rPr>
          <w:rFonts w:ascii="Source Han Sans SC" w:hAnsi="Source Han Sans SC" w:eastAsia="Source Han Sans SC" w:cs="Source Han Sans SC" w:hint="eastAsia"/>
          <w:sz w:val="21"/>
        </w:rPr>
        <w:t xml:space="preserve">频道模块(channel) 优化语言配置逻辑，增加 </w:t>
      </w:r>
      <w:r>
        <w:rPr>
          <w:rFonts w:ascii="Menlo" w:hAnsi="Menlo"/>
          <w:color w:val="444444"/>
          <w:sz w:val="20"/>
        </w:rPr>
        <w:t>getRecommendLangSetting</w:t>
      </w:r>
      <w:r>
        <w:rPr>
          <w:rFonts w:ascii="Source Han Sans SC" w:hAnsi="Source Han Sans SC" w:eastAsia="Source Han Sans SC" w:cs="Source Han Sans SC" w:hint="eastAsia"/>
          <w:sz w:val="21"/>
        </w:rPr>
        <w:t xml:space="preserve"> 方法来获取最优先的语言配置项</w:t>
      </w:r>
    </w:p>
    <w:p>
      <w:pPr>
        <w:pStyle w:val="ListBullet"/>
      </w:pPr>
      <w:r>
        <w:rPr>
          <w:rFonts w:ascii="Source Han Sans SC" w:hAnsi="Source Han Sans SC" w:eastAsia="Source Han Sans SC" w:cs="Source Han Sans SC" w:hint="eastAsia"/>
          <w:sz w:val="21"/>
        </w:rPr>
        <w:t xml:space="preserve">域名模块(domain) 新增 </w:t>
      </w:r>
      <w:r>
        <w:rPr>
          <w:rFonts w:ascii="Menlo" w:hAnsi="Menlo"/>
          <w:color w:val="444444"/>
          <w:sz w:val="20"/>
        </w:rPr>
        <w:t>watchPageDomain</w:t>
      </w:r>
      <w:r>
        <w:rPr>
          <w:rFonts w:ascii="Source Han Sans SC" w:hAnsi="Source Han Sans SC" w:eastAsia="Source Han Sans SC" w:cs="Source Han Sans SC" w:hint="eastAsia"/>
          <w:sz w:val="21"/>
        </w:rPr>
        <w:t xml:space="preserve"> 配置，并优化保利威业务页面跳转的域名处理逻辑</w:t>
      </w:r>
    </w:p>
    <w:p>
      <w:pPr>
        <w:pStyle w:val="ListBullet"/>
      </w:pPr>
      <w:r>
        <w:rPr>
          <w:rFonts w:ascii="Source Han Sans SC" w:hAnsi="Source Han Sans SC" w:eastAsia="Source Han Sans SC" w:cs="Source Han Sans SC" w:hint="eastAsia"/>
          <w:sz w:val="21"/>
        </w:rPr>
        <w:t>sdk 内部一系列细节优化，包括微信快照页，分享参数等...</w:t>
      </w:r>
    </w:p>
    <w:p>
      <w:pPr>
        <w:pStyle w:val="Heading2"/>
      </w:pPr>
      <w:r>
        <w:t>Build System</w:t>
      </w:r>
    </w:p>
    <w:p>
      <w:pPr>
        <w:pStyle w:val="ListBullet"/>
      </w:pPr>
      <w:r>
        <w:rPr>
          <w:rFonts w:ascii="Menlo" w:hAnsi="Menlo"/>
          <w:color w:val="444444"/>
          <w:sz w:val="20"/>
        </w:rPr>
        <w:t>@polyv/player-module</w:t>
      </w:r>
      <w:r>
        <w:rPr>
          <w:rFonts w:ascii="Source Han Sans SC" w:hAnsi="Source Han Sans SC" w:eastAsia="Source Han Sans SC" w:cs="Source Han Sans SC" w:hint="eastAsia"/>
          <w:sz w:val="21"/>
        </w:rPr>
        <w:t xml:space="preserve"> 更新至 </w:t>
      </w:r>
      <w:r>
        <w:rPr>
          <w:rFonts w:ascii="Menlo" w:hAnsi="Menlo"/>
          <w:color w:val="444444"/>
          <w:sz w:val="20"/>
        </w:rPr>
        <w:t>1.17.0</w:t>
      </w:r>
      <w:r>
        <w:rPr>
          <w:rFonts w:ascii="Source Han Sans SC" w:hAnsi="Source Han Sans SC" w:eastAsia="Source Han Sans SC" w:cs="Source Han Sans SC" w:hint="eastAsia"/>
          <w:sz w:val="21"/>
        </w:rPr>
        <w:t xml:space="preserve"> 版本，支持和优化弹幕相关逻辑</w:t>
      </w:r>
    </w:p>
    <w:p>
      <w:pPr>
        <w:pStyle w:val="ListBullet"/>
      </w:pPr>
      <w:r>
        <w:rPr>
          <w:rFonts w:ascii="Menlo" w:hAnsi="Menlo"/>
          <w:color w:val="444444"/>
          <w:sz w:val="20"/>
        </w:rPr>
        <w:t>@polyv/interactions-receive-sdk</w:t>
      </w:r>
      <w:r>
        <w:rPr>
          <w:rFonts w:ascii="Source Han Sans SC" w:hAnsi="Source Han Sans SC" w:eastAsia="Source Han Sans SC" w:cs="Source Han Sans SC" w:hint="eastAsia"/>
          <w:sz w:val="21"/>
        </w:rPr>
        <w:t xml:space="preserve"> 更新至 </w:t>
      </w:r>
      <w:r>
        <w:rPr>
          <w:rFonts w:ascii="Menlo" w:hAnsi="Menlo"/>
          <w:color w:val="444444"/>
          <w:sz w:val="20"/>
        </w:rPr>
        <w:t>rc-20240201</w:t>
      </w:r>
      <w:r>
        <w:rPr>
          <w:rFonts w:ascii="Source Han Sans SC" w:hAnsi="Source Han Sans SC" w:eastAsia="Source Han Sans SC" w:cs="Source Han Sans SC" w:hint="eastAsia"/>
          <w:sz w:val="21"/>
        </w:rPr>
        <w:t xml:space="preserve"> 版本</w:t>
      </w:r>
    </w:p>
    <w:p>
      <w:pPr>
        <w:pStyle w:val="ListBullet"/>
      </w:pPr>
      <w:r>
        <w:rPr>
          <w:rFonts w:ascii="Menlo" w:hAnsi="Menlo"/>
          <w:color w:val="444444"/>
          <w:sz w:val="20"/>
        </w:rPr>
        <w:t>@polyv/live-low-latency-player</w:t>
      </w:r>
      <w:r>
        <w:rPr>
          <w:rFonts w:ascii="Source Han Sans SC" w:hAnsi="Source Han Sans SC" w:eastAsia="Source Han Sans SC" w:cs="Source Han Sans SC" w:hint="eastAsia"/>
          <w:sz w:val="21"/>
        </w:rPr>
        <w:t xml:space="preserve"> 更新至 </w:t>
      </w:r>
      <w:r>
        <w:rPr>
          <w:rFonts w:ascii="Menlo" w:hAnsi="Menlo"/>
          <w:color w:val="444444"/>
          <w:sz w:val="20"/>
        </w:rPr>
        <w:t>1.4.0</w:t>
      </w:r>
      <w:r>
        <w:rPr>
          <w:rFonts w:ascii="Source Han Sans SC" w:hAnsi="Source Han Sans SC" w:eastAsia="Source Han Sans SC" w:cs="Source Han Sans SC" w:hint="eastAsia"/>
          <w:sz w:val="21"/>
        </w:rPr>
        <w:t xml:space="preserve"> 版本，优化退到后台恢复前台拉流逻辑</w:t>
      </w:r>
    </w:p>
    <w:p>
      <w:r>
        <w:rPr>
          <w:rFonts w:ascii="Source Han Sans SC" w:hAnsi="Source Han Sans SC" w:eastAsia="Source Han Sans SC" w:cs="Source Han Sans SC" w:hint="eastAsia"/>
          <w:sz w:val="21"/>
        </w:rPr>
        <w:t>---</w:t>
      </w:r>
    </w:p>
    <w:p>
      <w:pPr>
        <w:pStyle w:val="Heading1"/>
      </w:pPr>
      <w:r>
        <w:t>v1.0.0(2023-12-29)</w:t>
      </w:r>
    </w:p>
    <w:p>
      <w:pPr>
        <w:pStyle w:val="Heading2"/>
      </w:pPr>
      <w:r>
        <w:t>Deprecated</w:t>
      </w:r>
    </w:p>
    <w:p>
      <w:pPr>
        <w:pStyle w:val="ListBullet"/>
      </w:pPr>
      <w:r>
        <w:rPr>
          <w:rFonts w:ascii="Source Han Sans SC" w:hAnsi="Source Han Sans SC" w:eastAsia="Source Han Sans SC" w:cs="Source Han Sans SC" w:hint="eastAsia"/>
          <w:sz w:val="21"/>
        </w:rPr>
        <w:t xml:space="preserve">播放器模块(player) 即将废弃 </w:t>
      </w:r>
      <w:r>
        <w:rPr>
          <w:rFonts w:ascii="Menlo" w:hAnsi="Menlo"/>
          <w:color w:val="444444"/>
          <w:sz w:val="20"/>
        </w:rPr>
        <w:t>playerInfo</w:t>
      </w:r>
      <w:r>
        <w:rPr>
          <w:rFonts w:ascii="Source Han Sans SC" w:hAnsi="Source Han Sans SC" w:eastAsia="Source Han Sans SC" w:cs="Source Han Sans SC" w:hint="eastAsia"/>
          <w:sz w:val="21"/>
        </w:rPr>
        <w:t xml:space="preserve"> 中的 </w:t>
      </w:r>
      <w:r>
        <w:rPr>
          <w:rFonts w:ascii="Menlo" w:hAnsi="Menlo"/>
          <w:color w:val="444444"/>
          <w:sz w:val="20"/>
        </w:rPr>
        <w:t>pcPlayerVersion</w:t>
      </w:r>
      <w:r>
        <w:rPr>
          <w:rFonts w:ascii="Source Han Sans SC" w:hAnsi="Source Han Sans SC" w:eastAsia="Source Han Sans SC" w:cs="Source Han Sans SC" w:hint="eastAsia"/>
          <w:sz w:val="21"/>
        </w:rPr>
        <w:t xml:space="preserve"> 中的字段</w:t>
      </w:r>
    </w:p>
    <w:p>
      <w:pPr>
        <w:pStyle w:val="Heading2"/>
      </w:pPr>
      <w:r>
        <w:t>Bug Fixes</w:t>
      </w:r>
    </w:p>
    <w:p>
      <w:pPr>
        <w:pStyle w:val="ListBullet"/>
      </w:pPr>
      <w:r>
        <w:rPr>
          <w:rFonts w:ascii="Source Han Sans SC" w:hAnsi="Source Han Sans SC" w:eastAsia="Source Han Sans SC" w:cs="Source Han Sans SC" w:hint="eastAsia"/>
          <w:sz w:val="21"/>
        </w:rPr>
        <w:t>连麦模块(connect-mic) 修复网络状况不佳且重复连麦时无法正常连麦的问题</w:t>
      </w:r>
    </w:p>
    <w:p>
      <w:pPr>
        <w:pStyle w:val="ListBullet"/>
      </w:pPr>
      <w:r>
        <w:rPr>
          <w:rFonts w:ascii="Source Han Sans SC" w:hAnsi="Source Han Sans SC" w:eastAsia="Source Han Sans SC" w:cs="Source Han Sans SC" w:hint="eastAsia"/>
          <w:sz w:val="21"/>
        </w:rPr>
        <w:t xml:space="preserve">聊天室模块(chat) 修复部分情况下当前观众发言后没有正常回调 </w:t>
      </w:r>
      <w:r>
        <w:rPr>
          <w:rFonts w:ascii="Menlo" w:hAnsi="Menlo"/>
          <w:color w:val="444444"/>
          <w:sz w:val="20"/>
        </w:rPr>
        <w:t>ChatEvents.SelfSpeak</w:t>
      </w:r>
      <w:r>
        <w:rPr>
          <w:rFonts w:ascii="Source Han Sans SC" w:hAnsi="Source Han Sans SC" w:eastAsia="Source Han Sans SC" w:cs="Source Han Sans SC" w:hint="eastAsia"/>
          <w:sz w:val="21"/>
        </w:rPr>
        <w:t xml:space="preserve"> 事件的问题</w:t>
      </w:r>
    </w:p>
    <w:p>
      <w:pPr>
        <w:pStyle w:val="ListBullet"/>
      </w:pPr>
      <w:r>
        <w:rPr>
          <w:rFonts w:ascii="Source Han Sans SC" w:hAnsi="Source Han Sans SC" w:eastAsia="Source Han Sans SC" w:cs="Source Han Sans SC" w:hint="eastAsia"/>
          <w:sz w:val="21"/>
        </w:rPr>
        <w:t>播放器模块(player) 修复无延迟直播时移功能和跑马灯功能冲突的问题</w:t>
      </w:r>
    </w:p>
    <w:p>
      <w:pPr>
        <w:pStyle w:val="Heading2"/>
      </w:pPr>
      <w:r>
        <w:t>Features</w:t>
      </w:r>
    </w:p>
    <w:p>
      <w:pPr>
        <w:pStyle w:val="ListBullet"/>
      </w:pPr>
      <w:r>
        <w:rPr>
          <w:rFonts w:ascii="Source Han Sans SC" w:hAnsi="Source Han Sans SC" w:eastAsia="Source Han Sans SC" w:cs="Source Han Sans SC" w:hint="eastAsia"/>
          <w:sz w:val="21"/>
        </w:rPr>
        <w:t>域名模块(domain) 新增相关的域名配置项，其余模块同步更改</w:t>
      </w:r>
    </w:p>
    <w:p>
      <w:pPr>
        <w:pStyle w:val="ListBullet"/>
      </w:pPr>
      <w:r>
        <w:rPr>
          <w:rFonts w:ascii="Source Han Sans SC" w:hAnsi="Source Han Sans SC" w:eastAsia="Source Han Sans SC" w:cs="Source Han Sans SC" w:hint="eastAsia"/>
          <w:sz w:val="21"/>
        </w:rPr>
        <w:t>工具模块(utils) 新增获取当前默认静态资源的方法</w:t>
      </w:r>
    </w:p>
    <w:p>
      <w:pPr>
        <w:pStyle w:val="ListBullet"/>
      </w:pPr>
      <w:r>
        <w:rPr>
          <w:rFonts w:ascii="Source Han Sans SC" w:hAnsi="Source Han Sans SC" w:eastAsia="Source Han Sans SC" w:cs="Source Han Sans SC" w:hint="eastAsia"/>
          <w:sz w:val="21"/>
        </w:rPr>
        <w:t>播放器模块(player) 增加暂停按钮样式开关</w:t>
      </w:r>
    </w:p>
    <w:p>
      <w:pPr>
        <w:pStyle w:val="ListBullet"/>
      </w:pPr>
      <w:r>
        <w:rPr>
          <w:rFonts w:ascii="Source Han Sans SC" w:hAnsi="Source Han Sans SC" w:eastAsia="Source Han Sans SC" w:cs="Source Han Sans SC" w:hint="eastAsia"/>
          <w:sz w:val="21"/>
        </w:rPr>
        <w:t xml:space="preserve">字幕模块(subtitle) 新增 </w:t>
      </w:r>
      <w:r>
        <w:rPr>
          <w:rFonts w:ascii="Menlo" w:hAnsi="Menlo"/>
          <w:color w:val="444444"/>
          <w:sz w:val="20"/>
        </w:rPr>
        <w:t>SubtitleSetuped</w:t>
      </w:r>
      <w:r>
        <w:rPr>
          <w:rFonts w:ascii="Source Han Sans SC" w:hAnsi="Source Han Sans SC" w:eastAsia="Source Han Sans SC" w:cs="Source Han Sans SC" w:hint="eastAsia"/>
          <w:sz w:val="21"/>
        </w:rPr>
        <w:t xml:space="preserve"> 事件回调来兼容获取历史消息逻辑</w:t>
      </w:r>
    </w:p>
    <w:p>
      <w:pPr>
        <w:pStyle w:val="ListBullet"/>
      </w:pPr>
      <w:r>
        <w:rPr>
          <w:rFonts w:ascii="Source Han Sans SC" w:hAnsi="Source Han Sans SC" w:eastAsia="Source Han Sans SC" w:cs="Source Han Sans SC" w:hint="eastAsia"/>
          <w:sz w:val="21"/>
        </w:rPr>
        <w:t xml:space="preserve">打赏模块(donate) 新增 </w:t>
      </w:r>
      <w:r>
        <w:rPr>
          <w:rFonts w:ascii="Menlo" w:hAnsi="Menlo"/>
          <w:color w:val="444444"/>
          <w:sz w:val="20"/>
        </w:rPr>
        <w:t>getDonateSvgaUrl</w:t>
      </w:r>
      <w:r>
        <w:rPr>
          <w:rFonts w:ascii="Source Han Sans SC" w:hAnsi="Source Han Sans SC" w:eastAsia="Source Han Sans SC" w:cs="Source Han Sans SC" w:hint="eastAsia"/>
          <w:sz w:val="21"/>
        </w:rPr>
        <w:t xml:space="preserve"> 方法来获取保利威默认的 </w:t>
      </w:r>
      <w:r>
        <w:rPr>
          <w:rFonts w:ascii="Menlo" w:hAnsi="Menlo"/>
          <w:color w:val="444444"/>
          <w:sz w:val="20"/>
        </w:rPr>
        <w:t>svga</w:t>
      </w:r>
      <w:r>
        <w:rPr>
          <w:rFonts w:ascii="Source Han Sans SC" w:hAnsi="Source Han Sans SC" w:eastAsia="Source Han Sans SC" w:cs="Source Han Sans SC" w:hint="eastAsia"/>
          <w:sz w:val="21"/>
        </w:rPr>
        <w:t xml:space="preserve"> 链接</w:t>
      </w:r>
    </w:p>
    <w:p>
      <w:pPr>
        <w:pStyle w:val="Heading2"/>
      </w:pPr>
      <w:r>
        <w:t>Optimizes</w:t>
      </w:r>
    </w:p>
    <w:p>
      <w:pPr>
        <w:pStyle w:val="ListBullet"/>
      </w:pPr>
      <w:r>
        <w:rPr>
          <w:rFonts w:ascii="Source Han Sans SC" w:hAnsi="Source Han Sans SC" w:eastAsia="Source Han Sans SC" w:cs="Source Han Sans SC" w:hint="eastAsia"/>
          <w:sz w:val="21"/>
        </w:rPr>
        <w:t xml:space="preserve">加载外部 SDK 时增加 </w:t>
      </w:r>
      <w:r>
        <w:rPr>
          <w:rFonts w:ascii="Menlo" w:hAnsi="Menlo"/>
          <w:color w:val="444444"/>
          <w:sz w:val="20"/>
        </w:rPr>
        <w:t>crossorigin=anonymous</w:t>
      </w:r>
      <w:r>
        <w:rPr>
          <w:rFonts w:ascii="Source Han Sans SC" w:hAnsi="Source Han Sans SC" w:eastAsia="Source Han Sans SC" w:cs="Source Han Sans SC" w:hint="eastAsia"/>
          <w:sz w:val="21"/>
        </w:rPr>
        <w:t xml:space="preserve"> 逻辑处理</w:t>
      </w:r>
    </w:p>
    <w:p>
      <w:pPr>
        <w:pStyle w:val="ListBullet"/>
      </w:pPr>
      <w:r>
        <w:rPr>
          <w:rFonts w:ascii="Source Han Sans SC" w:hAnsi="Source Han Sans SC" w:eastAsia="Source Han Sans SC" w:cs="Source Han Sans SC" w:hint="eastAsia"/>
          <w:sz w:val="21"/>
        </w:rPr>
        <w:t>观看条件模块(auth) 补充一客一码授权类型处理</w:t>
      </w:r>
    </w:p>
    <w:p>
      <w:pPr>
        <w:pStyle w:val="ListBullet"/>
      </w:pPr>
      <w:r>
        <w:rPr>
          <w:rFonts w:ascii="Source Han Sans SC" w:hAnsi="Source Han Sans SC" w:eastAsia="Source Han Sans SC" w:cs="Source Han Sans SC" w:hint="eastAsia"/>
          <w:sz w:val="21"/>
        </w:rPr>
        <w:t>弹幕模块(barrage) 优化显示逻辑，在弹幕数过多的情况下也不丢弃当前观众的弹幕</w:t>
      </w:r>
    </w:p>
    <w:p>
      <w:pPr>
        <w:pStyle w:val="ListBullet"/>
      </w:pPr>
      <w:r>
        <w:rPr>
          <w:rFonts w:ascii="Source Han Sans SC" w:hAnsi="Source Han Sans SC" w:eastAsia="Source Han Sans SC" w:cs="Source Han Sans SC" w:hint="eastAsia"/>
          <w:sz w:val="21"/>
        </w:rPr>
        <w:t>播放器模块(player) 兼容点播播放器在 PC 端小程序播放加密视频的逻辑</w:t>
      </w:r>
    </w:p>
    <w:p>
      <w:pPr>
        <w:pStyle w:val="ListBullet"/>
      </w:pPr>
      <w:r>
        <w:rPr>
          <w:rFonts w:ascii="Source Han Sans SC" w:hAnsi="Source Han Sans SC" w:eastAsia="Source Han Sans SC" w:cs="Source Han Sans SC" w:hint="eastAsia"/>
          <w:sz w:val="21"/>
        </w:rPr>
        <w:t>微信模块(weixin) 优化微信快照用户相关授权验证逻辑</w:t>
      </w:r>
    </w:p>
    <w:p>
      <w:pPr>
        <w:pStyle w:val="ListBullet"/>
      </w:pPr>
      <w:r>
        <w:rPr>
          <w:rFonts w:ascii="Source Han Sans SC" w:hAnsi="Source Han Sans SC" w:eastAsia="Source Han Sans SC" w:cs="Source Han Sans SC" w:hint="eastAsia"/>
          <w:sz w:val="21"/>
        </w:rPr>
        <w:t>频道模块(channel) 和播放器模块(player) 优化直播结束后自动切回放逻辑</w:t>
      </w:r>
    </w:p>
    <w:p>
      <w:pPr>
        <w:pStyle w:val="Heading2"/>
      </w:pPr>
      <w:r>
        <w:t>Build System</w:t>
      </w:r>
    </w:p>
    <w:p>
      <w:pPr>
        <w:pStyle w:val="ListBullet"/>
      </w:pPr>
      <w:r>
        <w:rPr>
          <w:rFonts w:ascii="Source Han Sans SC" w:hAnsi="Source Han Sans SC" w:eastAsia="Source Han Sans SC" w:cs="Source Han Sans SC" w:hint="eastAsia"/>
          <w:sz w:val="21"/>
        </w:rPr>
        <w:t>SDK 正式版固定依赖库版本号，依赖的部分 beta 包更新至正式版</w:t>
      </w:r>
    </w:p>
    <w:p>
      <w:pPr>
        <w:pStyle w:val="ListBullet"/>
      </w:pPr>
      <w:r>
        <w:rPr>
          <w:rFonts w:ascii="Menlo" w:hAnsi="Menlo"/>
          <w:color w:val="444444"/>
          <w:sz w:val="20"/>
        </w:rPr>
        <w:t>@polyv/interactions-receive-sdk</w:t>
      </w:r>
      <w:r>
        <w:rPr>
          <w:rFonts w:ascii="Source Han Sans SC" w:hAnsi="Source Han Sans SC" w:eastAsia="Source Han Sans SC" w:cs="Source Han Sans SC" w:hint="eastAsia"/>
          <w:sz w:val="21"/>
        </w:rPr>
        <w:t xml:space="preserve"> 更新至 </w:t>
      </w:r>
      <w:r>
        <w:rPr>
          <w:rFonts w:ascii="Menlo" w:hAnsi="Menlo"/>
          <w:color w:val="444444"/>
          <w:sz w:val="20"/>
        </w:rPr>
        <w:t>rc-20231228</w:t>
      </w:r>
      <w:r>
        <w:rPr>
          <w:rFonts w:ascii="Source Han Sans SC" w:hAnsi="Source Han Sans SC" w:eastAsia="Source Han Sans SC" w:cs="Source Han Sans SC" w:hint="eastAsia"/>
          <w:sz w:val="21"/>
        </w:rPr>
        <w:t xml:space="preserve"> 版本</w:t>
      </w:r>
    </w:p>
    <w:p>
      <w:pPr>
        <w:pStyle w:val="ListBullet"/>
      </w:pPr>
      <w:r>
        <w:rPr>
          <w:rFonts w:ascii="Menlo" w:hAnsi="Menlo"/>
          <w:color w:val="444444"/>
          <w:sz w:val="20"/>
        </w:rPr>
        <w:t>@polyv/player-module</w:t>
      </w:r>
      <w:r>
        <w:rPr>
          <w:rFonts w:ascii="Source Han Sans SC" w:hAnsi="Source Han Sans SC" w:eastAsia="Source Han Sans SC" w:cs="Source Han Sans SC" w:hint="eastAsia"/>
          <w:sz w:val="21"/>
        </w:rPr>
        <w:t xml:space="preserve"> 更新至 </w:t>
      </w:r>
      <w:r>
        <w:rPr>
          <w:rFonts w:ascii="Menlo" w:hAnsi="Menlo"/>
          <w:color w:val="444444"/>
          <w:sz w:val="20"/>
        </w:rPr>
        <w:t>1.16.1</w:t>
      </w:r>
      <w:r>
        <w:rPr>
          <w:rFonts w:ascii="Source Han Sans SC" w:hAnsi="Source Han Sans SC" w:eastAsia="Source Han Sans SC" w:cs="Source Han Sans SC" w:hint="eastAsia"/>
          <w:sz w:val="21"/>
        </w:rPr>
        <w:t xml:space="preserve"> 版本，完善弹幕库支持</w:t>
      </w:r>
    </w:p>
    <w:p>
      <w:pPr>
        <w:pStyle w:val="ListBullet"/>
      </w:pPr>
      <w:r>
        <w:rPr>
          <w:rFonts w:ascii="Menlo" w:hAnsi="Menlo"/>
          <w:color w:val="444444"/>
          <w:sz w:val="20"/>
        </w:rPr>
        <w:t>@polyv/live-low-latency-player</w:t>
      </w:r>
      <w:r>
        <w:rPr>
          <w:rFonts w:ascii="Source Han Sans SC" w:hAnsi="Source Han Sans SC" w:eastAsia="Source Han Sans SC" w:cs="Source Han Sans SC" w:hint="eastAsia"/>
          <w:sz w:val="21"/>
        </w:rPr>
        <w:t xml:space="preserve"> 更新至 </w:t>
      </w:r>
      <w:r>
        <w:rPr>
          <w:rFonts w:ascii="Menlo" w:hAnsi="Menlo"/>
          <w:color w:val="444444"/>
          <w:sz w:val="20"/>
        </w:rPr>
        <w:t>1.3.0</w:t>
      </w:r>
      <w:r>
        <w:rPr>
          <w:rFonts w:ascii="Source Han Sans SC" w:hAnsi="Source Han Sans SC" w:eastAsia="Source Han Sans SC" w:cs="Source Han Sans SC" w:hint="eastAsia"/>
          <w:sz w:val="21"/>
        </w:rPr>
        <w:t xml:space="preserve"> 版本</w:t>
      </w:r>
    </w:p>
    <w:p>
      <w:r>
        <w:rPr>
          <w:rFonts w:ascii="Source Han Sans SC" w:hAnsi="Source Han Sans SC" w:eastAsia="Source Han Sans SC" w:cs="Source Han Sans SC" w:hint="eastAsia"/>
          <w:sz w:val="21"/>
        </w:rPr>
        <w:t>---</w:t>
      </w:r>
    </w:p>
    <w:p>
      <w:pPr>
        <w:pStyle w:val="Heading1"/>
      </w:pPr>
      <w:r>
        <w:t>v0.12.0(2023-12-08)</w:t>
      </w:r>
    </w:p>
    <w:p>
      <w:pPr>
        <w:pStyle w:val="Heading2"/>
      </w:pPr>
      <w:r>
        <w:t>Deprecated</w:t>
      </w:r>
    </w:p>
    <w:p>
      <w:pPr>
        <w:pStyle w:val="ListBullet"/>
      </w:pPr>
      <w:r>
        <w:rPr>
          <w:rFonts w:ascii="Source Han Sans SC" w:hAnsi="Source Han Sans SC" w:eastAsia="Source Han Sans SC" w:cs="Source Han Sans SC" w:hint="eastAsia"/>
          <w:sz w:val="21"/>
        </w:rPr>
        <w:t xml:space="preserve">互动模块(interact-receive) 即将废弃 </w:t>
      </w:r>
      <w:r>
        <w:rPr>
          <w:rFonts w:ascii="Menlo" w:hAnsi="Menlo"/>
          <w:color w:val="444444"/>
          <w:sz w:val="20"/>
        </w:rPr>
        <w:t>ProductEnabledChange</w:t>
      </w:r>
      <w:r>
        <w:rPr>
          <w:rFonts w:ascii="Source Han Sans SC" w:hAnsi="Source Han Sans SC" w:eastAsia="Source Han Sans SC" w:cs="Source Han Sans SC" w:hint="eastAsia"/>
          <w:sz w:val="21"/>
        </w:rPr>
        <w:t xml:space="preserve"> 事件，请改用 </w:t>
      </w:r>
      <w:r>
        <w:rPr>
          <w:rFonts w:ascii="Menlo" w:hAnsi="Menlo"/>
          <w:color w:val="444444"/>
          <w:sz w:val="20"/>
        </w:rPr>
        <w:t>InteractSettingUpdate</w:t>
      </w:r>
      <w:r>
        <w:rPr>
          <w:rFonts w:ascii="Source Han Sans SC" w:hAnsi="Source Han Sans SC" w:eastAsia="Source Han Sans SC" w:cs="Source Han Sans SC" w:hint="eastAsia"/>
          <w:sz w:val="21"/>
        </w:rPr>
        <w:t xml:space="preserve"> 事件处理</w:t>
      </w:r>
    </w:p>
    <w:p>
      <w:pPr>
        <w:pStyle w:val="Heading2"/>
      </w:pPr>
      <w:r>
        <w:t>Bug Fixes</w:t>
      </w:r>
    </w:p>
    <w:p>
      <w:pPr>
        <w:pStyle w:val="ListBullet"/>
      </w:pPr>
      <w:r>
        <w:rPr>
          <w:rFonts w:ascii="Source Han Sans SC" w:hAnsi="Source Han Sans SC" w:eastAsia="Source Han Sans SC" w:cs="Source Han Sans SC" w:hint="eastAsia"/>
          <w:sz w:val="21"/>
        </w:rPr>
        <w:t xml:space="preserve">修复频繁多次调用核心模块(watchCore) </w:t>
      </w:r>
      <w:r>
        <w:rPr>
          <w:rFonts w:ascii="Menlo" w:hAnsi="Menlo"/>
          <w:color w:val="444444"/>
          <w:sz w:val="20"/>
        </w:rPr>
        <w:t>setup</w:t>
      </w:r>
      <w:r>
        <w:rPr>
          <w:rFonts w:ascii="Source Han Sans SC" w:hAnsi="Source Han Sans SC" w:eastAsia="Source Han Sans SC" w:cs="Source Han Sans SC" w:hint="eastAsia"/>
          <w:sz w:val="21"/>
        </w:rPr>
        <w:t xml:space="preserve"> 方法报错的问题</w:t>
      </w:r>
    </w:p>
    <w:p>
      <w:pPr>
        <w:pStyle w:val="ListBullet"/>
      </w:pPr>
      <w:r>
        <w:rPr>
          <w:rFonts w:ascii="Source Han Sans SC" w:hAnsi="Source Han Sans SC" w:eastAsia="Source Han Sans SC" w:cs="Source Han Sans SC" w:hint="eastAsia"/>
          <w:sz w:val="21"/>
        </w:rPr>
        <w:t>修复播放器模块(player) 缺少清晰度选项的问题</w:t>
      </w:r>
    </w:p>
    <w:p>
      <w:pPr>
        <w:pStyle w:val="ListBullet"/>
      </w:pPr>
      <w:r>
        <w:rPr>
          <w:rFonts w:ascii="Source Han Sans SC" w:hAnsi="Source Han Sans SC" w:eastAsia="Source Han Sans SC" w:cs="Source Han Sans SC" w:hint="eastAsia"/>
          <w:sz w:val="21"/>
        </w:rPr>
        <w:t>修复字幕模块(subtitle) 获取历史实时字幕显示顺序可能反转的问题</w:t>
      </w:r>
    </w:p>
    <w:p>
      <w:pPr>
        <w:pStyle w:val="ListBullet"/>
      </w:pPr>
      <w:r>
        <w:rPr>
          <w:rFonts w:ascii="Source Han Sans SC" w:hAnsi="Source Han Sans SC" w:eastAsia="Source Han Sans SC" w:cs="Source Han Sans SC" w:hint="eastAsia"/>
          <w:sz w:val="21"/>
        </w:rPr>
        <w:t>修复互动评论抽奖时，自己发送的评论弹幕没显示</w:t>
      </w:r>
    </w:p>
    <w:p>
      <w:pPr>
        <w:pStyle w:val="ListBullet"/>
      </w:pPr>
      <w:r>
        <w:rPr>
          <w:rFonts w:ascii="Source Han Sans SC" w:hAnsi="Source Han Sans SC" w:eastAsia="Source Han Sans SC" w:cs="Source Han Sans SC" w:hint="eastAsia"/>
          <w:sz w:val="21"/>
        </w:rPr>
        <w:t>修复内部轮询器没有正常销毁的问题</w:t>
      </w:r>
    </w:p>
    <w:p>
      <w:pPr>
        <w:pStyle w:val="Heading2"/>
      </w:pPr>
      <w:r>
        <w:t>Features</w:t>
      </w:r>
    </w:p>
    <w:p>
      <w:pPr>
        <w:pStyle w:val="ListBullet"/>
      </w:pPr>
      <w:r>
        <w:rPr>
          <w:rFonts w:ascii="Source Han Sans SC" w:hAnsi="Source Han Sans SC" w:eastAsia="Source Han Sans SC" w:cs="Source Han Sans SC" w:hint="eastAsia"/>
          <w:sz w:val="21"/>
        </w:rPr>
        <w:t>SDK 应用配置(appConfig) 更新</w:t>
      </w:r>
    </w:p>
    <w:p>
      <w:pPr>
        <w:pStyle w:val="ListBullet"/>
      </w:pPr>
      <w:r>
        <w:rPr>
          <w:rFonts w:ascii="Source Han Sans SC" w:hAnsi="Source Han Sans SC" w:eastAsia="Source Han Sans SC" w:cs="Source Han Sans SC" w:hint="eastAsia"/>
          <w:sz w:val="21"/>
        </w:rPr>
        <w:t xml:space="preserve">新增 </w:t>
      </w:r>
      <w:r>
        <w:rPr>
          <w:rFonts w:ascii="Menlo" w:hAnsi="Menlo"/>
          <w:color w:val="444444"/>
          <w:sz w:val="20"/>
        </w:rPr>
        <w:t>saleInviteParams</w:t>
      </w:r>
      <w:r>
        <w:rPr>
          <w:rFonts w:ascii="Source Han Sans SC" w:hAnsi="Source Han Sans SC" w:eastAsia="Source Han Sans SC" w:cs="Source Han Sans SC" w:hint="eastAsia"/>
          <w:sz w:val="21"/>
        </w:rPr>
        <w:t xml:space="preserve"> 入参处理一客一码邀请参数</w:t>
      </w:r>
    </w:p>
    <w:p>
      <w:pPr>
        <w:pStyle w:val="ListBullet"/>
      </w:pPr>
      <w:r>
        <w:rPr>
          <w:rFonts w:ascii="Source Han Sans SC" w:hAnsi="Source Han Sans SC" w:eastAsia="Source Han Sans SC" w:cs="Source Han Sans SC" w:hint="eastAsia"/>
          <w:sz w:val="21"/>
        </w:rPr>
        <w:t xml:space="preserve">原有 </w:t>
      </w:r>
      <w:r>
        <w:rPr>
          <w:rFonts w:ascii="Menlo" w:hAnsi="Menlo"/>
          <w:color w:val="444444"/>
          <w:sz w:val="20"/>
        </w:rPr>
        <w:t>sdkIntegration</w:t>
      </w:r>
      <w:r>
        <w:rPr>
          <w:rFonts w:ascii="Source Han Sans SC" w:hAnsi="Source Han Sans SC" w:eastAsia="Source Han Sans SC" w:cs="Source Han Sans SC" w:hint="eastAsia"/>
          <w:sz w:val="21"/>
        </w:rPr>
        <w:t xml:space="preserve"> 字段新增 </w:t>
      </w:r>
      <w:r>
        <w:rPr>
          <w:rFonts w:ascii="Menlo" w:hAnsi="Menlo"/>
          <w:color w:val="444444"/>
          <w:sz w:val="20"/>
        </w:rPr>
        <w:t>chatSdkScriptUrl</w:t>
      </w:r>
      <w:r>
        <w:rPr>
          <w:rFonts w:ascii="Source Han Sans SC" w:hAnsi="Source Han Sans SC" w:eastAsia="Source Han Sans SC" w:cs="Source Han Sans SC" w:hint="eastAsia"/>
          <w:sz w:val="21"/>
        </w:rPr>
        <w:t xml:space="preserve"> 入参支持传入自定义的聊天室 SDK JS 地址</w:t>
      </w:r>
    </w:p>
    <w:p>
      <w:pPr>
        <w:pStyle w:val="ListBullet"/>
      </w:pPr>
      <w:r>
        <w:rPr>
          <w:rFonts w:ascii="Source Han Sans SC" w:hAnsi="Source Han Sans SC" w:eastAsia="Source Han Sans SC" w:cs="Source Han Sans SC" w:hint="eastAsia"/>
          <w:sz w:val="21"/>
        </w:rPr>
        <w:t>SDK 新增一客一码模块(saleInvite)，处理相关功能逻辑</w:t>
      </w:r>
    </w:p>
    <w:p>
      <w:pPr>
        <w:pStyle w:val="ListBullet"/>
      </w:pPr>
      <w:r>
        <w:rPr>
          <w:rFonts w:ascii="Source Han Sans SC" w:hAnsi="Source Han Sans SC" w:eastAsia="Source Han Sans SC" w:cs="Source Han Sans SC" w:hint="eastAsia"/>
          <w:sz w:val="21"/>
        </w:rPr>
        <w:t>邀请模块(invite) 新增邀请有礼相关功能逻辑</w:t>
      </w:r>
    </w:p>
    <w:p>
      <w:pPr>
        <w:pStyle w:val="ListBullet"/>
      </w:pPr>
      <w:r>
        <w:rPr>
          <w:rFonts w:ascii="Source Han Sans SC" w:hAnsi="Source Han Sans SC" w:eastAsia="Source Han Sans SC" w:cs="Source Han Sans SC" w:hint="eastAsia"/>
          <w:sz w:val="21"/>
        </w:rPr>
        <w:t xml:space="preserve">互动模块(interact-receive) 新增 </w:t>
      </w:r>
      <w:r>
        <w:rPr>
          <w:rFonts w:ascii="Menlo" w:hAnsi="Menlo"/>
          <w:color w:val="444444"/>
          <w:sz w:val="20"/>
        </w:rPr>
        <w:t>InteractSettingUpdate</w:t>
      </w:r>
      <w:r>
        <w:rPr>
          <w:rFonts w:ascii="Source Han Sans SC" w:hAnsi="Source Han Sans SC" w:eastAsia="Source Han Sans SC" w:cs="Source Han Sans SC" w:hint="eastAsia"/>
          <w:sz w:val="21"/>
        </w:rPr>
        <w:t xml:space="preserve"> 事件通知配置项同步</w:t>
      </w:r>
    </w:p>
    <w:p>
      <w:pPr>
        <w:pStyle w:val="ListBullet"/>
      </w:pPr>
      <w:r>
        <w:rPr>
          <w:rFonts w:ascii="Source Han Sans SC" w:hAnsi="Source Han Sans SC" w:eastAsia="Source Han Sans SC" w:cs="Source Han Sans SC" w:hint="eastAsia"/>
          <w:sz w:val="21"/>
        </w:rPr>
        <w:t>字幕模块(subtitle) 增加最大显示历史字幕条数限制</w:t>
      </w:r>
    </w:p>
    <w:p>
      <w:pPr>
        <w:pStyle w:val="ListBullet"/>
      </w:pPr>
      <w:r>
        <w:rPr>
          <w:rFonts w:ascii="Source Han Sans SC" w:hAnsi="Source Han Sans SC" w:eastAsia="Source Han Sans SC" w:cs="Source Han Sans SC" w:hint="eastAsia"/>
          <w:sz w:val="21"/>
        </w:rPr>
        <w:t>短信模块(sms) 新增全局配置，处理是否需要图片验证码逻辑</w:t>
      </w:r>
    </w:p>
    <w:p>
      <w:pPr>
        <w:pStyle w:val="Heading2"/>
      </w:pPr>
      <w:r>
        <w:t>Code Refactoring</w:t>
      </w:r>
    </w:p>
    <w:p>
      <w:pPr>
        <w:pStyle w:val="ListBullet"/>
      </w:pPr>
      <w:r>
        <w:rPr>
          <w:rFonts w:ascii="Source Han Sans SC" w:hAnsi="Source Han Sans SC" w:eastAsia="Source Han Sans SC" w:cs="Source Han Sans SC" w:hint="eastAsia"/>
          <w:sz w:val="21"/>
        </w:rPr>
        <w:t xml:space="preserve">优化 SDK 打包后的体积，减少至 </w:t>
      </w:r>
      <w:r>
        <w:rPr>
          <w:rFonts w:ascii="Menlo" w:hAnsi="Menlo"/>
          <w:color w:val="444444"/>
          <w:sz w:val="20"/>
        </w:rPr>
        <w:t>941KB</w:t>
      </w:r>
      <w:r>
        <w:rPr>
          <w:rFonts w:ascii="Source Han Sans SC" w:hAnsi="Source Han Sans SC" w:eastAsia="Source Han Sans SC" w:cs="Source Han Sans SC" w:hint="eastAsia"/>
          <w:sz w:val="21"/>
        </w:rPr>
        <w:t xml:space="preserve"> 左右</w:t>
      </w:r>
    </w:p>
    <w:p>
      <w:pPr>
        <w:pStyle w:val="ListBullet"/>
      </w:pPr>
      <w:r>
        <w:rPr>
          <w:rFonts w:ascii="Source Han Sans SC" w:hAnsi="Source Han Sans SC" w:eastAsia="Source Han Sans SC" w:cs="Source Han Sans SC" w:hint="eastAsia"/>
          <w:sz w:val="21"/>
        </w:rPr>
        <w:t xml:space="preserve">提问模块(ask-module) 对应的 </w:t>
      </w:r>
      <w:r>
        <w:rPr>
          <w:rFonts w:ascii="Menlo" w:hAnsi="Menlo"/>
          <w:color w:val="444444"/>
          <w:sz w:val="20"/>
        </w:rPr>
        <w:t>getAskSdk</w:t>
      </w:r>
      <w:r>
        <w:rPr>
          <w:rFonts w:ascii="Source Han Sans SC" w:hAnsi="Source Han Sans SC" w:eastAsia="Source Han Sans SC" w:cs="Source Han Sans SC" w:hint="eastAsia"/>
          <w:sz w:val="21"/>
        </w:rPr>
        <w:t xml:space="preserve"> 方法更改为异步逻辑</w:t>
      </w:r>
    </w:p>
    <w:p>
      <w:pPr>
        <w:pStyle w:val="Heading2"/>
      </w:pPr>
      <w:r>
        <w:t>Optimizes</w:t>
      </w:r>
    </w:p>
    <w:p>
      <w:pPr>
        <w:pStyle w:val="ListBullet"/>
      </w:pPr>
      <w:r>
        <w:rPr>
          <w:rFonts w:ascii="Source Han Sans SC" w:hAnsi="Source Han Sans SC" w:eastAsia="Source Han Sans SC" w:cs="Source Han Sans SC" w:hint="eastAsia"/>
          <w:sz w:val="21"/>
        </w:rPr>
        <w:t>完善销毁核心模块(watchCore)逻辑</w:t>
      </w:r>
    </w:p>
    <w:p>
      <w:pPr>
        <w:pStyle w:val="ListBullet"/>
      </w:pPr>
      <w:r>
        <w:rPr>
          <w:rFonts w:ascii="Source Han Sans SC" w:hAnsi="Source Han Sans SC" w:eastAsia="Source Han Sans SC" w:cs="Source Han Sans SC" w:hint="eastAsia"/>
          <w:sz w:val="21"/>
        </w:rPr>
        <w:t>文档模块(doc) 优化 PPT 初始化加载慢的问题</w:t>
      </w:r>
    </w:p>
    <w:p>
      <w:pPr>
        <w:pStyle w:val="Heading2"/>
      </w:pPr>
      <w:r>
        <w:t>Build System</w:t>
      </w:r>
    </w:p>
    <w:p>
      <w:pPr>
        <w:pStyle w:val="ListBullet"/>
      </w:pPr>
      <w:r>
        <w:rPr>
          <w:rFonts w:ascii="Menlo" w:hAnsi="Menlo"/>
          <w:color w:val="444444"/>
          <w:sz w:val="20"/>
        </w:rPr>
        <w:t>@polyv/chat-sdk</w:t>
      </w:r>
      <w:r>
        <w:rPr>
          <w:rFonts w:ascii="Source Han Sans SC" w:hAnsi="Source Han Sans SC" w:eastAsia="Source Han Sans SC" w:cs="Source Han Sans SC" w:hint="eastAsia"/>
          <w:sz w:val="21"/>
        </w:rPr>
        <w:t xml:space="preserve"> 不再需要被打包到观看页 SDK 中，改成在执行核心模块(watchCore) </w:t>
      </w:r>
      <w:r>
        <w:rPr>
          <w:rFonts w:ascii="Menlo" w:hAnsi="Menlo"/>
          <w:color w:val="444444"/>
          <w:sz w:val="20"/>
        </w:rPr>
        <w:t>connect</w:t>
      </w:r>
      <w:r>
        <w:rPr>
          <w:rFonts w:ascii="Source Han Sans SC" w:hAnsi="Source Han Sans SC" w:eastAsia="Source Han Sans SC" w:cs="Source Han Sans SC" w:hint="eastAsia"/>
          <w:sz w:val="21"/>
        </w:rPr>
        <w:t xml:space="preserve"> 方法时通过 </w:t>
      </w:r>
      <w:r>
        <w:rPr>
          <w:rFonts w:ascii="Menlo" w:hAnsi="Menlo"/>
          <w:color w:val="444444"/>
          <w:sz w:val="20"/>
        </w:rPr>
        <w:t>umd</w:t>
      </w:r>
      <w:r>
        <w:rPr>
          <w:rFonts w:ascii="Source Han Sans SC" w:hAnsi="Source Han Sans SC" w:eastAsia="Source Han Sans SC" w:cs="Source Han Sans SC" w:hint="eastAsia"/>
          <w:sz w:val="21"/>
        </w:rPr>
        <w:t xml:space="preserve"> 外链方式引入，版本为 </w:t>
      </w:r>
      <w:r>
        <w:rPr>
          <w:rFonts w:ascii="Menlo" w:hAnsi="Menlo"/>
          <w:color w:val="444444"/>
          <w:sz w:val="20"/>
        </w:rPr>
        <w:t>0.19.0-rc.1</w:t>
      </w:r>
    </w:p>
    <w:p>
      <w:pPr>
        <w:pStyle w:val="ListBullet"/>
      </w:pPr>
      <w:r>
        <w:rPr>
          <w:rFonts w:ascii="Source Han Sans SC" w:hAnsi="Source Han Sans SC" w:eastAsia="Source Han Sans SC" w:cs="Source Han Sans SC" w:hint="eastAsia"/>
          <w:sz w:val="21"/>
        </w:rPr>
        <w:t>升级</w:t>
      </w:r>
      <w:r>
        <w:rPr>
          <w:rFonts w:ascii="Menlo" w:hAnsi="Menlo"/>
          <w:color w:val="444444"/>
          <w:sz w:val="20"/>
        </w:rPr>
        <w:t>@just4/ua-info</w:t>
      </w:r>
      <w:r>
        <w:rPr>
          <w:rFonts w:ascii="Source Han Sans SC" w:hAnsi="Source Han Sans SC" w:eastAsia="Source Han Sans SC" w:cs="Source Han Sans SC" w:hint="eastAsia"/>
          <w:sz w:val="21"/>
        </w:rPr>
        <w:t xml:space="preserve"> 至 </w:t>
      </w:r>
      <w:r>
        <w:rPr>
          <w:rFonts w:ascii="Menlo" w:hAnsi="Menlo"/>
          <w:color w:val="444444"/>
          <w:sz w:val="20"/>
        </w:rPr>
        <w:t>1.2.0-beta</w:t>
      </w:r>
      <w:r>
        <w:rPr>
          <w:rFonts w:ascii="Source Han Sans SC" w:hAnsi="Source Han Sans SC" w:eastAsia="Source Han Sans SC" w:cs="Source Han Sans SC" w:hint="eastAsia"/>
          <w:sz w:val="21"/>
        </w:rPr>
        <w:t xml:space="preserve"> 版本完善设备类型判断</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20231207</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rtcWebSDK</w:t>
      </w:r>
      <w:r>
        <w:rPr>
          <w:rFonts w:ascii="Source Han Sans SC" w:hAnsi="Source Han Sans SC" w:eastAsia="Source Han Sans SC" w:cs="Source Han Sans SC" w:hint="eastAsia"/>
          <w:sz w:val="21"/>
        </w:rPr>
        <w:t xml:space="preserve"> 至 </w:t>
      </w:r>
      <w:r>
        <w:rPr>
          <w:rFonts w:ascii="Menlo" w:hAnsi="Menlo"/>
          <w:color w:val="444444"/>
          <w:sz w:val="20"/>
        </w:rPr>
        <w:t>v1-latest</w:t>
      </w:r>
    </w:p>
    <w:p>
      <w:r>
        <w:rPr>
          <w:rFonts w:ascii="Source Han Sans SC" w:hAnsi="Source Han Sans SC" w:eastAsia="Source Han Sans SC" w:cs="Source Han Sans SC" w:hint="eastAsia"/>
          <w:sz w:val="21"/>
        </w:rPr>
        <w:t>---</w:t>
      </w:r>
    </w:p>
    <w:p>
      <w:pPr>
        <w:pStyle w:val="Heading1"/>
      </w:pPr>
      <w:r>
        <w:t>v0.11.0(2023-11-17)</w:t>
      </w:r>
    </w:p>
    <w:p>
      <w:pPr>
        <w:ind w:left="283"/>
      </w:pPr>
      <w:r>
        <w:rPr>
          <w:rFonts w:ascii="Source Han Sans SC" w:hAnsi="Source Han Sans SC" w:eastAsia="Source Han Sans SC" w:cs="Source Han Sans SC" w:hint="eastAsia"/>
          <w:sz w:val="20"/>
        </w:rPr>
        <w:t>!! 注意：保利威企微相关服务从该版本开始才能正常使用 !!</w:t>
      </w:r>
    </w:p>
    <w:p>
      <w:pPr>
        <w:pStyle w:val="Heading2"/>
      </w:pPr>
      <w:r>
        <w:t>Bug Fixes</w:t>
      </w:r>
    </w:p>
    <w:p>
      <w:pPr>
        <w:pStyle w:val="ListBullet"/>
      </w:pPr>
      <w:r>
        <w:rPr>
          <w:rFonts w:ascii="Source Han Sans SC" w:hAnsi="Source Han Sans SC" w:eastAsia="Source Han Sans SC" w:cs="Source Han Sans SC" w:hint="eastAsia"/>
          <w:sz w:val="21"/>
        </w:rPr>
        <w:t>聊天室模块(chat) 修复获取特殊角色长文本发言异常的问题</w:t>
      </w:r>
    </w:p>
    <w:p>
      <w:pPr>
        <w:pStyle w:val="Heading2"/>
      </w:pPr>
      <w:r>
        <w:t>Features</w:t>
      </w:r>
    </w:p>
    <w:p>
      <w:pPr>
        <w:pStyle w:val="ListBullet"/>
      </w:pPr>
      <w:r>
        <w:rPr>
          <w:rFonts w:ascii="Source Han Sans SC" w:hAnsi="Source Han Sans SC" w:eastAsia="Source Han Sans SC" w:cs="Source Han Sans SC" w:hint="eastAsia"/>
          <w:sz w:val="21"/>
        </w:rPr>
        <w:t xml:space="preserve">核心模块(watchCore) 创建实例时，支持通过 </w:t>
      </w:r>
      <w:r>
        <w:rPr>
          <w:rFonts w:ascii="Menlo" w:hAnsi="Menlo"/>
          <w:color w:val="444444"/>
          <w:sz w:val="20"/>
        </w:rPr>
        <w:t>userInfo</w:t>
      </w:r>
      <w:r>
        <w:rPr>
          <w:rFonts w:ascii="Source Han Sans SC" w:hAnsi="Source Han Sans SC" w:eastAsia="Source Han Sans SC" w:cs="Source Han Sans SC" w:hint="eastAsia"/>
          <w:sz w:val="21"/>
        </w:rPr>
        <w:t xml:space="preserve"> 传入用户头衔 </w:t>
      </w:r>
      <w:r>
        <w:rPr>
          <w:rFonts w:ascii="Menlo" w:hAnsi="Menlo"/>
          <w:color w:val="444444"/>
          <w:sz w:val="20"/>
        </w:rPr>
        <w:t>actor</w:t>
      </w:r>
      <w:r>
        <w:rPr>
          <w:rFonts w:ascii="Source Han Sans SC" w:hAnsi="Source Han Sans SC" w:eastAsia="Source Han Sans SC" w:cs="Source Han Sans SC" w:hint="eastAsia"/>
          <w:sz w:val="21"/>
        </w:rPr>
        <w:t xml:space="preserve"> 字段，用户模块(user) 同步新增 </w:t>
      </w:r>
      <w:r>
        <w:rPr>
          <w:rFonts w:ascii="Menlo" w:hAnsi="Menlo"/>
          <w:color w:val="444444"/>
          <w:sz w:val="20"/>
        </w:rPr>
        <w:t>getUserActor</w:t>
      </w:r>
      <w:r>
        <w:rPr>
          <w:rFonts w:ascii="Source Han Sans SC" w:hAnsi="Source Han Sans SC" w:eastAsia="Source Han Sans SC" w:cs="Source Han Sans SC" w:hint="eastAsia"/>
          <w:sz w:val="21"/>
        </w:rPr>
        <w:t xml:space="preserve"> 方法</w:t>
      </w:r>
    </w:p>
    <w:p>
      <w:pPr>
        <w:pStyle w:val="ListBullet"/>
      </w:pPr>
      <w:r>
        <w:rPr>
          <w:rFonts w:ascii="Source Han Sans SC" w:hAnsi="Source Han Sans SC" w:eastAsia="Source Han Sans SC" w:cs="Source Han Sans SC" w:hint="eastAsia"/>
          <w:sz w:val="21"/>
        </w:rPr>
        <w:t>微信模块(weixin) 新增企微好友和企微营销相关处理</w:t>
      </w:r>
    </w:p>
    <w:p>
      <w:pPr>
        <w:pStyle w:val="ListBullet"/>
      </w:pPr>
      <w:r>
        <w:rPr>
          <w:rFonts w:ascii="Source Han Sans SC" w:hAnsi="Source Han Sans SC" w:eastAsia="Source Han Sans SC" w:cs="Source Han Sans SC" w:hint="eastAsia"/>
          <w:sz w:val="21"/>
        </w:rPr>
        <w:t>播放器模块(player) 新增时移打点功能兼容多码率的逻辑</w:t>
      </w:r>
    </w:p>
    <w:p>
      <w:pPr>
        <w:pStyle w:val="ListBullet"/>
      </w:pPr>
      <w:r>
        <w:rPr>
          <w:rFonts w:ascii="Source Han Sans SC" w:hAnsi="Source Han Sans SC" w:eastAsia="Source Han Sans SC" w:cs="Source Han Sans SC" w:hint="eastAsia"/>
          <w:sz w:val="21"/>
        </w:rPr>
        <w:t>播放器模块(player)和弹幕模块(barrage) 支持调整弹幕显示区域，调整弹幕透明度</w:t>
      </w:r>
    </w:p>
    <w:p>
      <w:pPr>
        <w:pStyle w:val="ListBullet"/>
      </w:pPr>
      <w:r>
        <w:rPr>
          <w:rFonts w:ascii="Source Han Sans SC" w:hAnsi="Source Han Sans SC" w:eastAsia="Source Han Sans SC" w:cs="Source Han Sans SC" w:hint="eastAsia"/>
          <w:sz w:val="21"/>
        </w:rPr>
        <w:t>聊天模块(chat) 支持优先插入本地打赏消息的方法</w:t>
      </w:r>
    </w:p>
    <w:p>
      <w:pPr>
        <w:pStyle w:val="ListBullet"/>
      </w:pPr>
      <w:r>
        <w:rPr>
          <w:rFonts w:ascii="Source Han Sans SC" w:hAnsi="Source Han Sans SC" w:eastAsia="Source Han Sans SC" w:cs="Source Han Sans SC" w:hint="eastAsia"/>
          <w:sz w:val="21"/>
        </w:rPr>
        <w:t>聊天室模块(chat)和提问模块(ask) 支持发言时携带用户头衔</w:t>
      </w:r>
    </w:p>
    <w:p>
      <w:pPr>
        <w:pStyle w:val="Heading2"/>
      </w:pPr>
      <w:r>
        <w:t>Code Refactoring</w:t>
      </w:r>
    </w:p>
    <w:p>
      <w:pPr>
        <w:pStyle w:val="ListBullet"/>
      </w:pPr>
      <w:r>
        <w:rPr>
          <w:rFonts w:ascii="Source Han Sans SC" w:hAnsi="Source Han Sans SC" w:eastAsia="Source Han Sans SC" w:cs="Source Han Sans SC" w:hint="eastAsia"/>
          <w:sz w:val="21"/>
        </w:rPr>
        <w:t>微信模块(weixin) 重构企微模块授权主流程</w:t>
      </w:r>
    </w:p>
    <w:p>
      <w:pPr>
        <w:pStyle w:val="ListBullet"/>
      </w:pPr>
      <w:r>
        <w:rPr>
          <w:rFonts w:ascii="Source Han Sans SC" w:hAnsi="Source Han Sans SC" w:eastAsia="Source Han Sans SC" w:cs="Source Han Sans SC" w:hint="eastAsia"/>
          <w:sz w:val="21"/>
        </w:rPr>
        <w:t>聊天室模块(chat) 移除旧版手动分房间逻辑</w:t>
      </w:r>
    </w:p>
    <w:p>
      <w:pPr>
        <w:pStyle w:val="Heading2"/>
      </w:pPr>
      <w:r>
        <w:t>Optimizes</w:t>
      </w:r>
    </w:p>
    <w:p>
      <w:pPr>
        <w:pStyle w:val="ListBullet"/>
      </w:pPr>
      <w:r>
        <w:rPr>
          <w:rFonts w:ascii="Source Han Sans SC" w:hAnsi="Source Han Sans SC" w:eastAsia="Source Han Sans SC" w:cs="Source Han Sans SC" w:hint="eastAsia"/>
          <w:sz w:val="21"/>
        </w:rPr>
        <w:t xml:space="preserve">优化 SDK 打包后的体积，减少至 </w:t>
      </w:r>
      <w:r>
        <w:rPr>
          <w:rFonts w:ascii="Menlo" w:hAnsi="Menlo"/>
          <w:color w:val="444444"/>
          <w:sz w:val="20"/>
        </w:rPr>
        <w:t>1.3M</w:t>
      </w:r>
      <w:r>
        <w:rPr>
          <w:rFonts w:ascii="Source Han Sans SC" w:hAnsi="Source Han Sans SC" w:eastAsia="Source Han Sans SC" w:cs="Source Han Sans SC" w:hint="eastAsia"/>
          <w:sz w:val="21"/>
        </w:rPr>
        <w:t xml:space="preserve"> 左右</w:t>
      </w:r>
    </w:p>
    <w:p>
      <w:pPr>
        <w:pStyle w:val="ListBullet"/>
      </w:pPr>
      <w:r>
        <w:rPr>
          <w:rFonts w:ascii="Source Han Sans SC" w:hAnsi="Source Han Sans SC" w:eastAsia="Source Han Sans SC" w:cs="Source Han Sans SC" w:hint="eastAsia"/>
          <w:sz w:val="21"/>
        </w:rPr>
        <w:t>观看条件模块(auth) 调整外部授权和独立授权逻辑，允许在参数支持的情况下进行二次授权来更改观众信息</w:t>
      </w:r>
    </w:p>
    <w:p>
      <w:pPr>
        <w:pStyle w:val="ListBullet"/>
      </w:pPr>
      <w:r>
        <w:rPr>
          <w:rFonts w:ascii="Source Han Sans SC" w:hAnsi="Source Han Sans SC" w:eastAsia="Source Han Sans SC" w:cs="Source Han Sans SC" w:hint="eastAsia"/>
          <w:sz w:val="21"/>
        </w:rPr>
        <w:t>播放器模块(player) 优化弹幕设置逻辑</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20231102</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@polyv/rtas-sdk</w:t>
      </w:r>
      <w:r>
        <w:rPr>
          <w:rFonts w:ascii="Source Han Sans SC" w:hAnsi="Source Han Sans SC" w:eastAsia="Source Han Sans SC" w:cs="Source Han Sans SC" w:hint="eastAsia"/>
          <w:sz w:val="21"/>
        </w:rPr>
        <w:t xml:space="preserve"> 版本至 </w:t>
      </w:r>
      <w:r>
        <w:rPr>
          <w:rFonts w:ascii="Menlo" w:hAnsi="Menlo"/>
          <w:color w:val="444444"/>
          <w:sz w:val="20"/>
        </w:rPr>
        <w:t>0.4.3</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@polyv/player-module</w:t>
      </w:r>
      <w:r>
        <w:rPr>
          <w:rFonts w:ascii="Source Han Sans SC" w:hAnsi="Source Han Sans SC" w:eastAsia="Source Han Sans SC" w:cs="Source Han Sans SC" w:hint="eastAsia"/>
          <w:sz w:val="21"/>
        </w:rPr>
        <w:t xml:space="preserve"> 版本至 </w:t>
      </w:r>
      <w:r>
        <w:rPr>
          <w:rFonts w:ascii="Menlo" w:hAnsi="Menlo"/>
          <w:color w:val="444444"/>
          <w:sz w:val="20"/>
        </w:rPr>
        <w:t>1.15.0</w:t>
      </w:r>
      <w:r>
        <w:rPr>
          <w:rFonts w:ascii="Source Han Sans SC" w:hAnsi="Source Han Sans SC" w:eastAsia="Source Han Sans SC" w:cs="Source Han Sans SC" w:hint="eastAsia"/>
          <w:sz w:val="21"/>
        </w:rPr>
        <w:t>，增加弹幕相关逻辑</w:t>
      </w:r>
    </w:p>
    <w:p>
      <w:r>
        <w:rPr>
          <w:rFonts w:ascii="Source Han Sans SC" w:hAnsi="Source Han Sans SC" w:eastAsia="Source Han Sans SC" w:cs="Source Han Sans SC" w:hint="eastAsia"/>
          <w:sz w:val="21"/>
        </w:rPr>
        <w:t>---</w:t>
      </w:r>
    </w:p>
    <w:p>
      <w:pPr>
        <w:pStyle w:val="Heading1"/>
      </w:pPr>
      <w:r>
        <w:t>v0.10.0(2023-10-27)</w:t>
      </w:r>
    </w:p>
    <w:p>
      <w:pPr>
        <w:pStyle w:val="Heading2"/>
      </w:pPr>
      <w:r>
        <w:t>Deprecated</w:t>
      </w:r>
    </w:p>
    <w:p>
      <w:pPr>
        <w:pStyle w:val="ListBullet"/>
      </w:pPr>
      <w:r>
        <w:rPr>
          <w:rFonts w:ascii="Source Han Sans SC" w:hAnsi="Source Han Sans SC" w:eastAsia="Source Han Sans SC" w:cs="Source Han Sans SC" w:hint="eastAsia"/>
          <w:sz w:val="21"/>
        </w:rPr>
        <w:t xml:space="preserve">提问模块(ask) 对应的 </w:t>
      </w:r>
      <w:r>
        <w:rPr>
          <w:rFonts w:ascii="Menlo" w:hAnsi="Menlo"/>
          <w:color w:val="444444"/>
          <w:sz w:val="20"/>
        </w:rPr>
        <w:t>sendQuestion</w:t>
      </w:r>
      <w:r>
        <w:rPr>
          <w:rFonts w:ascii="Source Han Sans SC" w:hAnsi="Source Han Sans SC" w:eastAsia="Source Han Sans SC" w:cs="Source Han Sans SC" w:hint="eastAsia"/>
          <w:sz w:val="21"/>
        </w:rPr>
        <w:t xml:space="preserve"> 方法即将废弃，请用 </w:t>
      </w:r>
      <w:r>
        <w:rPr>
          <w:rFonts w:ascii="Menlo" w:hAnsi="Menlo"/>
          <w:color w:val="444444"/>
          <w:sz w:val="20"/>
        </w:rPr>
        <w:t>sendAskSpeak</w:t>
      </w:r>
      <w:r>
        <w:rPr>
          <w:rFonts w:ascii="Source Han Sans SC" w:hAnsi="Source Han Sans SC" w:eastAsia="Source Han Sans SC" w:cs="Source Han Sans SC" w:hint="eastAsia"/>
          <w:sz w:val="21"/>
        </w:rPr>
        <w:t xml:space="preserve"> 替代</w:t>
      </w:r>
    </w:p>
    <w:p>
      <w:pPr>
        <w:pStyle w:val="ListBullet"/>
      </w:pPr>
      <w:r>
        <w:rPr>
          <w:rFonts w:ascii="Source Han Sans SC" w:hAnsi="Source Han Sans SC" w:eastAsia="Source Han Sans SC" w:cs="Source Han Sans SC" w:hint="eastAsia"/>
          <w:sz w:val="21"/>
        </w:rPr>
        <w:t xml:space="preserve">聊天模块(chat) 对应的 </w:t>
      </w:r>
      <w:r>
        <w:rPr>
          <w:rFonts w:ascii="Menlo" w:hAnsi="Menlo"/>
          <w:color w:val="444444"/>
          <w:sz w:val="20"/>
        </w:rPr>
        <w:t>setChatMsgReplayPlaybackTarget</w:t>
      </w:r>
      <w:r>
        <w:rPr>
          <w:rFonts w:ascii="Source Han Sans SC" w:hAnsi="Source Han Sans SC" w:eastAsia="Source Han Sans SC" w:cs="Source Han Sans SC" w:hint="eastAsia"/>
          <w:sz w:val="21"/>
        </w:rPr>
        <w:t xml:space="preserve"> 方法即将废弃，请用 </w:t>
      </w:r>
      <w:r>
        <w:rPr>
          <w:rFonts w:ascii="Menlo" w:hAnsi="Menlo"/>
          <w:color w:val="444444"/>
          <w:sz w:val="20"/>
        </w:rPr>
        <w:t>watchCore.playback.setCurrentPlaybackTarget</w:t>
      </w:r>
      <w:r>
        <w:rPr>
          <w:rFonts w:ascii="Source Han Sans SC" w:hAnsi="Source Han Sans SC" w:eastAsia="Source Han Sans SC" w:cs="Source Han Sans SC" w:hint="eastAsia"/>
          <w:sz w:val="21"/>
        </w:rPr>
        <w:t xml:space="preserve"> 替代</w:t>
      </w:r>
    </w:p>
    <w:p>
      <w:pPr>
        <w:pStyle w:val="Heading2"/>
      </w:pPr>
      <w:r>
        <w:t>Bug Fixes</w:t>
      </w:r>
    </w:p>
    <w:p>
      <w:pPr>
        <w:pStyle w:val="ListBullet"/>
      </w:pPr>
      <w:r>
        <w:rPr>
          <w:rFonts w:ascii="Source Han Sans SC" w:hAnsi="Source Han Sans SC" w:eastAsia="Source Han Sans SC" w:cs="Source Han Sans SC" w:hint="eastAsia"/>
          <w:sz w:val="21"/>
        </w:rPr>
        <w:t>文档模块(doc) 修复双师功能切换大房间后，白板和 PPT 显示异常的问题</w:t>
      </w:r>
    </w:p>
    <w:p>
      <w:pPr>
        <w:pStyle w:val="ListBullet"/>
      </w:pPr>
      <w:r>
        <w:rPr>
          <w:rFonts w:ascii="Source Han Sans SC" w:hAnsi="Source Han Sans SC" w:eastAsia="Source Han Sans SC" w:cs="Source Han Sans SC" w:hint="eastAsia"/>
          <w:sz w:val="21"/>
        </w:rPr>
        <w:t>聊天模块(chat) 修复解析主讲聊天信息链接后展示不全的问题</w:t>
      </w:r>
    </w:p>
    <w:p>
      <w:pPr>
        <w:pStyle w:val="Heading2"/>
      </w:pPr>
      <w:r>
        <w:t>Features</w:t>
      </w:r>
    </w:p>
    <w:p>
      <w:pPr>
        <w:pStyle w:val="ListBullet"/>
      </w:pPr>
      <w:r>
        <w:rPr>
          <w:rFonts w:ascii="Source Han Sans SC" w:hAnsi="Source Han Sans SC" w:eastAsia="Source Han Sans SC" w:cs="Source Han Sans SC" w:hint="eastAsia"/>
          <w:sz w:val="21"/>
        </w:rPr>
        <w:t>在 PC 端微信小程序使用时，SDK 内部会判断为移动端环境</w:t>
      </w:r>
    </w:p>
    <w:p>
      <w:pPr>
        <w:pStyle w:val="ListBullet"/>
      </w:pPr>
      <w:r>
        <w:rPr>
          <w:rFonts w:ascii="Source Han Sans SC" w:hAnsi="Source Han Sans SC" w:eastAsia="Source Han Sans SC" w:cs="Source Han Sans SC" w:hint="eastAsia"/>
          <w:sz w:val="21"/>
        </w:rPr>
        <w:t>新增 AI 模块(polyv-ai)，支持 AI 助手答疑业务功能</w:t>
      </w:r>
    </w:p>
    <w:p>
      <w:pPr>
        <w:pStyle w:val="ListBullet"/>
      </w:pPr>
      <w:r>
        <w:rPr>
          <w:rFonts w:ascii="Source Han Sans SC" w:hAnsi="Source Han Sans SC" w:eastAsia="Source Han Sans SC" w:cs="Source Han Sans SC" w:hint="eastAsia"/>
          <w:sz w:val="21"/>
        </w:rPr>
        <w:t xml:space="preserve">频道模块(channel) 新增 </w:t>
      </w:r>
      <w:r>
        <w:rPr>
          <w:rFonts w:ascii="Menlo" w:hAnsi="Menlo"/>
          <w:color w:val="444444"/>
          <w:sz w:val="20"/>
        </w:rPr>
        <w:t>getChannelAgreementConfig</w:t>
      </w:r>
      <w:r>
        <w:rPr>
          <w:rFonts w:ascii="Source Han Sans SC" w:hAnsi="Source Han Sans SC" w:eastAsia="Source Han Sans SC" w:cs="Source Han Sans SC" w:hint="eastAsia"/>
          <w:sz w:val="21"/>
        </w:rPr>
        <w:t xml:space="preserve"> 方法获取协议配置</w:t>
      </w:r>
    </w:p>
    <w:p>
      <w:pPr>
        <w:pStyle w:val="ListBullet"/>
      </w:pPr>
      <w:r>
        <w:rPr>
          <w:rFonts w:ascii="Source Han Sans SC" w:hAnsi="Source Han Sans SC" w:eastAsia="Source Han Sans SC" w:cs="Source Han Sans SC" w:hint="eastAsia"/>
          <w:sz w:val="21"/>
        </w:rPr>
        <w:t>播放器模块(player) 新增正常延迟播放器控制在直播时是否允许暂停直播的处理</w:t>
      </w:r>
    </w:p>
    <w:p>
      <w:pPr>
        <w:pStyle w:val="ListBullet"/>
      </w:pPr>
      <w:r>
        <w:rPr>
          <w:rFonts w:ascii="Source Han Sans SC" w:hAnsi="Source Han Sans SC" w:eastAsia="Source Han Sans SC" w:cs="Source Han Sans SC" w:hint="eastAsia"/>
          <w:sz w:val="21"/>
        </w:rPr>
        <w:t xml:space="preserve">连麦模块(connect-mic) 新增对 </w:t>
      </w:r>
      <w:r>
        <w:rPr>
          <w:rFonts w:ascii="Menlo" w:hAnsi="Menlo"/>
          <w:color w:val="444444"/>
          <w:sz w:val="20"/>
        </w:rPr>
        <w:t>agora</w:t>
      </w:r>
      <w:r>
        <w:rPr>
          <w:rFonts w:ascii="Source Han Sans SC" w:hAnsi="Source Han Sans SC" w:eastAsia="Source Han Sans SC" w:cs="Source Han Sans SC" w:hint="eastAsia"/>
          <w:sz w:val="21"/>
        </w:rPr>
        <w:t xml:space="preserve"> 服务商的支持</w:t>
      </w:r>
    </w:p>
    <w:p>
      <w:pPr>
        <w:pStyle w:val="ListBullet"/>
      </w:pPr>
      <w:r>
        <w:rPr>
          <w:rFonts w:ascii="Source Han Sans SC" w:hAnsi="Source Han Sans SC" w:eastAsia="Source Han Sans SC" w:cs="Source Han Sans SC" w:hint="eastAsia"/>
          <w:sz w:val="21"/>
        </w:rPr>
        <w:t>互动模块(interact-receive) 和用户模块(user) 新增"云席"相关功能</w:t>
      </w:r>
    </w:p>
    <w:p>
      <w:pPr>
        <w:pStyle w:val="ListBullet"/>
      </w:pPr>
      <w:r>
        <w:rPr>
          <w:rFonts w:ascii="Source Han Sans SC" w:hAnsi="Source Han Sans SC" w:eastAsia="Source Han Sans SC" w:cs="Source Han Sans SC" w:hint="eastAsia"/>
          <w:sz w:val="21"/>
        </w:rPr>
        <w:t>聊天模块(chat) 新增对课堂激励功能的支持</w:t>
      </w:r>
    </w:p>
    <w:p>
      <w:pPr>
        <w:pStyle w:val="ListBullet"/>
      </w:pPr>
      <w:r>
        <w:rPr>
          <w:rFonts w:ascii="Source Han Sans SC" w:hAnsi="Source Han Sans SC" w:eastAsia="Source Han Sans SC" w:cs="Source Han Sans SC" w:hint="eastAsia"/>
          <w:sz w:val="21"/>
        </w:rPr>
        <w:t xml:space="preserve">聊天模块(chat) 支持调用 </w:t>
      </w:r>
      <w:r>
        <w:rPr>
          <w:rFonts w:ascii="Menlo" w:hAnsi="Menlo"/>
          <w:color w:val="444444"/>
          <w:sz w:val="20"/>
        </w:rPr>
        <w:t>sendCustomMessage</w:t>
      </w:r>
      <w:r>
        <w:rPr>
          <w:rFonts w:ascii="Source Han Sans SC" w:hAnsi="Source Han Sans SC" w:eastAsia="Source Han Sans SC" w:cs="Source Han Sans SC" w:hint="eastAsia"/>
          <w:sz w:val="21"/>
        </w:rPr>
        <w:t xml:space="preserve"> 方法发送自定义消息，并支持聊天消息回调，对应类型为 </w:t>
      </w:r>
      <w:r>
        <w:rPr>
          <w:rFonts w:ascii="Menlo" w:hAnsi="Menlo"/>
          <w:color w:val="444444"/>
          <w:sz w:val="20"/>
        </w:rPr>
        <w:t>ChatMsgSource.CustomMessage</w:t>
      </w:r>
    </w:p>
    <w:p>
      <w:pPr>
        <w:pStyle w:val="ListBullet"/>
      </w:pPr>
      <w:r>
        <w:rPr>
          <w:rFonts w:ascii="Source Han Sans SC" w:hAnsi="Source Han Sans SC" w:eastAsia="Source Han Sans SC" w:cs="Source Han Sans SC" w:hint="eastAsia"/>
          <w:sz w:val="21"/>
        </w:rPr>
        <w:t>微信模块(weixin) 支持处理微信强制授权持久化</w:t>
      </w:r>
    </w:p>
    <w:p>
      <w:pPr>
        <w:pStyle w:val="Heading2"/>
      </w:pPr>
      <w:r>
        <w:t>Optimizes</w:t>
      </w:r>
    </w:p>
    <w:p>
      <w:pPr>
        <w:pStyle w:val="ListBullet"/>
      </w:pPr>
      <w:r>
        <w:rPr>
          <w:rFonts w:ascii="Source Han Sans SC" w:hAnsi="Source Han Sans SC" w:eastAsia="Source Han Sans SC" w:cs="Source Han Sans SC" w:hint="eastAsia"/>
          <w:sz w:val="21"/>
        </w:rPr>
        <w:t>频道模块(channel) 完善转播处理，在取消转播关联时回调相关事件</w:t>
      </w:r>
    </w:p>
    <w:p>
      <w:pPr>
        <w:pStyle w:val="ListBullet"/>
      </w:pPr>
      <w:r>
        <w:rPr>
          <w:rFonts w:ascii="Source Han Sans SC" w:hAnsi="Source Han Sans SC" w:eastAsia="Source Han Sans SC" w:cs="Source Han Sans SC" w:hint="eastAsia"/>
          <w:sz w:val="21"/>
        </w:rPr>
        <w:t>弹幕模块(barrage) 优化弹幕消息获取机制</w:t>
      </w:r>
    </w:p>
    <w:p>
      <w:pPr>
        <w:pStyle w:val="ListBullet"/>
      </w:pPr>
      <w:r>
        <w:rPr>
          <w:rFonts w:ascii="Source Han Sans SC" w:hAnsi="Source Han Sans SC" w:eastAsia="Source Han Sans SC" w:cs="Source Han Sans SC" w:hint="eastAsia"/>
          <w:sz w:val="21"/>
        </w:rPr>
        <w:t>播放器模块(player) 放开弹幕字号功能限制</w:t>
      </w:r>
    </w:p>
    <w:p>
      <w:pPr>
        <w:pStyle w:val="ListBullet"/>
      </w:pPr>
      <w:r>
        <w:rPr>
          <w:rFonts w:ascii="Source Han Sans SC" w:hAnsi="Source Han Sans SC" w:eastAsia="Source Han Sans SC" w:cs="Source Han Sans SC" w:hint="eastAsia"/>
          <w:sz w:val="21"/>
        </w:rPr>
        <w:t>聊天模块(chat) 优化聊天重放对象获取逻辑</w:t>
      </w:r>
    </w:p>
    <w:p>
      <w:pPr>
        <w:pStyle w:val="ListBullet"/>
      </w:pPr>
      <w:r>
        <w:rPr>
          <w:rFonts w:ascii="Source Han Sans SC" w:hAnsi="Source Han Sans SC" w:eastAsia="Source Han Sans SC" w:cs="Source Han Sans SC" w:hint="eastAsia"/>
          <w:sz w:val="21"/>
        </w:rPr>
        <w:t>优化 SDK 内部其他处理逻辑</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rtc-web-sdk</w:t>
      </w:r>
      <w:r>
        <w:rPr>
          <w:rFonts w:ascii="Source Han Sans SC" w:hAnsi="Source Han Sans SC" w:eastAsia="Source Han Sans SC" w:cs="Source Han Sans SC" w:hint="eastAsia"/>
          <w:sz w:val="21"/>
        </w:rPr>
        <w:t xml:space="preserve"> 版本至 </w:t>
      </w:r>
      <w:r>
        <w:rPr>
          <w:rFonts w:ascii="Menlo" w:hAnsi="Menlo"/>
          <w:color w:val="444444"/>
          <w:sz w:val="20"/>
        </w:rPr>
        <w:t>1.20.2</w:t>
      </w:r>
      <w:r>
        <w:rPr>
          <w:rFonts w:ascii="Source Han Sans SC" w:hAnsi="Source Han Sans SC" w:eastAsia="Source Han Sans SC" w:cs="Source Han Sans SC" w:hint="eastAsia"/>
          <w:sz w:val="21"/>
        </w:rPr>
        <w:t>，修复部分已知 bug</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@polyv/player-module</w:t>
      </w:r>
      <w:r>
        <w:rPr>
          <w:rFonts w:ascii="Source Han Sans SC" w:hAnsi="Source Han Sans SC" w:eastAsia="Source Han Sans SC" w:cs="Source Han Sans SC" w:hint="eastAsia"/>
          <w:sz w:val="21"/>
        </w:rPr>
        <w:t xml:space="preserve"> 版本至 </w:t>
      </w:r>
      <w:r>
        <w:rPr>
          <w:rFonts w:ascii="Menlo" w:hAnsi="Menlo"/>
          <w:color w:val="444444"/>
          <w:sz w:val="20"/>
        </w:rPr>
        <w:t>1.12.2</w:t>
      </w:r>
      <w:r>
        <w:rPr>
          <w:rFonts w:ascii="Source Han Sans SC" w:hAnsi="Source Han Sans SC" w:eastAsia="Source Han Sans SC" w:cs="Source Han Sans SC" w:hint="eastAsia"/>
          <w:sz w:val="21"/>
        </w:rPr>
        <w:t>，优化弹幕相关逻辑</w:t>
      </w:r>
    </w:p>
    <w:p>
      <w:r>
        <w:rPr>
          <w:rFonts w:ascii="Source Han Sans SC" w:hAnsi="Source Han Sans SC" w:eastAsia="Source Han Sans SC" w:cs="Source Han Sans SC" w:hint="eastAsia"/>
          <w:sz w:val="21"/>
        </w:rPr>
        <w:t>---</w:t>
      </w:r>
    </w:p>
    <w:p>
      <w:pPr>
        <w:pStyle w:val="Heading1"/>
      </w:pPr>
      <w:r>
        <w:t>v0.9.0(2023-09-22)</w:t>
      </w:r>
    </w:p>
    <w:p>
      <w:pPr>
        <w:pStyle w:val="Heading2"/>
      </w:pPr>
      <w:r>
        <w:t>Bug Fixes</w:t>
      </w:r>
    </w:p>
    <w:p>
      <w:pPr>
        <w:pStyle w:val="ListBullet"/>
      </w:pPr>
      <w:r>
        <w:rPr>
          <w:rFonts w:ascii="Source Han Sans SC" w:hAnsi="Source Han Sans SC" w:eastAsia="Source Han Sans SC" w:cs="Source Han Sans SC" w:hint="eastAsia"/>
          <w:sz w:val="21"/>
        </w:rPr>
        <w:t>频道模块(channel) 修复页面次数轮询回调只触发一次的问题</w:t>
      </w:r>
    </w:p>
    <w:p>
      <w:pPr>
        <w:pStyle w:val="Heading2"/>
      </w:pPr>
      <w:r>
        <w:t>Features</w:t>
      </w:r>
    </w:p>
    <w:p>
      <w:pPr>
        <w:pStyle w:val="ListBullet"/>
      </w:pPr>
      <w:r>
        <w:rPr>
          <w:rFonts w:ascii="Source Han Sans SC" w:hAnsi="Source Han Sans SC" w:eastAsia="Source Han Sans SC" w:cs="Source Han Sans SC" w:hint="eastAsia"/>
          <w:sz w:val="21"/>
        </w:rPr>
        <w:t>聊天室模块(chat) 新增根据时间戳获取聊天历史记录功能</w:t>
      </w:r>
    </w:p>
    <w:p>
      <w:pPr>
        <w:pStyle w:val="ListBullet"/>
      </w:pPr>
      <w:r>
        <w:rPr>
          <w:rFonts w:ascii="Source Han Sans SC" w:hAnsi="Source Han Sans SC" w:eastAsia="Source Han Sans SC" w:cs="Source Han Sans SC" w:hint="eastAsia"/>
          <w:sz w:val="21"/>
        </w:rPr>
        <w:t>互动模块(interact-receive) 新增商品库回放功能</w:t>
      </w:r>
    </w:p>
    <w:p>
      <w:pPr>
        <w:pStyle w:val="ListBullet"/>
      </w:pPr>
      <w:r>
        <w:rPr>
          <w:rFonts w:ascii="Source Han Sans SC" w:hAnsi="Source Han Sans SC" w:eastAsia="Source Han Sans SC" w:cs="Source Han Sans SC" w:hint="eastAsia"/>
          <w:sz w:val="21"/>
        </w:rPr>
        <w:t>连麦模块(connect-mic) 新增移动端正常延迟连麦功能</w:t>
      </w:r>
    </w:p>
    <w:p>
      <w:pPr>
        <w:pStyle w:val="ListBullet"/>
      </w:pPr>
      <w:r>
        <w:rPr>
          <w:rFonts w:ascii="Source Han Sans SC" w:hAnsi="Source Han Sans SC" w:eastAsia="Source Han Sans SC" w:cs="Source Han Sans SC" w:hint="eastAsia"/>
          <w:sz w:val="21"/>
        </w:rPr>
        <w:t>字幕模块(subtitle) 新增回放字幕功能</w:t>
      </w:r>
    </w:p>
    <w:p>
      <w:pPr>
        <w:pStyle w:val="ListBullet"/>
      </w:pPr>
      <w:r>
        <w:rPr>
          <w:rFonts w:ascii="Source Han Sans SC" w:hAnsi="Source Han Sans SC" w:eastAsia="Source Han Sans SC" w:cs="Source Han Sans SC" w:hint="eastAsia"/>
          <w:sz w:val="21"/>
        </w:rPr>
        <w:t>微信模块(weixin) 新增获取微信相关配置的方法</w:t>
      </w:r>
    </w:p>
    <w:p>
      <w:pPr>
        <w:pStyle w:val="ListBullet"/>
      </w:pPr>
      <w:r>
        <w:rPr>
          <w:rFonts w:ascii="Source Han Sans SC" w:hAnsi="Source Han Sans SC" w:eastAsia="Source Han Sans SC" w:cs="Source Han Sans SC" w:hint="eastAsia"/>
          <w:sz w:val="21"/>
        </w:rPr>
        <w:t>邀请模块(invite) 新增获取邀请榜配置的方法</w:t>
      </w:r>
    </w:p>
    <w:p>
      <w:pPr>
        <w:pStyle w:val="ListBullet"/>
      </w:pPr>
      <w:r>
        <w:rPr>
          <w:rFonts w:ascii="Source Han Sans SC" w:hAnsi="Source Han Sans SC" w:eastAsia="Source Han Sans SC" w:cs="Source Han Sans SC" w:hint="eastAsia"/>
          <w:sz w:val="21"/>
        </w:rPr>
        <w:t xml:space="preserve">提问模块(ask) 新增在触发严禁词进行事件回调 </w:t>
      </w:r>
      <w:r>
        <w:rPr>
          <w:rFonts w:ascii="Menlo" w:hAnsi="Menlo"/>
          <w:color w:val="444444"/>
          <w:sz w:val="20"/>
        </w:rPr>
        <w:t>AskEvents.SendBadWord</w:t>
      </w:r>
    </w:p>
    <w:p>
      <w:pPr>
        <w:pStyle w:val="ListBullet"/>
      </w:pPr>
      <w:r>
        <w:rPr>
          <w:rFonts w:ascii="Source Han Sans SC" w:hAnsi="Source Han Sans SC" w:eastAsia="Source Han Sans SC" w:cs="Source Han Sans SC" w:hint="eastAsia"/>
          <w:sz w:val="21"/>
        </w:rPr>
        <w:t>播放器模块(player)、弹幕模块(barrage) 新增修改弹幕字号大小逻辑</w:t>
      </w:r>
    </w:p>
    <w:p>
      <w:pPr>
        <w:pStyle w:val="ListBullet"/>
      </w:pPr>
      <w:r>
        <w:rPr>
          <w:rFonts w:ascii="Source Han Sans SC" w:hAnsi="Source Han Sans SC" w:eastAsia="Source Han Sans SC" w:cs="Source Han Sans SC" w:hint="eastAsia"/>
          <w:sz w:val="21"/>
        </w:rPr>
        <w:t xml:space="preserve">报名模块(enroll) 新增对 </w:t>
      </w:r>
      <w:r>
        <w:rPr>
          <w:rFonts w:ascii="Menlo" w:hAnsi="Menlo"/>
          <w:color w:val="444444"/>
          <w:sz w:val="20"/>
        </w:rPr>
        <w:t>tips</w:t>
      </w:r>
      <w:r>
        <w:rPr>
          <w:rFonts w:ascii="Source Han Sans SC" w:hAnsi="Source Han Sans SC" w:eastAsia="Source Han Sans SC" w:cs="Source Han Sans SC" w:hint="eastAsia"/>
          <w:sz w:val="21"/>
        </w:rPr>
        <w:t xml:space="preserve"> 字段类型的处理</w:t>
      </w:r>
    </w:p>
    <w:p>
      <w:pPr>
        <w:pStyle w:val="Heading2"/>
      </w:pPr>
      <w:r>
        <w:t>Optimizes</w:t>
      </w:r>
    </w:p>
    <w:p>
      <w:pPr>
        <w:pStyle w:val="ListBullet"/>
      </w:pPr>
      <w:r>
        <w:rPr>
          <w:rFonts w:ascii="Source Han Sans SC" w:hAnsi="Source Han Sans SC" w:eastAsia="Source Han Sans SC" w:cs="Source Han Sans SC" w:hint="eastAsia"/>
          <w:sz w:val="21"/>
        </w:rPr>
        <w:t>频道模块(channel) 完善对转播双师功能的支持，同步调整其他模块和转播双师相关的功能逻辑</w:t>
      </w:r>
    </w:p>
    <w:p>
      <w:pPr>
        <w:pStyle w:val="ListBullet"/>
      </w:pPr>
      <w:r>
        <w:rPr>
          <w:rFonts w:ascii="Source Han Sans SC" w:hAnsi="Source Han Sans SC" w:eastAsia="Source Han Sans SC" w:cs="Source Han Sans SC" w:hint="eastAsia"/>
          <w:sz w:val="21"/>
        </w:rPr>
        <w:t>其他内部模块的一些逻辑优化</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20230921</w:t>
      </w:r>
    </w:p>
    <w:p>
      <w:pPr>
        <w:pStyle w:val="ListBullet"/>
      </w:pPr>
      <w:r>
        <w:rPr>
          <w:rFonts w:ascii="Source Han Sans SC" w:hAnsi="Source Han Sans SC" w:eastAsia="Source Han Sans SC" w:cs="Source Han Sans SC" w:hint="eastAsia"/>
          <w:sz w:val="21"/>
        </w:rPr>
        <w:t>更新播放器 SDK， 支持在 IE 浏览器中加载</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@polyv/player-module</w:t>
      </w:r>
      <w:r>
        <w:rPr>
          <w:rFonts w:ascii="Source Han Sans SC" w:hAnsi="Source Han Sans SC" w:eastAsia="Source Han Sans SC" w:cs="Source Han Sans SC" w:hint="eastAsia"/>
          <w:sz w:val="21"/>
        </w:rPr>
        <w:t xml:space="preserve"> 版本至 </w:t>
      </w:r>
      <w:r>
        <w:rPr>
          <w:rFonts w:ascii="Menlo" w:hAnsi="Menlo"/>
          <w:color w:val="444444"/>
          <w:sz w:val="20"/>
        </w:rPr>
        <w:t>1.21.1</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@polyv/rtas-sdk</w:t>
      </w:r>
      <w:r>
        <w:rPr>
          <w:rFonts w:ascii="Source Han Sans SC" w:hAnsi="Source Han Sans SC" w:eastAsia="Source Han Sans SC" w:cs="Source Han Sans SC" w:hint="eastAsia"/>
          <w:sz w:val="21"/>
        </w:rPr>
        <w:t xml:space="preserve"> 版本至 </w:t>
      </w:r>
      <w:r>
        <w:rPr>
          <w:rFonts w:ascii="Menlo" w:hAnsi="Menlo"/>
          <w:color w:val="444444"/>
          <w:sz w:val="20"/>
        </w:rPr>
        <w:t>0.4.2</w:t>
      </w:r>
    </w:p>
    <w:p>
      <w:r>
        <w:rPr>
          <w:rFonts w:ascii="Source Han Sans SC" w:hAnsi="Source Han Sans SC" w:eastAsia="Source Han Sans SC" w:cs="Source Han Sans SC" w:hint="eastAsia"/>
          <w:sz w:val="21"/>
        </w:rPr>
        <w:t>---</w:t>
      </w:r>
    </w:p>
    <w:p>
      <w:pPr>
        <w:pStyle w:val="Heading1"/>
      </w:pPr>
      <w:r>
        <w:t>v0.8.0(2023-09-01)</w:t>
      </w:r>
    </w:p>
    <w:p>
      <w:pPr>
        <w:pStyle w:val="Heading2"/>
      </w:pPr>
      <w:r>
        <w:t>Features</w:t>
      </w:r>
    </w:p>
    <w:p>
      <w:pPr>
        <w:pStyle w:val="ListBullet"/>
      </w:pPr>
      <w:r>
        <w:rPr>
          <w:rFonts w:ascii="Source Han Sans SC" w:hAnsi="Source Han Sans SC" w:eastAsia="Source Han Sans SC" w:cs="Source Han Sans SC" w:hint="eastAsia"/>
          <w:sz w:val="21"/>
        </w:rPr>
        <w:t>频道模块(channel) 新增 SaaS 观看时长功能</w:t>
      </w:r>
    </w:p>
    <w:p>
      <w:pPr>
        <w:pStyle w:val="ListBullet"/>
      </w:pPr>
      <w:r>
        <w:rPr>
          <w:rFonts w:ascii="Source Han Sans SC" w:hAnsi="Source Han Sans SC" w:eastAsia="Source Han Sans SC" w:cs="Source Han Sans SC" w:hint="eastAsia"/>
          <w:sz w:val="21"/>
        </w:rPr>
        <w:t>用户模块(user) 新增观众手机号实名认证功能</w:t>
      </w:r>
    </w:p>
    <w:p>
      <w:pPr>
        <w:pStyle w:val="ListBullet"/>
      </w:pPr>
      <w:r>
        <w:rPr>
          <w:rFonts w:ascii="Source Han Sans SC" w:hAnsi="Source Han Sans SC" w:eastAsia="Source Han Sans SC" w:cs="Source Han Sans SC" w:hint="eastAsia"/>
          <w:sz w:val="21"/>
        </w:rPr>
        <w:t>播放器模块(player) 和 回放模块(playback) 支持双语视频流切换功能</w:t>
      </w:r>
    </w:p>
    <w:p>
      <w:pPr>
        <w:pStyle w:val="ListBullet"/>
      </w:pPr>
      <w:r>
        <w:rPr>
          <w:rFonts w:ascii="Source Han Sans SC" w:hAnsi="Source Han Sans SC" w:eastAsia="Source Han Sans SC" w:cs="Source Han Sans SC" w:hint="eastAsia"/>
          <w:sz w:val="21"/>
        </w:rPr>
        <w:t>邀请模块(invite) 新增邀请明细功能</w:t>
      </w:r>
    </w:p>
    <w:p>
      <w:pPr>
        <w:pStyle w:val="ListBullet"/>
      </w:pPr>
      <w:r>
        <w:rPr>
          <w:rFonts w:ascii="Source Han Sans SC" w:hAnsi="Source Han Sans SC" w:eastAsia="Source Han Sans SC" w:cs="Source Han Sans SC" w:hint="eastAsia"/>
          <w:sz w:val="21"/>
        </w:rPr>
        <w:t xml:space="preserve">聊天室模块(chat) 新增 </w:t>
      </w:r>
      <w:r>
        <w:rPr>
          <w:rFonts w:ascii="Menlo" w:hAnsi="Menlo"/>
          <w:color w:val="444444"/>
          <w:sz w:val="20"/>
        </w:rPr>
        <w:t>insertLocalImageChatMsg</w:t>
      </w:r>
      <w:r>
        <w:rPr>
          <w:rFonts w:ascii="Source Han Sans SC" w:hAnsi="Source Han Sans SC" w:eastAsia="Source Han Sans SC" w:cs="Source Han Sans SC" w:hint="eastAsia"/>
          <w:sz w:val="21"/>
        </w:rPr>
        <w:t>、</w:t>
      </w:r>
      <w:r>
        <w:rPr>
          <w:rFonts w:ascii="Menlo" w:hAnsi="Menlo"/>
          <w:color w:val="444444"/>
          <w:sz w:val="20"/>
        </w:rPr>
        <w:t>sendImageMsgDirectly</w:t>
      </w:r>
      <w:r>
        <w:rPr>
          <w:rFonts w:ascii="Source Han Sans SC" w:hAnsi="Source Han Sans SC" w:eastAsia="Source Han Sans SC" w:cs="Source Han Sans SC" w:hint="eastAsia"/>
          <w:sz w:val="21"/>
        </w:rPr>
        <w:t xml:space="preserve"> 方法，并支持 </w:t>
      </w:r>
      <w:r>
        <w:rPr>
          <w:rFonts w:ascii="Menlo" w:hAnsi="Menlo"/>
          <w:color w:val="444444"/>
          <w:sz w:val="20"/>
        </w:rPr>
        <w:t>webp</w:t>
      </w:r>
      <w:r>
        <w:rPr>
          <w:rFonts w:ascii="Source Han Sans SC" w:hAnsi="Source Han Sans SC" w:eastAsia="Source Han Sans SC" w:cs="Source Han Sans SC" w:hint="eastAsia"/>
          <w:sz w:val="21"/>
        </w:rPr>
        <w:t xml:space="preserve"> 图片格式上传</w:t>
      </w:r>
    </w:p>
    <w:p>
      <w:pPr>
        <w:pStyle w:val="Heading2"/>
      </w:pPr>
      <w:r>
        <w:t>Optimizes</w:t>
      </w:r>
    </w:p>
    <w:p>
      <w:pPr>
        <w:pStyle w:val="ListBullet"/>
      </w:pPr>
      <w:r>
        <w:rPr>
          <w:rFonts w:ascii="Source Han Sans SC" w:hAnsi="Source Han Sans SC" w:eastAsia="Source Han Sans SC" w:cs="Source Han Sans SC" w:hint="eastAsia"/>
          <w:sz w:val="21"/>
        </w:rPr>
        <w:t>完善 SDK 内部多语言处理机制</w:t>
      </w:r>
    </w:p>
    <w:p>
      <w:pPr>
        <w:pStyle w:val="ListBullet"/>
      </w:pPr>
      <w:r>
        <w:rPr>
          <w:rFonts w:ascii="Source Han Sans SC" w:hAnsi="Source Han Sans SC" w:eastAsia="Source Han Sans SC" w:cs="Source Han Sans SC" w:hint="eastAsia"/>
          <w:sz w:val="21"/>
        </w:rPr>
        <w:t>播放器模块(player) 响应后台配置，约束竖屏全屏功能</w:t>
      </w:r>
    </w:p>
    <w:p>
      <w:pPr>
        <w:pStyle w:val="ListBullet"/>
      </w:pPr>
      <w:r>
        <w:rPr>
          <w:rFonts w:ascii="Source Han Sans SC" w:hAnsi="Source Han Sans SC" w:eastAsia="Source Han Sans SC" w:cs="Source Han Sans SC" w:hint="eastAsia"/>
          <w:sz w:val="21"/>
        </w:rPr>
        <w:t xml:space="preserve">短信模块(sms) 优化短信平台关闭下的处理，增加 </w:t>
      </w:r>
      <w:r>
        <w:rPr>
          <w:rFonts w:ascii="Menlo" w:hAnsi="Menlo"/>
          <w:color w:val="444444"/>
          <w:sz w:val="20"/>
        </w:rPr>
        <w:t>UnSetSmsPlatform</w:t>
      </w:r>
      <w:r>
        <w:rPr>
          <w:rFonts w:ascii="Source Han Sans SC" w:hAnsi="Source Han Sans SC" w:eastAsia="Source Han Sans SC" w:cs="Source Han Sans SC" w:hint="eastAsia"/>
          <w:sz w:val="21"/>
        </w:rPr>
        <w:t xml:space="preserve"> 错误原因</w:t>
      </w:r>
    </w:p>
    <w:p>
      <w:pPr>
        <w:pStyle w:val="ListBullet"/>
      </w:pPr>
      <w:r>
        <w:rPr>
          <w:rFonts w:ascii="Source Han Sans SC" w:hAnsi="Source Han Sans SC" w:eastAsia="Source Han Sans SC" w:cs="Source Han Sans SC" w:hint="eastAsia"/>
          <w:sz w:val="21"/>
        </w:rPr>
        <w:t>弹幕模块(barrage) 支持展示自定义消息</w:t>
      </w:r>
    </w:p>
    <w:p>
      <w:pPr>
        <w:pStyle w:val="ListBullet"/>
      </w:pPr>
      <w:r>
        <w:rPr>
          <w:rFonts w:ascii="Source Han Sans SC" w:hAnsi="Source Han Sans SC" w:eastAsia="Source Han Sans SC" w:cs="Source Han Sans SC" w:hint="eastAsia"/>
          <w:sz w:val="21"/>
        </w:rPr>
        <w:t>字幕模块(subtitles) 优化内部状态管理</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@polyv/chat-image-upload-sdk</w:t>
      </w:r>
      <w:r>
        <w:rPr>
          <w:rFonts w:ascii="Source Han Sans SC" w:hAnsi="Source Han Sans SC" w:eastAsia="Source Han Sans SC" w:cs="Source Han Sans SC" w:hint="eastAsia"/>
          <w:sz w:val="21"/>
        </w:rPr>
        <w:t xml:space="preserve"> 版本至 </w:t>
      </w:r>
      <w:r>
        <w:rPr>
          <w:rFonts w:ascii="Menlo" w:hAnsi="Menlo"/>
          <w:color w:val="444444"/>
          <w:sz w:val="20"/>
        </w:rPr>
        <w:t>0.5.0-rc.1</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版本至 </w:t>
      </w:r>
      <w:r>
        <w:rPr>
          <w:rFonts w:ascii="Menlo" w:hAnsi="Menlo"/>
          <w:color w:val="444444"/>
          <w:sz w:val="20"/>
        </w:rPr>
        <w:t>20230831</w:t>
      </w:r>
    </w:p>
    <w:p>
      <w:r>
        <w:rPr>
          <w:rFonts w:ascii="Source Han Sans SC" w:hAnsi="Source Han Sans SC" w:eastAsia="Source Han Sans SC" w:cs="Source Han Sans SC" w:hint="eastAsia"/>
          <w:sz w:val="21"/>
        </w:rPr>
        <w:t>---</w:t>
      </w:r>
    </w:p>
    <w:p>
      <w:pPr>
        <w:pStyle w:val="Heading1"/>
      </w:pPr>
      <w:r>
        <w:t>v0.7.0(2023-08-25)</w:t>
      </w:r>
    </w:p>
    <w:p>
      <w:pPr>
        <w:pStyle w:val="Heading2"/>
      </w:pPr>
      <w:r>
        <w:t>Features</w:t>
      </w:r>
    </w:p>
    <w:p>
      <w:pPr>
        <w:pStyle w:val="ListBullet"/>
      </w:pPr>
      <w:r>
        <w:rPr>
          <w:rFonts w:ascii="Source Han Sans SC" w:hAnsi="Source Han Sans SC" w:eastAsia="Source Han Sans SC" w:cs="Source Han Sans SC" w:hint="eastAsia"/>
          <w:sz w:val="21"/>
        </w:rPr>
        <w:t>SDK 新增字幕模块(subtitles)，播放器模块(player) 支持字幕相关功能处理</w:t>
      </w:r>
    </w:p>
    <w:p>
      <w:pPr>
        <w:pStyle w:val="ListBullet"/>
      </w:pPr>
      <w:r>
        <w:rPr>
          <w:rFonts w:ascii="Source Han Sans SC" w:hAnsi="Source Han Sans SC" w:eastAsia="Source Han Sans SC" w:cs="Source Han Sans SC" w:hint="eastAsia"/>
          <w:sz w:val="21"/>
        </w:rPr>
        <w:t xml:space="preserve">频道模块(channel) 新增 </w:t>
      </w:r>
      <w:r>
        <w:rPr>
          <w:rFonts w:ascii="Menlo" w:hAnsi="Menlo"/>
          <w:color w:val="444444"/>
          <w:sz w:val="20"/>
        </w:rPr>
        <w:t>SeminarHostJoinInGroup</w:t>
      </w:r>
      <w:r>
        <w:rPr>
          <w:rFonts w:ascii="Source Han Sans SC" w:hAnsi="Source Han Sans SC" w:eastAsia="Source Han Sans SC" w:cs="Source Han Sans SC" w:hint="eastAsia"/>
          <w:sz w:val="21"/>
        </w:rPr>
        <w:t xml:space="preserve"> 和 </w:t>
      </w:r>
      <w:r>
        <w:rPr>
          <w:rFonts w:ascii="Menlo" w:hAnsi="Menlo"/>
          <w:color w:val="444444"/>
          <w:sz w:val="20"/>
        </w:rPr>
        <w:t>SeminarHostLeaveGroup</w:t>
      </w:r>
      <w:r>
        <w:rPr>
          <w:rFonts w:ascii="Source Han Sans SC" w:hAnsi="Source Han Sans SC" w:eastAsia="Source Han Sans SC" w:cs="Source Han Sans SC" w:hint="eastAsia"/>
          <w:sz w:val="21"/>
        </w:rPr>
        <w:t xml:space="preserve"> 事件，完善对研讨会场景的支持</w:t>
      </w:r>
    </w:p>
    <w:p>
      <w:pPr>
        <w:pStyle w:val="ListBullet"/>
      </w:pPr>
      <w:r>
        <w:rPr>
          <w:rFonts w:ascii="Source Han Sans SC" w:hAnsi="Source Han Sans SC" w:eastAsia="Source Han Sans SC" w:cs="Source Han Sans SC" w:hint="eastAsia"/>
          <w:sz w:val="21"/>
        </w:rPr>
        <w:t xml:space="preserve">连麦模块(connect-mic) 新增 </w:t>
      </w:r>
      <w:r>
        <w:rPr>
          <w:rFonts w:ascii="Menlo" w:hAnsi="Menlo"/>
          <w:color w:val="444444"/>
          <w:sz w:val="20"/>
        </w:rPr>
        <w:t>DeviceRecoverFail</w:t>
      </w:r>
      <w:r>
        <w:rPr>
          <w:rFonts w:ascii="Source Han Sans SC" w:hAnsi="Source Han Sans SC" w:eastAsia="Source Han Sans SC" w:cs="Source Han Sans SC" w:hint="eastAsia"/>
          <w:sz w:val="21"/>
        </w:rPr>
        <w:t xml:space="preserve"> 事件</w:t>
      </w:r>
    </w:p>
    <w:p>
      <w:pPr>
        <w:pStyle w:val="ListBullet"/>
      </w:pPr>
      <w:r>
        <w:rPr>
          <w:rFonts w:ascii="Source Han Sans SC" w:hAnsi="Source Han Sans SC" w:eastAsia="Source Han Sans SC" w:cs="Source Han Sans SC" w:hint="eastAsia"/>
          <w:sz w:val="21"/>
        </w:rPr>
        <w:t>文档模块(doc) 支持双向白板功能</w:t>
      </w:r>
    </w:p>
    <w:p>
      <w:pPr>
        <w:pStyle w:val="ListBullet"/>
      </w:pPr>
      <w:r>
        <w:rPr>
          <w:rFonts w:ascii="Source Han Sans SC" w:hAnsi="Source Han Sans SC" w:eastAsia="Source Han Sans SC" w:cs="Source Han Sans SC" w:hint="eastAsia"/>
          <w:sz w:val="21"/>
        </w:rPr>
        <w:t>播放器模块(player) 支持在无延迟直播下断网重试拉流</w:t>
      </w:r>
    </w:p>
    <w:p>
      <w:pPr>
        <w:pStyle w:val="ListBullet"/>
      </w:pPr>
      <w:r>
        <w:rPr>
          <w:rFonts w:ascii="Source Han Sans SC" w:hAnsi="Source Han Sans SC" w:eastAsia="Source Han Sans SC" w:cs="Source Han Sans SC" w:hint="eastAsia"/>
          <w:sz w:val="21"/>
        </w:rPr>
        <w:t>互动模块 (interact-receive) 新增抽奖手动结束开关</w:t>
      </w:r>
    </w:p>
    <w:p>
      <w:pPr>
        <w:pStyle w:val="Heading2"/>
      </w:pPr>
      <w:r>
        <w:t>Code Refactoring</w:t>
      </w:r>
    </w:p>
    <w:p>
      <w:pPr>
        <w:pStyle w:val="ListBullet"/>
      </w:pPr>
      <w:r>
        <w:rPr>
          <w:rFonts w:ascii="Source Han Sans SC" w:hAnsi="Source Han Sans SC" w:eastAsia="Source Han Sans SC" w:cs="Source Han Sans SC" w:hint="eastAsia"/>
          <w:sz w:val="21"/>
        </w:rPr>
        <w:t xml:space="preserve">核心模块(watchCore) 调整 </w:t>
      </w:r>
      <w:r>
        <w:rPr>
          <w:rFonts w:ascii="Menlo" w:hAnsi="Menlo"/>
          <w:color w:val="444444"/>
          <w:sz w:val="20"/>
        </w:rPr>
        <w:t>updateAppConfig</w:t>
      </w:r>
      <w:r>
        <w:rPr>
          <w:rFonts w:ascii="Source Han Sans SC" w:hAnsi="Source Han Sans SC" w:eastAsia="Source Han Sans SC" w:cs="Source Han Sans SC" w:hint="eastAsia"/>
          <w:sz w:val="21"/>
        </w:rPr>
        <w:t xml:space="preserve"> 方法，不再支持更新 </w:t>
      </w:r>
      <w:r>
        <w:rPr>
          <w:rFonts w:ascii="Menlo" w:hAnsi="Menlo"/>
          <w:color w:val="444444"/>
          <w:sz w:val="20"/>
        </w:rPr>
        <w:t>sdkIntegration</w:t>
      </w:r>
    </w:p>
    <w:p>
      <w:pPr>
        <w:pStyle w:val="Heading2"/>
      </w:pPr>
      <w:r>
        <w:t>Optimizes</w:t>
      </w:r>
    </w:p>
    <w:p>
      <w:pPr>
        <w:pStyle w:val="ListBullet"/>
      </w:pPr>
      <w:r>
        <w:rPr>
          <w:rFonts w:ascii="Source Han Sans SC" w:hAnsi="Source Han Sans SC" w:eastAsia="Source Han Sans SC" w:cs="Source Han Sans SC" w:hint="eastAsia"/>
          <w:sz w:val="21"/>
        </w:rPr>
        <w:t>播放器模块(player) 优化延迟时间处理</w:t>
      </w:r>
    </w:p>
    <w:p>
      <w:pPr>
        <w:pStyle w:val="ListBullet"/>
      </w:pPr>
      <w:r>
        <w:rPr>
          <w:rFonts w:ascii="Source Han Sans SC" w:hAnsi="Source Han Sans SC" w:eastAsia="Source Han Sans SC" w:cs="Source Han Sans SC" w:hint="eastAsia"/>
          <w:sz w:val="21"/>
        </w:rPr>
        <w:t xml:space="preserve">邀请模块(invite) 优化 </w:t>
      </w:r>
      <w:r>
        <w:rPr>
          <w:rFonts w:ascii="Menlo" w:hAnsi="Menlo"/>
          <w:color w:val="444444"/>
          <w:sz w:val="20"/>
        </w:rPr>
        <w:t>getRankList</w:t>
      </w:r>
      <w:r>
        <w:rPr>
          <w:rFonts w:ascii="Source Han Sans SC" w:hAnsi="Source Han Sans SC" w:eastAsia="Source Han Sans SC" w:cs="Source Han Sans SC" w:hint="eastAsia"/>
          <w:sz w:val="21"/>
        </w:rPr>
        <w:t xml:space="preserve"> 方法</w:t>
      </w:r>
    </w:p>
    <w:p>
      <w:pPr>
        <w:pStyle w:val="ListBullet"/>
      </w:pPr>
      <w:r>
        <w:rPr>
          <w:rFonts w:ascii="Source Han Sans SC" w:hAnsi="Source Han Sans SC" w:eastAsia="Source Han Sans SC" w:cs="Source Han Sans SC" w:hint="eastAsia"/>
          <w:sz w:val="21"/>
        </w:rPr>
        <w:t>观看条件模块(auth) 优化外部授权和独立授权相关逻辑</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rtc-web-sdk</w:t>
      </w:r>
      <w:r>
        <w:rPr>
          <w:rFonts w:ascii="Source Han Sans SC" w:hAnsi="Source Han Sans SC" w:eastAsia="Source Han Sans SC" w:cs="Source Han Sans SC" w:hint="eastAsia"/>
          <w:sz w:val="21"/>
        </w:rPr>
        <w:t xml:space="preserve"> 版本至 </w:t>
      </w:r>
      <w:r>
        <w:rPr>
          <w:rFonts w:ascii="Menlo" w:hAnsi="Menlo"/>
          <w:color w:val="444444"/>
          <w:sz w:val="20"/>
        </w:rPr>
        <w:t>1.19.1</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@polyv/live-low-latency-player</w:t>
      </w:r>
      <w:r>
        <w:rPr>
          <w:rFonts w:ascii="Source Han Sans SC" w:hAnsi="Source Han Sans SC" w:eastAsia="Source Han Sans SC" w:cs="Source Han Sans SC" w:hint="eastAsia"/>
          <w:sz w:val="21"/>
        </w:rPr>
        <w:t xml:space="preserve"> 版本至 </w:t>
      </w:r>
      <w:r>
        <w:rPr>
          <w:rFonts w:ascii="Menlo" w:hAnsi="Menlo"/>
          <w:color w:val="444444"/>
          <w:sz w:val="20"/>
        </w:rPr>
        <w:t>1.2.0</w:t>
      </w:r>
    </w:p>
    <w:p>
      <w:r>
        <w:rPr>
          <w:rFonts w:ascii="Source Han Sans SC" w:hAnsi="Source Han Sans SC" w:eastAsia="Source Han Sans SC" w:cs="Source Han Sans SC" w:hint="eastAsia"/>
          <w:sz w:val="21"/>
        </w:rPr>
        <w:t>---</w:t>
      </w:r>
    </w:p>
    <w:p>
      <w:pPr>
        <w:pStyle w:val="Heading1"/>
      </w:pPr>
      <w:r>
        <w:t>v0.6.0(2023-08-11)</w:t>
      </w:r>
    </w:p>
    <w:p>
      <w:pPr>
        <w:pStyle w:val="Heading2"/>
      </w:pPr>
      <w:r>
        <w:t>Features</w:t>
      </w:r>
    </w:p>
    <w:p>
      <w:pPr>
        <w:pStyle w:val="ListBullet"/>
      </w:pPr>
      <w:r>
        <w:rPr>
          <w:rFonts w:ascii="Source Han Sans SC" w:hAnsi="Source Han Sans SC" w:eastAsia="Source Han Sans SC" w:cs="Source Han Sans SC" w:hint="eastAsia"/>
          <w:sz w:val="21"/>
        </w:rPr>
        <w:t>核心模块(watch-core)</w:t>
      </w:r>
    </w:p>
    <w:p>
      <w:pPr>
        <w:pStyle w:val="ListBullet"/>
      </w:pPr>
      <w:r>
        <w:rPr>
          <w:rFonts w:ascii="Source Han Sans SC" w:hAnsi="Source Han Sans SC" w:eastAsia="Source Han Sans SC" w:cs="Source Han Sans SC" w:hint="eastAsia"/>
          <w:sz w:val="21"/>
        </w:rPr>
        <w:t xml:space="preserve">已支持在观众未授权时也能使用 </w:t>
      </w:r>
      <w:r>
        <w:rPr>
          <w:rFonts w:ascii="Menlo" w:hAnsi="Menlo"/>
          <w:color w:val="444444"/>
          <w:sz w:val="20"/>
        </w:rPr>
        <w:t>isPlaybackWatchByVid</w:t>
      </w:r>
      <w:r>
        <w:rPr>
          <w:rFonts w:ascii="Source Han Sans SC" w:hAnsi="Source Han Sans SC" w:eastAsia="Source Han Sans SC" w:cs="Source Han Sans SC" w:hint="eastAsia"/>
          <w:sz w:val="21"/>
        </w:rPr>
        <w:t xml:space="preserve"> 进行判断，并提供 </w:t>
      </w:r>
      <w:r>
        <w:rPr>
          <w:rFonts w:ascii="Menlo" w:hAnsi="Menlo"/>
          <w:color w:val="444444"/>
          <w:sz w:val="20"/>
        </w:rPr>
        <w:t>getPlaybackWatchBasicInfo</w:t>
      </w:r>
      <w:r>
        <w:rPr>
          <w:rFonts w:ascii="Source Han Sans SC" w:hAnsi="Source Han Sans SC" w:eastAsia="Source Han Sans SC" w:cs="Source Han Sans SC" w:hint="eastAsia"/>
          <w:sz w:val="21"/>
        </w:rPr>
        <w:t xml:space="preserve"> 来获取 </w:t>
      </w:r>
      <w:r>
        <w:rPr>
          <w:rFonts w:ascii="Menlo" w:hAnsi="Menlo"/>
          <w:color w:val="444444"/>
          <w:sz w:val="20"/>
        </w:rPr>
        <w:t>vid</w:t>
      </w:r>
      <w:r>
        <w:rPr>
          <w:rFonts w:ascii="Source Han Sans SC" w:hAnsi="Source Han Sans SC" w:eastAsia="Source Han Sans SC" w:cs="Source Han Sans SC" w:hint="eastAsia"/>
          <w:sz w:val="21"/>
        </w:rPr>
        <w:t xml:space="preserve"> 观看回放的基础信息</w:t>
      </w:r>
    </w:p>
    <w:p>
      <w:pPr>
        <w:pStyle w:val="ListBullet"/>
      </w:pPr>
      <w:r>
        <w:rPr>
          <w:rFonts w:ascii="Source Han Sans SC" w:hAnsi="Source Han Sans SC" w:eastAsia="Source Han Sans SC" w:cs="Source Han Sans SC" w:hint="eastAsia"/>
          <w:sz w:val="21"/>
        </w:rPr>
        <w:t xml:space="preserve">传入参数 </w:t>
      </w:r>
      <w:r>
        <w:rPr>
          <w:rFonts w:ascii="Menlo" w:hAnsi="Menlo"/>
          <w:color w:val="444444"/>
          <w:sz w:val="20"/>
        </w:rPr>
        <w:t>autoAuthParams</w:t>
      </w:r>
      <w:r>
        <w:rPr>
          <w:rFonts w:ascii="Source Han Sans SC" w:hAnsi="Source Han Sans SC" w:eastAsia="Source Han Sans SC" w:cs="Source Han Sans SC" w:hint="eastAsia"/>
          <w:sz w:val="21"/>
        </w:rPr>
        <w:t xml:space="preserve"> 增加 </w:t>
      </w:r>
      <w:r>
        <w:rPr>
          <w:rFonts w:ascii="Menlo" w:hAnsi="Menlo"/>
          <w:color w:val="444444"/>
          <w:sz w:val="20"/>
        </w:rPr>
        <w:t>ignoreWxAuth</w:t>
      </w:r>
      <w:r>
        <w:rPr>
          <w:rFonts w:ascii="Source Han Sans SC" w:hAnsi="Source Han Sans SC" w:eastAsia="Source Han Sans SC" w:cs="Source Han Sans SC" w:hint="eastAsia"/>
          <w:sz w:val="21"/>
        </w:rPr>
        <w:t xml:space="preserve"> 和 </w:t>
      </w:r>
      <w:r>
        <w:rPr>
          <w:rFonts w:ascii="Menlo" w:hAnsi="Menlo"/>
          <w:color w:val="444444"/>
          <w:sz w:val="20"/>
        </w:rPr>
        <w:t>wxSnapshotPageMode</w:t>
      </w:r>
      <w:r>
        <w:rPr>
          <w:rFonts w:ascii="Source Han Sans SC" w:hAnsi="Source Han Sans SC" w:eastAsia="Source Han Sans SC" w:cs="Source Han Sans SC" w:hint="eastAsia"/>
          <w:sz w:val="21"/>
        </w:rPr>
        <w:t xml:space="preserve"> 字段</w:t>
      </w:r>
    </w:p>
    <w:p>
      <w:pPr>
        <w:pStyle w:val="ListBullet"/>
      </w:pPr>
      <w:r>
        <w:rPr>
          <w:rFonts w:ascii="Source Han Sans SC" w:hAnsi="Source Han Sans SC" w:eastAsia="Source Han Sans SC" w:cs="Source Han Sans SC" w:hint="eastAsia"/>
          <w:sz w:val="21"/>
        </w:rPr>
        <w:t>微信模块(weixin) 增加对快照模式的处理，并支持响应强制微信授权配置</w:t>
      </w:r>
    </w:p>
    <w:p>
      <w:pPr>
        <w:pStyle w:val="ListBullet"/>
      </w:pPr>
      <w:r>
        <w:rPr>
          <w:rFonts w:ascii="Source Han Sans SC" w:hAnsi="Source Han Sans SC" w:eastAsia="Source Han Sans SC" w:cs="Source Han Sans SC" w:hint="eastAsia"/>
          <w:sz w:val="21"/>
        </w:rPr>
        <w:t>频道模块(channel) 增加营销埋点开关，埋点模块(rtas) 哦后续不需要观众信息也能正常使用</w:t>
      </w:r>
    </w:p>
    <w:p>
      <w:pPr>
        <w:pStyle w:val="ListBullet"/>
      </w:pPr>
      <w:r>
        <w:rPr>
          <w:rFonts w:ascii="Source Han Sans SC" w:hAnsi="Source Han Sans SC" w:eastAsia="Source Han Sans SC" w:cs="Source Han Sans SC" w:hint="eastAsia"/>
          <w:sz w:val="21"/>
        </w:rPr>
        <w:t>互动模块(interact-receive) 支持埋点处理，并处理部分内部优化</w:t>
      </w:r>
    </w:p>
    <w:p>
      <w:pPr>
        <w:pStyle w:val="ListBullet"/>
      </w:pPr>
      <w:r>
        <w:rPr>
          <w:rFonts w:ascii="Source Han Sans SC" w:hAnsi="Source Han Sans SC" w:eastAsia="Source Han Sans SC" w:cs="Source Han Sans SC" w:hint="eastAsia"/>
          <w:sz w:val="21"/>
        </w:rPr>
        <w:t xml:space="preserve">播放器模块(player) 增加 </w:t>
      </w:r>
      <w:r>
        <w:rPr>
          <w:rFonts w:ascii="Menlo" w:hAnsi="Menlo"/>
          <w:color w:val="444444"/>
          <w:sz w:val="20"/>
        </w:rPr>
        <w:t>PlayerUIControlDisplay</w:t>
      </w:r>
      <w:r>
        <w:rPr>
          <w:rFonts w:ascii="Source Han Sans SC" w:hAnsi="Source Han Sans SC" w:eastAsia="Source Han Sans SC" w:cs="Source Han Sans SC" w:hint="eastAsia"/>
          <w:sz w:val="21"/>
        </w:rPr>
        <w:t xml:space="preserve"> 事件，支持在 UI 层移动端使用播放器 SDK 提供的 UI 控件时，能响应控制栏的显隐操作</w:t>
      </w:r>
    </w:p>
    <w:p>
      <w:pPr>
        <w:pStyle w:val="ListBullet"/>
      </w:pPr>
      <w:r>
        <w:rPr>
          <w:rFonts w:ascii="Source Han Sans SC" w:hAnsi="Source Han Sans SC" w:eastAsia="Source Han Sans SC" w:cs="Source Han Sans SC" w:hint="eastAsia"/>
          <w:sz w:val="21"/>
        </w:rPr>
        <w:t>聊天室模块(chat) 支持响应表情开关配置</w:t>
      </w:r>
    </w:p>
    <w:p>
      <w:pPr>
        <w:pStyle w:val="ListBullet"/>
      </w:pPr>
      <w:r>
        <w:rPr>
          <w:rFonts w:ascii="Source Han Sans SC" w:hAnsi="Source Han Sans SC" w:eastAsia="Source Han Sans SC" w:cs="Source Han Sans SC" w:hint="eastAsia"/>
          <w:sz w:val="21"/>
        </w:rPr>
        <w:t>分享模块(share) 支持响应回放标题分享</w:t>
      </w:r>
    </w:p>
    <w:p>
      <w:pPr>
        <w:pStyle w:val="Heading2"/>
      </w:pPr>
      <w:r>
        <w:t>Optimizes</w:t>
      </w:r>
    </w:p>
    <w:p>
      <w:pPr>
        <w:pStyle w:val="ListBullet"/>
      </w:pPr>
      <w:r>
        <w:rPr>
          <w:rFonts w:ascii="Source Han Sans SC" w:hAnsi="Source Han Sans SC" w:eastAsia="Source Han Sans SC" w:cs="Source Han Sans SC" w:hint="eastAsia"/>
          <w:sz w:val="21"/>
        </w:rPr>
        <w:t>SDK 内部完善私有化域名处理</w:t>
      </w:r>
    </w:p>
    <w:p>
      <w:pPr>
        <w:pStyle w:val="ListBullet"/>
      </w:pPr>
      <w:r>
        <w:rPr>
          <w:rFonts w:ascii="Source Han Sans SC" w:hAnsi="Source Han Sans SC" w:eastAsia="Source Han Sans SC" w:cs="Source Han Sans SC" w:hint="eastAsia"/>
          <w:sz w:val="21"/>
        </w:rPr>
        <w:t xml:space="preserve">聊天室模块(chat) 统一处理发言消息 </w:t>
      </w:r>
      <w:r>
        <w:rPr>
          <w:rFonts w:ascii="Menlo" w:hAnsi="Menlo"/>
          <w:color w:val="444444"/>
          <w:sz w:val="20"/>
        </w:rPr>
        <w:t>isOverLength</w:t>
      </w:r>
      <w:r>
        <w:rPr>
          <w:rFonts w:ascii="Source Han Sans SC" w:hAnsi="Source Han Sans SC" w:eastAsia="Source Han Sans SC" w:cs="Source Han Sans SC" w:hint="eastAsia"/>
          <w:sz w:val="21"/>
        </w:rPr>
        <w:t xml:space="preserve"> 字段，在接口无相关字段返回时，默认发言内容超过 500 字符即溢出</w:t>
      </w:r>
    </w:p>
    <w:p>
      <w:pPr>
        <w:pStyle w:val="ListBullet"/>
      </w:pPr>
      <w:r>
        <w:rPr>
          <w:rFonts w:ascii="Source Han Sans SC" w:hAnsi="Source Han Sans SC" w:eastAsia="Source Han Sans SC" w:cs="Source Han Sans SC" w:hint="eastAsia"/>
          <w:sz w:val="21"/>
        </w:rPr>
        <w:t xml:space="preserve">播放器模块(player) 调整对延迟时间 </w:t>
      </w:r>
      <w:r>
        <w:rPr>
          <w:rFonts w:ascii="Menlo" w:hAnsi="Menlo"/>
          <w:color w:val="444444"/>
          <w:sz w:val="20"/>
        </w:rPr>
        <w:t>delayTime</w:t>
      </w:r>
      <w:r>
        <w:rPr>
          <w:rFonts w:ascii="Source Han Sans SC" w:hAnsi="Source Han Sans SC" w:eastAsia="Source Han Sans SC" w:cs="Source Han Sans SC" w:hint="eastAsia"/>
          <w:sz w:val="21"/>
        </w:rPr>
        <w:t xml:space="preserve"> 的处理</w:t>
      </w:r>
    </w:p>
    <w:p>
      <w:pPr>
        <w:pStyle w:val="ListBullet"/>
      </w:pPr>
      <w:r>
        <w:rPr>
          <w:rFonts w:ascii="Source Han Sans SC" w:hAnsi="Source Han Sans SC" w:eastAsia="Source Han Sans SC" w:cs="Source Han Sans SC" w:hint="eastAsia"/>
          <w:sz w:val="21"/>
        </w:rPr>
        <w:t xml:space="preserve">回放模块(playback) 在处理视频回放时，优先使用 </w:t>
      </w:r>
      <w:r>
        <w:rPr>
          <w:rFonts w:ascii="Menlo" w:hAnsi="Menlo"/>
          <w:color w:val="444444"/>
          <w:sz w:val="20"/>
        </w:rPr>
        <w:t>m3u8</w:t>
      </w:r>
      <w:r>
        <w:rPr>
          <w:rFonts w:ascii="Source Han Sans SC" w:hAnsi="Source Han Sans SC" w:eastAsia="Source Han Sans SC" w:cs="Source Han Sans SC" w:hint="eastAsia"/>
          <w:sz w:val="21"/>
        </w:rPr>
        <w:t xml:space="preserve"> 的视频，并对外提供 </w:t>
      </w:r>
      <w:r>
        <w:rPr>
          <w:rFonts w:ascii="Menlo" w:hAnsi="Menlo"/>
          <w:color w:val="444444"/>
          <w:sz w:val="20"/>
        </w:rPr>
        <w:t>videoSource</w:t>
      </w:r>
      <w:r>
        <w:rPr>
          <w:rFonts w:ascii="Source Han Sans SC" w:hAnsi="Source Han Sans SC" w:eastAsia="Source Han Sans SC" w:cs="Source Han Sans SC" w:hint="eastAsia"/>
          <w:sz w:val="21"/>
        </w:rPr>
        <w:t xml:space="preserve"> 字段提供给到外部获取视频数据</w:t>
      </w:r>
    </w:p>
    <w:p>
      <w:pPr>
        <w:pStyle w:val="ListBullet"/>
      </w:pPr>
      <w:r>
        <w:rPr>
          <w:rFonts w:ascii="Source Han Sans SC" w:hAnsi="Source Han Sans SC" w:eastAsia="Source Han Sans SC" w:cs="Source Han Sans SC" w:hint="eastAsia"/>
          <w:sz w:val="21"/>
        </w:rPr>
        <w:t>短信模块(sms) 增加相关的验证码提示优化</w:t>
      </w:r>
    </w:p>
    <w:p>
      <w:pPr>
        <w:pStyle w:val="ListBullet"/>
      </w:pPr>
      <w:r>
        <w:rPr>
          <w:rFonts w:ascii="Source Han Sans SC" w:hAnsi="Source Han Sans SC" w:eastAsia="Source Han Sans SC" w:cs="Source Han Sans SC" w:hint="eastAsia"/>
          <w:sz w:val="21"/>
        </w:rPr>
        <w:t xml:space="preserve">用户模块(user) 增加 </w:t>
      </w:r>
      <w:r>
        <w:rPr>
          <w:rFonts w:ascii="Menlo" w:hAnsi="Menlo"/>
          <w:color w:val="444444"/>
          <w:sz w:val="20"/>
        </w:rPr>
        <w:t>CurrentUserKicked</w:t>
      </w:r>
      <w:r>
        <w:rPr>
          <w:rFonts w:ascii="Source Han Sans SC" w:hAnsi="Source Han Sans SC" w:eastAsia="Source Han Sans SC" w:cs="Source Han Sans SC" w:hint="eastAsia"/>
          <w:sz w:val="21"/>
        </w:rPr>
        <w:t xml:space="preserve"> 事件同步响应踢出处理</w:t>
      </w:r>
    </w:p>
    <w:p>
      <w:pPr>
        <w:pStyle w:val="Heading2"/>
      </w:pPr>
      <w:r>
        <w:t>Build System</w:t>
      </w:r>
    </w:p>
    <w:p>
      <w:pPr>
        <w:pStyle w:val="ListBullet"/>
      </w:pPr>
      <w:r>
        <w:rPr>
          <w:rFonts w:ascii="Menlo" w:hAnsi="Menlo"/>
          <w:color w:val="444444"/>
          <w:sz w:val="20"/>
        </w:rPr>
        <w:t>@polyv/utils</w:t>
      </w:r>
      <w:r>
        <w:rPr>
          <w:rFonts w:ascii="Source Han Sans SC" w:hAnsi="Source Han Sans SC" w:eastAsia="Source Han Sans SC" w:cs="Source Han Sans SC" w:hint="eastAsia"/>
          <w:sz w:val="21"/>
        </w:rPr>
        <w:t xml:space="preserve"> 版本升级至 </w:t>
      </w:r>
      <w:r>
        <w:rPr>
          <w:rFonts w:ascii="Menlo" w:hAnsi="Menlo"/>
          <w:color w:val="444444"/>
          <w:sz w:val="20"/>
        </w:rPr>
        <w:t>2.5.0-beta.1</w:t>
      </w:r>
    </w:p>
    <w:p>
      <w:pPr>
        <w:pStyle w:val="ListBullet"/>
      </w:pPr>
      <w:r>
        <w:rPr>
          <w:rFonts w:ascii="Menlo" w:hAnsi="Menlo"/>
          <w:color w:val="444444"/>
          <w:sz w:val="20"/>
        </w:rPr>
        <w:t>@polyv/live-low-latency-player</w:t>
      </w:r>
      <w:r>
        <w:rPr>
          <w:rFonts w:ascii="Source Han Sans SC" w:hAnsi="Source Han Sans SC" w:eastAsia="Source Han Sans SC" w:cs="Source Han Sans SC" w:hint="eastAsia"/>
          <w:sz w:val="21"/>
        </w:rPr>
        <w:t xml:space="preserve"> 版本升级至 </w:t>
      </w:r>
      <w:r>
        <w:rPr>
          <w:rFonts w:ascii="Menlo" w:hAnsi="Menlo"/>
          <w:color w:val="444444"/>
          <w:sz w:val="20"/>
        </w:rPr>
        <w:t>1.1.0</w:t>
      </w:r>
    </w:p>
    <w:p>
      <w:pPr>
        <w:pStyle w:val="ListBullet"/>
      </w:pPr>
      <w:r>
        <w:rPr>
          <w:rFonts w:ascii="Menlo" w:hAnsi="Menlo"/>
          <w:color w:val="444444"/>
          <w:sz w:val="20"/>
        </w:rPr>
        <w:t>@polyv/white-board-sdk</w:t>
      </w:r>
      <w:r>
        <w:rPr>
          <w:rFonts w:ascii="Source Han Sans SC" w:hAnsi="Source Han Sans SC" w:eastAsia="Source Han Sans SC" w:cs="Source Han Sans SC" w:hint="eastAsia"/>
          <w:sz w:val="21"/>
        </w:rPr>
        <w:t xml:space="preserve"> 和 </w:t>
      </w:r>
      <w:r>
        <w:rPr>
          <w:rFonts w:ascii="Menlo" w:hAnsi="Menlo"/>
          <w:color w:val="444444"/>
          <w:sz w:val="20"/>
        </w:rPr>
        <w:t>@polyv/white-board-ui</w:t>
      </w:r>
      <w:r>
        <w:rPr>
          <w:rFonts w:ascii="Source Han Sans SC" w:hAnsi="Source Han Sans SC" w:eastAsia="Source Han Sans SC" w:cs="Source Han Sans SC" w:hint="eastAsia"/>
          <w:sz w:val="21"/>
        </w:rPr>
        <w:t xml:space="preserve"> 版本升级至 </w:t>
      </w:r>
      <w:r>
        <w:rPr>
          <w:rFonts w:ascii="Menlo" w:hAnsi="Menlo"/>
          <w:color w:val="444444"/>
          <w:sz w:val="20"/>
        </w:rPr>
        <w:t>3.11.1</w:t>
      </w:r>
      <w:r>
        <w:rPr>
          <w:rFonts w:ascii="Source Han Sans SC" w:hAnsi="Source Han Sans SC" w:eastAsia="Source Han Sans SC" w:cs="Source Han Sans SC" w:hint="eastAsia"/>
          <w:sz w:val="21"/>
        </w:rPr>
        <w:t>，增加可操作视频播放的工具，支持加载 avif 格式的图片</w:t>
      </w:r>
    </w:p>
    <w:p>
      <w:pPr>
        <w:pStyle w:val="ListBullet"/>
      </w:pPr>
      <w:r>
        <w:rPr>
          <w:rFonts w:ascii="Menlo" w:hAnsi="Menlo"/>
          <w:color w:val="444444"/>
          <w:sz w:val="20"/>
        </w:rPr>
        <w:t>@polyv/interactions-receive-sdk</w:t>
      </w:r>
      <w:r>
        <w:rPr>
          <w:rFonts w:ascii="Source Han Sans SC" w:hAnsi="Source Han Sans SC" w:eastAsia="Source Han Sans SC" w:cs="Source Han Sans SC" w:hint="eastAsia"/>
          <w:sz w:val="21"/>
        </w:rPr>
        <w:t xml:space="preserve"> 版本升级至 </w:t>
      </w:r>
      <w:r>
        <w:rPr>
          <w:rFonts w:ascii="Menlo" w:hAnsi="Menlo"/>
          <w:color w:val="444444"/>
          <w:sz w:val="20"/>
        </w:rPr>
        <w:t>rc-20230803</w:t>
      </w:r>
    </w:p>
    <w:p>
      <w:r>
        <w:rPr>
          <w:rFonts w:ascii="Source Han Sans SC" w:hAnsi="Source Han Sans SC" w:eastAsia="Source Han Sans SC" w:cs="Source Han Sans SC" w:hint="eastAsia"/>
          <w:sz w:val="21"/>
        </w:rPr>
        <w:t>---</w:t>
      </w:r>
    </w:p>
    <w:p>
      <w:pPr>
        <w:pStyle w:val="Heading1"/>
      </w:pPr>
      <w:r>
        <w:t>v0.5.1(2023-07-28)</w:t>
      </w:r>
    </w:p>
    <w:p>
      <w:pPr>
        <w:pStyle w:val="Heading2"/>
      </w:pPr>
      <w:r>
        <w:t>Deprecated</w:t>
      </w:r>
    </w:p>
    <w:p>
      <w:pPr>
        <w:pStyle w:val="ListBullet"/>
      </w:pPr>
      <w:r>
        <w:rPr>
          <w:rFonts w:ascii="Source Han Sans SC" w:hAnsi="Source Han Sans SC" w:eastAsia="Source Han Sans SC" w:cs="Source Han Sans SC" w:hint="eastAsia"/>
          <w:sz w:val="21"/>
        </w:rPr>
        <w:t xml:space="preserve">聊天室模块(chat) </w:t>
      </w:r>
      <w:r>
        <w:rPr>
          <w:rFonts w:ascii="Menlo" w:hAnsi="Menlo"/>
          <w:color w:val="444444"/>
          <w:sz w:val="20"/>
        </w:rPr>
        <w:t>getChatSetting</w:t>
      </w:r>
      <w:r>
        <w:rPr>
          <w:rFonts w:ascii="Source Han Sans SC" w:hAnsi="Source Han Sans SC" w:eastAsia="Source Han Sans SC" w:cs="Source Han Sans SC" w:hint="eastAsia"/>
          <w:sz w:val="21"/>
        </w:rPr>
        <w:t xml:space="preserve"> 中的 </w:t>
      </w:r>
      <w:r>
        <w:rPr>
          <w:rFonts w:ascii="Menlo" w:hAnsi="Menlo"/>
          <w:color w:val="444444"/>
          <w:sz w:val="20"/>
        </w:rPr>
        <w:t>maxViewers</w:t>
      </w:r>
      <w:r>
        <w:rPr>
          <w:rFonts w:ascii="Source Han Sans SC" w:hAnsi="Source Han Sans SC" w:eastAsia="Source Han Sans SC" w:cs="Source Han Sans SC" w:hint="eastAsia"/>
          <w:sz w:val="21"/>
        </w:rPr>
        <w:t xml:space="preserve"> 字段不再推荐使用，如需判断是否超过直播间最大在线人数，可以监听 </w:t>
      </w:r>
      <w:r>
        <w:rPr>
          <w:rFonts w:ascii="Menlo" w:hAnsi="Menlo"/>
          <w:color w:val="444444"/>
          <w:sz w:val="20"/>
        </w:rPr>
        <w:t>OverMaxOnlineCount</w:t>
      </w:r>
      <w:r>
        <w:rPr>
          <w:rFonts w:ascii="Source Han Sans SC" w:hAnsi="Source Han Sans SC" w:eastAsia="Source Han Sans SC" w:cs="Source Han Sans SC" w:hint="eastAsia"/>
          <w:sz w:val="21"/>
        </w:rPr>
        <w:t xml:space="preserve"> 事件</w:t>
      </w:r>
    </w:p>
    <w:p>
      <w:pPr>
        <w:pStyle w:val="Heading2"/>
      </w:pPr>
      <w:r>
        <w:t>Bug Fixes</w:t>
      </w:r>
    </w:p>
    <w:p>
      <w:pPr>
        <w:pStyle w:val="ListBullet"/>
      </w:pPr>
      <w:r>
        <w:rPr>
          <w:rFonts w:ascii="Source Han Sans SC" w:hAnsi="Source Han Sans SC" w:eastAsia="Source Han Sans SC" w:cs="Source Han Sans SC" w:hint="eastAsia"/>
          <w:sz w:val="21"/>
        </w:rPr>
        <w:t>播放器模块(player) 修复无延迟播放器初始化暂停无法点击播放的问题</w:t>
      </w:r>
    </w:p>
    <w:p>
      <w:pPr>
        <w:pStyle w:val="Heading2"/>
      </w:pPr>
      <w:r>
        <w:t>Features</w:t>
      </w:r>
    </w:p>
    <w:p>
      <w:pPr>
        <w:pStyle w:val="ListBullet"/>
      </w:pPr>
      <w:r>
        <w:rPr>
          <w:rFonts w:ascii="Source Han Sans SC" w:hAnsi="Source Han Sans SC" w:eastAsia="Source Han Sans SC" w:cs="Source Han Sans SC" w:hint="eastAsia"/>
          <w:sz w:val="21"/>
        </w:rPr>
        <w:t>完善"测试模式"处理，UI 层不需要再关注"测试模式"，只需要关注直播状态</w:t>
      </w:r>
    </w:p>
    <w:p>
      <w:pPr>
        <w:pStyle w:val="ListBullet"/>
      </w:pPr>
      <w:r>
        <w:rPr>
          <w:rFonts w:ascii="Source Han Sans SC" w:hAnsi="Source Han Sans SC" w:eastAsia="Source Han Sans SC" w:cs="Source Han Sans SC" w:hint="eastAsia"/>
          <w:sz w:val="21"/>
        </w:rPr>
        <w:t>播放器模块(player) 在部分场景下，支持直播结束后自动切换回放暂存视频</w:t>
      </w:r>
    </w:p>
    <w:p>
      <w:pPr>
        <w:pStyle w:val="ListBullet"/>
      </w:pPr>
      <w:r>
        <w:rPr>
          <w:rFonts w:ascii="Source Han Sans SC" w:hAnsi="Source Han Sans SC" w:eastAsia="Source Han Sans SC" w:cs="Source Han Sans SC" w:hint="eastAsia"/>
          <w:sz w:val="21"/>
        </w:rPr>
        <w:t xml:space="preserve">提问模块(ask) 增加 </w:t>
      </w:r>
      <w:r>
        <w:rPr>
          <w:rFonts w:ascii="Menlo" w:hAnsi="Menlo"/>
          <w:color w:val="444444"/>
          <w:sz w:val="20"/>
        </w:rPr>
        <w:t>SystemMessage</w:t>
      </w:r>
      <w:r>
        <w:rPr>
          <w:rFonts w:ascii="Source Han Sans SC" w:hAnsi="Source Han Sans SC" w:eastAsia="Source Han Sans SC" w:cs="Source Han Sans SC" w:hint="eastAsia"/>
          <w:sz w:val="21"/>
        </w:rPr>
        <w:t xml:space="preserve"> 事件</w:t>
      </w:r>
    </w:p>
    <w:p>
      <w:pPr>
        <w:pStyle w:val="ListBullet"/>
      </w:pPr>
      <w:r>
        <w:rPr>
          <w:rFonts w:ascii="Source Han Sans SC" w:hAnsi="Source Han Sans SC" w:eastAsia="Source Han Sans SC" w:cs="Source Han Sans SC" w:hint="eastAsia"/>
          <w:sz w:val="21"/>
        </w:rPr>
        <w:t xml:space="preserve">聊天室模块(chat) 增加 </w:t>
      </w:r>
      <w:r>
        <w:rPr>
          <w:rFonts w:ascii="Menlo" w:hAnsi="Menlo"/>
          <w:color w:val="444444"/>
          <w:sz w:val="20"/>
        </w:rPr>
        <w:t>OverMaxOnlineCount</w:t>
      </w:r>
      <w:r>
        <w:rPr>
          <w:rFonts w:ascii="Source Han Sans SC" w:hAnsi="Source Han Sans SC" w:eastAsia="Source Han Sans SC" w:cs="Source Han Sans SC" w:hint="eastAsia"/>
          <w:sz w:val="21"/>
        </w:rPr>
        <w:t xml:space="preserve"> 事件</w:t>
      </w:r>
    </w:p>
    <w:p>
      <w:pPr>
        <w:pStyle w:val="ListBullet"/>
      </w:pPr>
      <w:r>
        <w:rPr>
          <w:rFonts w:ascii="Source Han Sans SC" w:hAnsi="Source Han Sans SC" w:eastAsia="Source Han Sans SC" w:cs="Source Han Sans SC" w:hint="eastAsia"/>
          <w:sz w:val="21"/>
        </w:rPr>
        <w:t>当观众昵称为手机号时，支持响应后台开关进行脱敏处理</w:t>
      </w:r>
    </w:p>
    <w:p>
      <w:pPr>
        <w:pStyle w:val="Heading2"/>
      </w:pPr>
      <w:r>
        <w:t>Optimizes</w:t>
      </w:r>
    </w:p>
    <w:p>
      <w:pPr>
        <w:pStyle w:val="ListBullet"/>
      </w:pPr>
      <w:r>
        <w:rPr>
          <w:rFonts w:ascii="Source Han Sans SC" w:hAnsi="Source Han Sans SC" w:eastAsia="Source Han Sans SC" w:cs="Source Han Sans SC" w:hint="eastAsia"/>
          <w:sz w:val="21"/>
        </w:rPr>
        <w:t>播放器模块(player) 销毁时同步销毁时移相关的逻辑</w:t>
      </w:r>
    </w:p>
    <w:p>
      <w:pPr>
        <w:pStyle w:val="ListBullet"/>
      </w:pPr>
      <w:r>
        <w:rPr>
          <w:rFonts w:ascii="Source Han Sans SC" w:hAnsi="Source Han Sans SC" w:eastAsia="Source Han Sans SC" w:cs="Source Han Sans SC" w:hint="eastAsia"/>
          <w:sz w:val="21"/>
        </w:rPr>
        <w:t xml:space="preserve">播放器模块(player) 重新安装播放器实例时，需要移除 </w:t>
      </w:r>
      <w:r>
        <w:rPr>
          <w:rFonts w:ascii="Menlo" w:hAnsi="Menlo"/>
          <w:color w:val="444444"/>
          <w:sz w:val="20"/>
        </w:rPr>
        <w:t>playerWrap</w:t>
      </w:r>
    </w:p>
    <w:p>
      <w:pPr>
        <w:pStyle w:val="ListBullet"/>
      </w:pPr>
      <w:r>
        <w:rPr>
          <w:rFonts w:ascii="Source Han Sans SC" w:hAnsi="Source Han Sans SC" w:eastAsia="Source Han Sans SC" w:cs="Source Han Sans SC" w:hint="eastAsia"/>
          <w:sz w:val="21"/>
        </w:rPr>
        <w:t xml:space="preserve">聊天室模块(chat) </w:t>
      </w:r>
      <w:r>
        <w:rPr>
          <w:rFonts w:ascii="Menlo" w:hAnsi="Menlo"/>
          <w:color w:val="444444"/>
          <w:sz w:val="20"/>
        </w:rPr>
        <w:t>CurrentUserRelogin</w:t>
      </w:r>
      <w:r>
        <w:rPr>
          <w:rFonts w:ascii="Source Han Sans SC" w:hAnsi="Source Han Sans SC" w:eastAsia="Source Han Sans SC" w:cs="Source Han Sans SC" w:hint="eastAsia"/>
          <w:sz w:val="21"/>
        </w:rPr>
        <w:t xml:space="preserve"> 事件回调增加错误来源</w:t>
      </w:r>
    </w:p>
    <w:p>
      <w:pPr>
        <w:pStyle w:val="Heading2"/>
      </w:pPr>
      <w:r>
        <w:t>Build System</w:t>
      </w:r>
    </w:p>
    <w:p>
      <w:pPr>
        <w:pStyle w:val="ListBullet"/>
      </w:pPr>
      <w:r>
        <w:rPr>
          <w:rFonts w:ascii="Menlo" w:hAnsi="Menlo"/>
          <w:color w:val="444444"/>
          <w:sz w:val="20"/>
        </w:rPr>
        <w:t>@just4</w:t>
      </w:r>
      <w:r>
        <w:rPr>
          <w:rFonts w:ascii="Source Han Sans SC" w:hAnsi="Source Han Sans SC" w:eastAsia="Source Han Sans SC" w:cs="Source Han Sans SC" w:hint="eastAsia"/>
          <w:sz w:val="21"/>
        </w:rPr>
        <w:t xml:space="preserve"> 部分库升级到正式版</w:t>
      </w:r>
    </w:p>
    <w:p>
      <w:pPr>
        <w:pStyle w:val="ListBullet"/>
      </w:pPr>
      <w:r>
        <w:rPr>
          <w:rFonts w:ascii="Menlo" w:hAnsi="Menlo"/>
          <w:color w:val="444444"/>
          <w:sz w:val="20"/>
        </w:rPr>
        <w:t>@polyv/chat-sdk</w:t>
      </w:r>
      <w:r>
        <w:rPr>
          <w:rFonts w:ascii="Source Han Sans SC" w:hAnsi="Source Han Sans SC" w:eastAsia="Source Han Sans SC" w:cs="Source Han Sans SC" w:hint="eastAsia"/>
          <w:sz w:val="21"/>
        </w:rPr>
        <w:t xml:space="preserve"> 更新到 </w:t>
      </w:r>
      <w:r>
        <w:rPr>
          <w:rFonts w:ascii="Menlo" w:hAnsi="Menlo"/>
          <w:color w:val="444444"/>
          <w:sz w:val="20"/>
        </w:rPr>
        <w:t>0.19.0-rc.1</w:t>
      </w:r>
    </w:p>
    <w:p>
      <w:r>
        <w:rPr>
          <w:rFonts w:ascii="Source Han Sans SC" w:hAnsi="Source Han Sans SC" w:eastAsia="Source Han Sans SC" w:cs="Source Han Sans SC" w:hint="eastAsia"/>
          <w:sz w:val="21"/>
        </w:rPr>
        <w:t>---</w:t>
      </w:r>
    </w:p>
    <w:p>
      <w:pPr>
        <w:pStyle w:val="Heading1"/>
      </w:pPr>
      <w:r>
        <w:t>v0.5.0(2023-07-21)</w:t>
      </w:r>
    </w:p>
    <w:p>
      <w:pPr>
        <w:pStyle w:val="Heading2"/>
      </w:pPr>
      <w:r>
        <w:t>Bug Fixes</w:t>
      </w:r>
    </w:p>
    <w:p>
      <w:pPr>
        <w:pStyle w:val="ListBullet"/>
      </w:pPr>
      <w:r>
        <w:rPr>
          <w:rFonts w:ascii="Source Han Sans SC" w:hAnsi="Source Han Sans SC" w:eastAsia="Source Han Sans SC" w:cs="Source Han Sans SC" w:hint="eastAsia"/>
          <w:sz w:val="21"/>
        </w:rPr>
        <w:t>修复移动端引导页大图封面图展示的问题</w:t>
      </w:r>
    </w:p>
    <w:p>
      <w:pPr>
        <w:pStyle w:val="ListBullet"/>
      </w:pPr>
      <w:r>
        <w:rPr>
          <w:rFonts w:ascii="Source Han Sans SC" w:hAnsi="Source Han Sans SC" w:eastAsia="Source Han Sans SC" w:cs="Source Han Sans SC" w:hint="eastAsia"/>
          <w:sz w:val="21"/>
        </w:rPr>
        <w:t>修复 PPT 跑马灯异常的问题</w:t>
      </w:r>
    </w:p>
    <w:p>
      <w:pPr>
        <w:pStyle w:val="Heading2"/>
      </w:pPr>
      <w:r>
        <w:t>Features</w:t>
      </w:r>
    </w:p>
    <w:p>
      <w:pPr>
        <w:pStyle w:val="ListBullet"/>
      </w:pPr>
      <w:r>
        <w:rPr>
          <w:rFonts w:ascii="Source Han Sans SC" w:hAnsi="Source Han Sans SC" w:eastAsia="Source Han Sans SC" w:cs="Source Han Sans SC" w:hint="eastAsia"/>
          <w:sz w:val="21"/>
        </w:rPr>
        <w:t>支持直播时移、精彩看点（直播打点、回放打点）一期功能</w:t>
      </w:r>
    </w:p>
    <w:p>
      <w:pPr>
        <w:pStyle w:val="ListBullet"/>
      </w:pPr>
      <w:r>
        <w:rPr>
          <w:rFonts w:ascii="Source Han Sans SC" w:hAnsi="Source Han Sans SC" w:eastAsia="Source Han Sans SC" w:cs="Source Han Sans SC" w:hint="eastAsia"/>
          <w:sz w:val="21"/>
        </w:rPr>
        <w:t>支持正常延迟播放器使用 ip 地址进行 CDN 拉流</w:t>
      </w:r>
    </w:p>
    <w:p>
      <w:pPr>
        <w:pStyle w:val="ListBullet"/>
      </w:pPr>
      <w:r>
        <w:rPr>
          <w:rFonts w:ascii="Source Han Sans SC" w:hAnsi="Source Han Sans SC" w:eastAsia="Source Han Sans SC" w:cs="Source Han Sans SC" w:hint="eastAsia"/>
          <w:sz w:val="21"/>
        </w:rPr>
        <w:t>推广链接菜单增加 iframe 打开方式处理</w:t>
      </w:r>
    </w:p>
    <w:p>
      <w:pPr>
        <w:pStyle w:val="ListBullet"/>
      </w:pPr>
      <w:r>
        <w:rPr>
          <w:rFonts w:ascii="Source Han Sans SC" w:hAnsi="Source Han Sans SC" w:eastAsia="Source Han Sans SC" w:cs="Source Han Sans SC" w:hint="eastAsia"/>
          <w:sz w:val="21"/>
        </w:rPr>
        <w:t>配合互动 SDK 完善答题红包功能，并增加 chatToken 入参调整互动公告接口</w:t>
      </w:r>
    </w:p>
    <w:p>
      <w:pPr>
        <w:pStyle w:val="Heading2"/>
      </w:pPr>
      <w:r>
        <w:t>Optimizes</w:t>
      </w:r>
    </w:p>
    <w:p>
      <w:pPr>
        <w:pStyle w:val="ListBullet"/>
      </w:pPr>
      <w:r>
        <w:rPr>
          <w:rFonts w:ascii="Source Han Sans SC" w:hAnsi="Source Han Sans SC" w:eastAsia="Source Han Sans SC" w:cs="Source Han Sans SC" w:hint="eastAsia"/>
          <w:sz w:val="21"/>
        </w:rPr>
        <w:t>更换默认的回放首帧占位图的地址</w:t>
      </w:r>
    </w:p>
    <w:p>
      <w:pPr>
        <w:pStyle w:val="Heading2"/>
      </w:pPr>
      <w:r>
        <w:t>Build System</w:t>
      </w:r>
    </w:p>
    <w:p>
      <w:pPr>
        <w:pStyle w:val="ListBullet"/>
      </w:pPr>
      <w:r>
        <w:rPr>
          <w:rFonts w:ascii="Source Han Sans SC" w:hAnsi="Source Han Sans SC" w:eastAsia="Source Han Sans SC" w:cs="Source Han Sans SC" w:hint="eastAsia"/>
          <w:sz w:val="21"/>
        </w:rPr>
        <w:t xml:space="preserve">升级 </w:t>
      </w:r>
      <w:r>
        <w:rPr>
          <w:rFonts w:ascii="Menlo" w:hAnsi="Menlo"/>
          <w:color w:val="444444"/>
          <w:sz w:val="20"/>
        </w:rPr>
        <w:t>rtcWebSDK</w:t>
      </w:r>
      <w:r>
        <w:rPr>
          <w:rFonts w:ascii="Source Han Sans SC" w:hAnsi="Source Han Sans SC" w:eastAsia="Source Han Sans SC" w:cs="Source Han Sans SC" w:hint="eastAsia"/>
          <w:sz w:val="21"/>
        </w:rPr>
        <w:t xml:space="preserve"> 至 </w:t>
      </w:r>
      <w:r>
        <w:rPr>
          <w:rFonts w:ascii="Menlo" w:hAnsi="Menlo"/>
          <w:color w:val="444444"/>
          <w:sz w:val="20"/>
        </w:rPr>
        <w:t>0.18.0-rc.1</w:t>
      </w:r>
    </w:p>
    <w:p>
      <w:pPr>
        <w:pStyle w:val="ListBullet"/>
      </w:pPr>
      <w:r>
        <w:rPr>
          <w:rFonts w:ascii="Source Han Sans SC" w:hAnsi="Source Han Sans SC" w:eastAsia="Source Han Sans SC" w:cs="Source Han Sans SC" w:hint="eastAsia"/>
          <w:sz w:val="21"/>
        </w:rPr>
        <w:t xml:space="preserve">升级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至 </w:t>
      </w:r>
      <w:r>
        <w:rPr>
          <w:rFonts w:ascii="Menlo" w:hAnsi="Menlo"/>
          <w:color w:val="444444"/>
          <w:sz w:val="20"/>
        </w:rPr>
        <w:t>rc-20230720</w:t>
      </w:r>
    </w:p>
    <w:p>
      <w:r>
        <w:rPr>
          <w:rFonts w:ascii="Source Han Sans SC" w:hAnsi="Source Han Sans SC" w:eastAsia="Source Han Sans SC" w:cs="Source Han Sans SC" w:hint="eastAsia"/>
          <w:sz w:val="21"/>
        </w:rPr>
        <w:t>---</w:t>
      </w:r>
    </w:p>
    <w:p>
      <w:pPr>
        <w:pStyle w:val="Heading1"/>
      </w:pPr>
      <w:r>
        <w:t>v0.4.0(2023-06-30)</w:t>
      </w:r>
    </w:p>
    <w:p>
      <w:pPr>
        <w:pStyle w:val="Heading2"/>
      </w:pPr>
      <w:r>
        <w:t>Deprecated</w:t>
      </w:r>
    </w:p>
    <w:p>
      <w:pPr>
        <w:pStyle w:val="ListBullet"/>
      </w:pPr>
      <w:r>
        <w:rPr>
          <w:rFonts w:ascii="Menlo" w:hAnsi="Menlo"/>
          <w:color w:val="444444"/>
          <w:sz w:val="20"/>
        </w:rPr>
        <w:t>InteractReceiveEvents.VotedListChange</w:t>
      </w:r>
      <w:r>
        <w:rPr>
          <w:rFonts w:ascii="Source Han Sans SC" w:hAnsi="Source Han Sans SC" w:eastAsia="Source Han Sans SC" w:cs="Source Han Sans SC" w:hint="eastAsia"/>
          <w:sz w:val="21"/>
        </w:rPr>
        <w:t xml:space="preserve"> 即将废弃</w:t>
      </w:r>
    </w:p>
    <w:p>
      <w:pPr>
        <w:pStyle w:val="ListBullet"/>
      </w:pPr>
      <w:r>
        <w:rPr>
          <w:rFonts w:ascii="Source Han Sans SC" w:hAnsi="Source Han Sans SC" w:eastAsia="Source Han Sans SC" w:cs="Source Han Sans SC" w:hint="eastAsia"/>
          <w:sz w:val="21"/>
        </w:rPr>
        <w:t xml:space="preserve">互动投票功能需要的数据不需要手动传入，可以由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内部维护</w:t>
      </w:r>
    </w:p>
    <w:p>
      <w:pPr>
        <w:pStyle w:val="Heading2"/>
      </w:pPr>
      <w:r>
        <w:t>Bug Fixes</w:t>
      </w:r>
    </w:p>
    <w:p>
      <w:pPr>
        <w:pStyle w:val="ListBullet"/>
      </w:pPr>
      <w:r>
        <w:rPr>
          <w:rFonts w:ascii="Source Han Sans SC" w:hAnsi="Source Han Sans SC" w:eastAsia="Source Han Sans SC" w:cs="Source Han Sans SC" w:hint="eastAsia"/>
          <w:sz w:val="21"/>
        </w:rPr>
        <w:t>修复 SDK 内部部分默认图片地址错误的问题</w:t>
      </w:r>
    </w:p>
    <w:p>
      <w:pPr>
        <w:pStyle w:val="ListBullet"/>
      </w:pPr>
      <w:r>
        <w:rPr>
          <w:rFonts w:ascii="Source Han Sans SC" w:hAnsi="Source Han Sans SC" w:eastAsia="Source Han Sans SC" w:cs="Source Han Sans SC" w:hint="eastAsia"/>
          <w:sz w:val="21"/>
        </w:rPr>
        <w:t>修复统计参数 param4 和 param5 没有优先使用接口返回值导致的编码问题</w:t>
      </w:r>
    </w:p>
    <w:p>
      <w:pPr>
        <w:pStyle w:val="Heading2"/>
      </w:pPr>
      <w:r>
        <w:t>Features</w:t>
      </w:r>
    </w:p>
    <w:p>
      <w:pPr>
        <w:pStyle w:val="ListBullet"/>
      </w:pPr>
      <w:r>
        <w:rPr>
          <w:rFonts w:ascii="Source Han Sans SC" w:hAnsi="Source Han Sans SC" w:eastAsia="Source Han Sans SC" w:cs="Source Han Sans SC" w:hint="eastAsia"/>
          <w:sz w:val="21"/>
        </w:rPr>
        <w:t>提问模块(ask): 增加竖屏提问相关的方法</w:t>
      </w:r>
    </w:p>
    <w:p>
      <w:pPr>
        <w:pStyle w:val="ListBullet"/>
      </w:pPr>
      <w:r>
        <w:rPr>
          <w:rFonts w:ascii="Source Han Sans SC" w:hAnsi="Source Han Sans SC" w:eastAsia="Source Han Sans SC" w:cs="Source Han Sans SC" w:hint="eastAsia"/>
          <w:sz w:val="21"/>
        </w:rPr>
        <w:t>观看条件模块(auth): 外部授权观看条件优化-主次条件下支持隐藏登录按钮</w:t>
      </w:r>
    </w:p>
    <w:p>
      <w:pPr>
        <w:pStyle w:val="ListBullet"/>
      </w:pPr>
      <w:r>
        <w:rPr>
          <w:rFonts w:ascii="Source Han Sans SC" w:hAnsi="Source Han Sans SC" w:eastAsia="Source Han Sans SC" w:cs="Source Han Sans SC" w:hint="eastAsia"/>
          <w:sz w:val="21"/>
        </w:rPr>
        <w:t>互动模块(interact-receive): 提供抢答 SDK 单一实例方法</w:t>
      </w:r>
    </w:p>
    <w:p>
      <w:pPr>
        <w:pStyle w:val="ListBullet"/>
      </w:pPr>
      <w:r>
        <w:rPr>
          <w:rFonts w:ascii="Menlo" w:hAnsi="Menlo"/>
          <w:color w:val="444444"/>
          <w:sz w:val="20"/>
        </w:rPr>
        <w:t>Polyv-SaaS</w:t>
      </w:r>
      <w:r>
        <w:rPr>
          <w:rFonts w:ascii="Source Han Sans SC" w:hAnsi="Source Han Sans SC" w:eastAsia="Source Han Sans SC" w:cs="Source Han Sans SC" w:hint="eastAsia"/>
          <w:sz w:val="21"/>
        </w:rPr>
        <w:t xml:space="preserve"> 支持静态化配置</w:t>
      </w:r>
    </w:p>
    <w:p>
      <w:pPr>
        <w:pStyle w:val="Heading2"/>
      </w:pPr>
      <w:r>
        <w:t>Optimizes</w:t>
      </w:r>
    </w:p>
    <w:p>
      <w:pPr>
        <w:pStyle w:val="ListBullet"/>
      </w:pPr>
      <w:r>
        <w:rPr>
          <w:rFonts w:ascii="Source Han Sans SC" w:hAnsi="Source Han Sans SC" w:eastAsia="Source Han Sans SC" w:cs="Source Han Sans SC" w:hint="eastAsia"/>
          <w:sz w:val="21"/>
        </w:rPr>
        <w:t>完善跑马灯异常处理</w:t>
      </w:r>
    </w:p>
    <w:p>
      <w:pPr>
        <w:pStyle w:val="ListBullet"/>
      </w:pPr>
      <w:r>
        <w:rPr>
          <w:rFonts w:ascii="Source Han Sans SC" w:hAnsi="Source Han Sans SC" w:eastAsia="Source Han Sans SC" w:cs="Source Han Sans SC" w:hint="eastAsia"/>
          <w:sz w:val="21"/>
        </w:rPr>
        <w:t>允许验证外部授权和独立授权时，需要增加是否已进行观看条件授权的判断</w:t>
      </w:r>
    </w:p>
    <w:p>
      <w:pPr>
        <w:pStyle w:val="ListBullet"/>
      </w:pPr>
      <w:r>
        <w:rPr>
          <w:rFonts w:ascii="Source Han Sans SC" w:hAnsi="Source Han Sans SC" w:eastAsia="Source Han Sans SC" w:cs="Source Han Sans SC" w:hint="eastAsia"/>
          <w:sz w:val="21"/>
        </w:rPr>
        <w:t xml:space="preserve">播放器模块(player) </w:t>
      </w:r>
      <w:r>
        <w:rPr>
          <w:rFonts w:ascii="Menlo" w:hAnsi="Menlo"/>
          <w:color w:val="444444"/>
          <w:sz w:val="20"/>
        </w:rPr>
        <w:t>setupPlayer</w:t>
      </w:r>
      <w:r>
        <w:rPr>
          <w:rFonts w:ascii="Source Han Sans SC" w:hAnsi="Source Han Sans SC" w:eastAsia="Source Han Sans SC" w:cs="Source Han Sans SC" w:hint="eastAsia"/>
          <w:sz w:val="21"/>
        </w:rPr>
        <w:t xml:space="preserve"> 方法 </w:t>
      </w:r>
      <w:r>
        <w:rPr>
          <w:rFonts w:ascii="Menlo" w:hAnsi="Menlo"/>
          <w:color w:val="444444"/>
          <w:sz w:val="20"/>
        </w:rPr>
        <w:t>options</w:t>
      </w:r>
      <w:r>
        <w:rPr>
          <w:rFonts w:ascii="Source Han Sans SC" w:hAnsi="Source Han Sans SC" w:eastAsia="Source Han Sans SC" w:cs="Source Han Sans SC" w:hint="eastAsia"/>
          <w:sz w:val="21"/>
        </w:rPr>
        <w:t xml:space="preserve"> 参数增加 </w:t>
      </w:r>
      <w:r>
        <w:rPr>
          <w:rFonts w:ascii="Menlo" w:hAnsi="Menlo"/>
          <w:color w:val="444444"/>
          <w:sz w:val="20"/>
        </w:rPr>
        <w:t>extraPlayerOptions</w:t>
      </w:r>
      <w:r>
        <w:rPr>
          <w:rFonts w:ascii="Source Han Sans SC" w:hAnsi="Source Han Sans SC" w:eastAsia="Source Han Sans SC" w:cs="Source Han Sans SC" w:hint="eastAsia"/>
          <w:sz w:val="21"/>
        </w:rPr>
        <w:t xml:space="preserve"> 字段，支持透传给到播放器 SDK</w:t>
      </w:r>
    </w:p>
    <w:p>
      <w:pPr>
        <w:pStyle w:val="Heading2"/>
      </w:pPr>
      <w:r>
        <w:t>Build System</w:t>
      </w:r>
    </w:p>
    <w:p>
      <w:pPr>
        <w:pStyle w:val="ListBullet"/>
      </w:pPr>
      <w:r>
        <w:rPr>
          <w:rFonts w:ascii="Source Han Sans SC" w:hAnsi="Source Han Sans SC" w:eastAsia="Source Han Sans SC" w:cs="Source Han Sans SC" w:hint="eastAsia"/>
          <w:sz w:val="21"/>
        </w:rPr>
        <w:t xml:space="preserve">升级 </w:t>
      </w:r>
      <w:r>
        <w:rPr>
          <w:rFonts w:ascii="Menlo" w:hAnsi="Menlo"/>
          <w:color w:val="444444"/>
          <w:sz w:val="20"/>
        </w:rPr>
        <w:t>@polyv/chat-sdk</w:t>
      </w:r>
      <w:r>
        <w:rPr>
          <w:rFonts w:ascii="Source Han Sans SC" w:hAnsi="Source Han Sans SC" w:eastAsia="Source Han Sans SC" w:cs="Source Han Sans SC" w:hint="eastAsia"/>
          <w:sz w:val="21"/>
        </w:rPr>
        <w:t xml:space="preserve"> 至 </w:t>
      </w:r>
      <w:r>
        <w:rPr>
          <w:rFonts w:ascii="Menlo" w:hAnsi="Menlo"/>
          <w:color w:val="444444"/>
          <w:sz w:val="20"/>
        </w:rPr>
        <w:t>0.18.0-rc.1</w:t>
      </w:r>
    </w:p>
    <w:p>
      <w:pPr>
        <w:pStyle w:val="ListBullet"/>
      </w:pPr>
      <w:r>
        <w:rPr>
          <w:rFonts w:ascii="Source Han Sans SC" w:hAnsi="Source Han Sans SC" w:eastAsia="Source Han Sans SC" w:cs="Source Han Sans SC" w:hint="eastAsia"/>
          <w:sz w:val="21"/>
        </w:rPr>
        <w:t xml:space="preserve">升级 </w:t>
      </w:r>
      <w:r>
        <w:rPr>
          <w:rFonts w:ascii="Menlo" w:hAnsi="Menlo"/>
          <w:color w:val="444444"/>
          <w:sz w:val="20"/>
        </w:rPr>
        <w:t>@polyv/interactions-receive-sdk</w:t>
      </w:r>
      <w:r>
        <w:rPr>
          <w:rFonts w:ascii="Source Han Sans SC" w:hAnsi="Source Han Sans SC" w:eastAsia="Source Han Sans SC" w:cs="Source Han Sans SC" w:hint="eastAsia"/>
          <w:sz w:val="21"/>
        </w:rPr>
        <w:t xml:space="preserve"> 至 </w:t>
      </w:r>
      <w:r>
        <w:rPr>
          <w:rFonts w:ascii="Menlo" w:hAnsi="Menlo"/>
          <w:color w:val="444444"/>
          <w:sz w:val="20"/>
        </w:rPr>
        <w:t>0.15.0-rc-20230615.1</w:t>
      </w:r>
    </w:p>
    <w:p>
      <w:pPr>
        <w:pStyle w:val="ListBullet"/>
      </w:pPr>
      <w:r>
        <w:rPr>
          <w:rFonts w:ascii="Menlo" w:hAnsi="Menlo"/>
          <w:color w:val="444444"/>
          <w:sz w:val="20"/>
        </w:rPr>
        <w:t>detail</w:t>
      </w:r>
      <w:r>
        <w:rPr>
          <w:rFonts w:ascii="Source Han Sans SC" w:hAnsi="Source Han Sans SC" w:eastAsia="Source Han Sans SC" w:cs="Source Han Sans SC" w:hint="eastAsia"/>
          <w:sz w:val="21"/>
        </w:rPr>
        <w:t xml:space="preserve"> 接口增加 </w:t>
      </w:r>
      <w:r>
        <w:rPr>
          <w:rFonts w:ascii="Menlo" w:hAnsi="Menlo"/>
          <w:color w:val="444444"/>
          <w:sz w:val="20"/>
        </w:rPr>
        <w:t>clientVersion</w:t>
      </w:r>
      <w:r>
        <w:rPr>
          <w:rFonts w:ascii="Source Han Sans SC" w:hAnsi="Source Han Sans SC" w:eastAsia="Source Han Sans SC" w:cs="Source Han Sans SC" w:hint="eastAsia"/>
          <w:sz w:val="21"/>
        </w:rPr>
        <w:t xml:space="preserve"> 入参来记录版本号</w:t>
      </w:r>
    </w:p>
    <w:p>
      <w:r>
        <w:rPr>
          <w:rFonts w:ascii="Source Han Sans SC" w:hAnsi="Source Han Sans SC" w:eastAsia="Source Han Sans SC" w:cs="Source Han Sans SC" w:hint="eastAsia"/>
          <w:sz w:val="21"/>
        </w:rPr>
        <w:t>---</w:t>
      </w:r>
    </w:p>
    <w:p>
      <w:pPr>
        <w:pStyle w:val="Heading1"/>
      </w:pPr>
      <w:r>
        <w:t>v0.3.2(2023-06-16)</w:t>
      </w:r>
    </w:p>
    <w:p>
      <w:pPr>
        <w:pStyle w:val="Heading2"/>
      </w:pPr>
      <w:r>
        <w:t>Bug Fixes</w:t>
      </w:r>
    </w:p>
    <w:p>
      <w:pPr>
        <w:pStyle w:val="ListBullet"/>
      </w:pPr>
      <w:r>
        <w:rPr>
          <w:rFonts w:ascii="Source Han Sans SC" w:hAnsi="Source Han Sans SC" w:eastAsia="Source Han Sans SC" w:cs="Source Han Sans SC" w:hint="eastAsia"/>
          <w:sz w:val="21"/>
        </w:rPr>
        <w:t xml:space="preserve">修复 </w:t>
      </w:r>
      <w:r>
        <w:rPr>
          <w:rFonts w:ascii="Menlo" w:hAnsi="Menlo"/>
          <w:color w:val="444444"/>
          <w:sz w:val="20"/>
        </w:rPr>
        <w:t>AppConfig</w:t>
      </w:r>
      <w:r>
        <w:rPr>
          <w:rFonts w:ascii="Source Han Sans SC" w:hAnsi="Source Han Sans SC" w:eastAsia="Source Han Sans SC" w:cs="Source Han Sans SC" w:hint="eastAsia"/>
          <w:sz w:val="21"/>
        </w:rPr>
        <w:t xml:space="preserve"> 的 </w:t>
      </w:r>
      <w:r>
        <w:rPr>
          <w:rFonts w:ascii="Menlo" w:hAnsi="Menlo"/>
          <w:color w:val="444444"/>
          <w:sz w:val="20"/>
        </w:rPr>
        <w:t>inviteInfo</w:t>
      </w:r>
      <w:r>
        <w:rPr>
          <w:rFonts w:ascii="Source Han Sans SC" w:hAnsi="Source Han Sans SC" w:eastAsia="Source Han Sans SC" w:cs="Source Han Sans SC" w:hint="eastAsia"/>
          <w:sz w:val="21"/>
        </w:rPr>
        <w:t xml:space="preserve"> 没有支持选传的问题</w:t>
      </w:r>
    </w:p>
    <w:p>
      <w:pPr>
        <w:pStyle w:val="ListBullet"/>
      </w:pPr>
      <w:r>
        <w:rPr>
          <w:rFonts w:ascii="Source Han Sans SC" w:hAnsi="Source Han Sans SC" w:eastAsia="Source Han Sans SC" w:cs="Source Han Sans SC" w:hint="eastAsia"/>
          <w:sz w:val="21"/>
        </w:rPr>
        <w:t>修复无法在回放状态播放视频的 bug</w:t>
      </w:r>
    </w:p>
    <w:p>
      <w:pPr>
        <w:pStyle w:val="Heading2"/>
      </w:pPr>
      <w:r>
        <w:t>Features</w:t>
      </w:r>
    </w:p>
    <w:p>
      <w:pPr>
        <w:pStyle w:val="ListBullet"/>
      </w:pPr>
      <w:r>
        <w:rPr>
          <w:rFonts w:ascii="Source Han Sans SC" w:hAnsi="Source Han Sans SC" w:eastAsia="Source Han Sans SC" w:cs="Source Han Sans SC" w:hint="eastAsia"/>
          <w:sz w:val="21"/>
        </w:rPr>
        <w:t>回放模块(playback)支持通过 playbackOptions.url 来获取回放地址</w:t>
      </w:r>
    </w:p>
    <w:p>
      <w:pPr>
        <w:pStyle w:val="ListBullet"/>
      </w:pPr>
      <w:r>
        <w:rPr>
          <w:rFonts w:ascii="Source Han Sans SC" w:hAnsi="Source Han Sans SC" w:eastAsia="Source Han Sans SC" w:cs="Source Han Sans SC" w:hint="eastAsia"/>
          <w:sz w:val="21"/>
        </w:rPr>
        <w:t>支持响应-管理后台观看页语言选项切换</w:t>
      </w:r>
    </w:p>
    <w:p>
      <w:pPr>
        <w:pStyle w:val="ListBullet"/>
      </w:pPr>
      <w:r>
        <w:rPr>
          <w:rFonts w:ascii="Source Han Sans SC" w:hAnsi="Source Han Sans SC" w:eastAsia="Source Han Sans SC" w:cs="Source Han Sans SC" w:hint="eastAsia"/>
          <w:sz w:val="21"/>
        </w:rPr>
        <w:t>支持响应-管理后台直播介绍'压缩图片'开关</w:t>
      </w:r>
    </w:p>
    <w:p>
      <w:pPr>
        <w:pStyle w:val="ListBullet"/>
      </w:pPr>
      <w:r>
        <w:rPr>
          <w:rFonts w:ascii="Source Han Sans SC" w:hAnsi="Source Han Sans SC" w:eastAsia="Source Han Sans SC" w:cs="Source Han Sans SC" w:hint="eastAsia"/>
          <w:sz w:val="21"/>
        </w:rPr>
        <w:t>支持响应-管理后台观看页预约人数隐藏开关</w:t>
      </w:r>
    </w:p>
    <w:p>
      <w:pPr>
        <w:pStyle w:val="ListBullet"/>
      </w:pPr>
      <w:r>
        <w:rPr>
          <w:rFonts w:ascii="Source Han Sans SC" w:hAnsi="Source Han Sans SC" w:eastAsia="Source Han Sans SC" w:cs="Source Han Sans SC" w:hint="eastAsia"/>
          <w:sz w:val="21"/>
        </w:rPr>
        <w:t xml:space="preserve">频道模块(channel)新增 </w:t>
      </w:r>
      <w:r>
        <w:rPr>
          <w:rFonts w:ascii="Menlo" w:hAnsi="Menlo"/>
          <w:color w:val="444444"/>
          <w:sz w:val="20"/>
        </w:rPr>
        <w:t>ChannelSetupFail</w:t>
      </w:r>
      <w:r>
        <w:rPr>
          <w:rFonts w:ascii="Source Han Sans SC" w:hAnsi="Source Han Sans SC" w:eastAsia="Source Han Sans SC" w:cs="Source Han Sans SC" w:hint="eastAsia"/>
          <w:sz w:val="21"/>
        </w:rPr>
        <w:t xml:space="preserve"> 事件</w:t>
      </w:r>
    </w:p>
    <w:p>
      <w:pPr>
        <w:pStyle w:val="ListBullet"/>
      </w:pPr>
      <w:r>
        <w:rPr>
          <w:rFonts w:ascii="Source Han Sans SC" w:hAnsi="Source Han Sans SC" w:eastAsia="Source Han Sans SC" w:cs="Source Han Sans SC" w:hint="eastAsia"/>
          <w:sz w:val="21"/>
        </w:rPr>
        <w:t xml:space="preserve">聊天室模块(chat)新增 </w:t>
      </w:r>
      <w:r>
        <w:rPr>
          <w:rFonts w:ascii="Menlo" w:hAnsi="Menlo"/>
          <w:color w:val="444444"/>
          <w:sz w:val="20"/>
        </w:rPr>
        <w:t>ChatReconnectSuccess</w:t>
      </w:r>
      <w:r>
        <w:rPr>
          <w:rFonts w:ascii="Source Han Sans SC" w:hAnsi="Source Han Sans SC" w:eastAsia="Source Han Sans SC" w:cs="Source Han Sans SC" w:hint="eastAsia"/>
          <w:sz w:val="21"/>
        </w:rPr>
        <w:t xml:space="preserve"> 事件，并补充 </w:t>
      </w:r>
      <w:r>
        <w:rPr>
          <w:rFonts w:ascii="Menlo" w:hAnsi="Menlo"/>
          <w:color w:val="444444"/>
          <w:sz w:val="20"/>
        </w:rPr>
        <w:t>ChatConnectFailReason</w:t>
      </w:r>
      <w:r>
        <w:rPr>
          <w:rFonts w:ascii="Source Han Sans SC" w:hAnsi="Source Han Sans SC" w:eastAsia="Source Han Sans SC" w:cs="Source Han Sans SC" w:hint="eastAsia"/>
          <w:sz w:val="21"/>
        </w:rPr>
        <w:t xml:space="preserve"> 枚举值</w:t>
      </w:r>
    </w:p>
    <w:p>
      <w:pPr>
        <w:pStyle w:val="Heading2"/>
      </w:pPr>
      <w:r>
        <w:t>Optimizes</w:t>
      </w:r>
    </w:p>
    <w:p>
      <w:pPr>
        <w:pStyle w:val="ListBullet"/>
      </w:pPr>
      <w:r>
        <w:rPr>
          <w:rFonts w:ascii="Source Han Sans SC" w:hAnsi="Source Han Sans SC" w:eastAsia="Source Han Sans SC" w:cs="Source Han Sans SC" w:hint="eastAsia"/>
          <w:sz w:val="21"/>
        </w:rPr>
        <w:t>后续新增的代码增加版本号相关的注释</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rtc-web-sdk</w:t>
      </w:r>
      <w:r>
        <w:rPr>
          <w:rFonts w:ascii="Source Han Sans SC" w:hAnsi="Source Han Sans SC" w:eastAsia="Source Han Sans SC" w:cs="Source Han Sans SC" w:hint="eastAsia"/>
          <w:sz w:val="21"/>
        </w:rPr>
        <w:t xml:space="preserve"> 版本至 1.18.1</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rtas-sdk</w:t>
      </w:r>
      <w:r>
        <w:rPr>
          <w:rFonts w:ascii="Source Han Sans SC" w:hAnsi="Source Han Sans SC" w:eastAsia="Source Han Sans SC" w:cs="Source Han Sans SC" w:hint="eastAsia"/>
          <w:sz w:val="21"/>
        </w:rPr>
        <w:t xml:space="preserve"> 版本至 0.4.1</w:t>
      </w:r>
    </w:p>
    <w:p>
      <w:r>
        <w:rPr>
          <w:rFonts w:ascii="Source Han Sans SC" w:hAnsi="Source Han Sans SC" w:eastAsia="Source Han Sans SC" w:cs="Source Han Sans SC" w:hint="eastAsia"/>
          <w:sz w:val="21"/>
        </w:rPr>
        <w:t>---</w:t>
      </w:r>
    </w:p>
    <w:p>
      <w:pPr>
        <w:pStyle w:val="Heading1"/>
      </w:pPr>
      <w:r>
        <w:t>v0.3.1(2023-06-09)</w:t>
      </w:r>
    </w:p>
    <w:p>
      <w:pPr>
        <w:pStyle w:val="Heading2"/>
      </w:pPr>
      <w:r>
        <w:t>Bug Fixes</w:t>
      </w:r>
    </w:p>
    <w:p>
      <w:pPr>
        <w:pStyle w:val="ListBullet"/>
      </w:pPr>
      <w:r>
        <w:rPr>
          <w:rFonts w:ascii="Source Han Sans SC" w:hAnsi="Source Han Sans SC" w:eastAsia="Source Han Sans SC" w:cs="Source Han Sans SC" w:hint="eastAsia"/>
          <w:sz w:val="21"/>
        </w:rPr>
        <w:t>修复前端 viewer 接口传参和后端不一致的问题</w:t>
      </w:r>
    </w:p>
    <w:p>
      <w:pPr>
        <w:pStyle w:val="ListBullet"/>
      </w:pPr>
      <w:r>
        <w:rPr>
          <w:rFonts w:ascii="Source Han Sans SC" w:hAnsi="Source Han Sans SC" w:eastAsia="Source Han Sans SC" w:cs="Source Han Sans SC" w:hint="eastAsia"/>
          <w:sz w:val="21"/>
        </w:rPr>
        <w:t>修复合并的视频为 http 协议，无法正常播放的问题</w:t>
      </w:r>
    </w:p>
    <w:p>
      <w:pPr>
        <w:pStyle w:val="ListBullet"/>
      </w:pPr>
      <w:r>
        <w:rPr>
          <w:rFonts w:ascii="Source Han Sans SC" w:hAnsi="Source Han Sans SC" w:eastAsia="Source Han Sans SC" w:cs="Source Han Sans SC" w:hint="eastAsia"/>
          <w:sz w:val="21"/>
        </w:rPr>
        <w:t>付费观看增加异常处理逻辑，试看增加重定向跳转处理</w:t>
      </w:r>
    </w:p>
    <w:p>
      <w:pPr>
        <w:pStyle w:val="ListBullet"/>
      </w:pPr>
      <w:r>
        <w:rPr>
          <w:rFonts w:ascii="Source Han Sans SC" w:hAnsi="Source Han Sans SC" w:eastAsia="Source Han Sans SC" w:cs="Source Han Sans SC" w:hint="eastAsia"/>
          <w:sz w:val="21"/>
        </w:rPr>
        <w:t>修复聊天重放时，自己的发言没有展示在弹幕上</w:t>
      </w:r>
    </w:p>
    <w:p>
      <w:pPr>
        <w:pStyle w:val="Heading2"/>
      </w:pPr>
      <w:r>
        <w:t>Features</w:t>
      </w:r>
    </w:p>
    <w:p>
      <w:pPr>
        <w:pStyle w:val="ListBullet"/>
      </w:pPr>
      <w:r>
        <w:rPr>
          <w:rFonts w:ascii="Source Han Sans SC" w:hAnsi="Source Han Sans SC" w:eastAsia="Source Han Sans SC" w:cs="Source Han Sans SC" w:hint="eastAsia"/>
          <w:sz w:val="21"/>
        </w:rPr>
        <w:t xml:space="preserve">新增 </w:t>
      </w:r>
      <w:r>
        <w:rPr>
          <w:rFonts w:ascii="Menlo" w:hAnsi="Menlo"/>
          <w:color w:val="444444"/>
          <w:sz w:val="20"/>
        </w:rPr>
        <w:t>verify</w:t>
      </w:r>
      <w:r>
        <w:rPr>
          <w:rFonts w:ascii="Source Han Sans SC" w:hAnsi="Source Han Sans SC" w:eastAsia="Source Han Sans SC" w:cs="Source Han Sans SC" w:hint="eastAsia"/>
          <w:sz w:val="21"/>
        </w:rPr>
        <w:t xml:space="preserve"> 验证模块并提供 </w:t>
      </w:r>
      <w:r>
        <w:rPr>
          <w:rFonts w:ascii="Menlo" w:hAnsi="Menlo"/>
          <w:color w:val="444444"/>
          <w:sz w:val="20"/>
        </w:rPr>
        <w:t>verifyViewerLoginToken</w:t>
      </w:r>
      <w:r>
        <w:rPr>
          <w:rFonts w:ascii="Source Han Sans SC" w:hAnsi="Source Han Sans SC" w:eastAsia="Source Han Sans SC" w:cs="Source Han Sans SC" w:hint="eastAsia"/>
          <w:sz w:val="21"/>
        </w:rPr>
        <w:t xml:space="preserve"> 验证登录令牌 Api，</w:t>
      </w:r>
      <w:r>
        <w:rPr>
          <w:rFonts w:ascii="Source Han Sans SC" w:hAnsi="Source Han Sans SC" w:eastAsia="Source Han Sans SC" w:cs="Source Han Sans SC" w:hint="eastAsia"/>
          <w:color w:val="2563EB"/>
          <w:sz w:val="21"/>
          <w:u w:val="single"/>
        </w:rPr>
        <w:t>文档入口</w:t>
      </w:r>
      <w:r>
        <w:rPr>
          <w:rFonts w:ascii="Source Han Sans SC" w:hAnsi="Source Han Sans SC" w:eastAsia="Source Han Sans SC" w:cs="Source Han Sans SC" w:hint="eastAsia"/>
          <w:sz w:val="21"/>
        </w:rPr>
        <w:t>。</w:t>
      </w:r>
    </w:p>
    <w:p>
      <w:pPr>
        <w:pStyle w:val="Heading2"/>
      </w:pPr>
      <w:r>
        <w:t>Optimizes</w:t>
      </w:r>
    </w:p>
    <w:p>
      <w:pPr>
        <w:pStyle w:val="ListBullet"/>
      </w:pPr>
      <w:r>
        <w:rPr>
          <w:rFonts w:ascii="Source Han Sans SC" w:hAnsi="Source Han Sans SC" w:eastAsia="Source Han Sans SC" w:cs="Source Han Sans SC" w:hint="eastAsia"/>
          <w:sz w:val="21"/>
        </w:rPr>
        <w:t>不使用 bind 来代理聊天重放模块对应的方法</w:t>
      </w:r>
    </w:p>
    <w:p>
      <w:pPr>
        <w:pStyle w:val="ListBullet"/>
      </w:pPr>
      <w:r>
        <w:rPr>
          <w:rFonts w:ascii="Source Han Sans SC" w:hAnsi="Source Han Sans SC" w:eastAsia="Source Han Sans SC" w:cs="Source Han Sans SC" w:hint="eastAsia"/>
          <w:sz w:val="21"/>
        </w:rPr>
        <w:t xml:space="preserve">优化播放器模块获取可选线路 </w:t>
      </w:r>
      <w:r>
        <w:rPr>
          <w:rFonts w:ascii="Menlo" w:hAnsi="Menlo"/>
          <w:color w:val="444444"/>
          <w:sz w:val="20"/>
        </w:rPr>
        <w:t>getLineCount</w:t>
      </w:r>
      <w:r>
        <w:rPr>
          <w:rFonts w:ascii="Source Han Sans SC" w:hAnsi="Source Han Sans SC" w:eastAsia="Source Han Sans SC" w:cs="Source Han Sans SC" w:hint="eastAsia"/>
          <w:sz w:val="21"/>
        </w:rPr>
        <w:t xml:space="preserve"> 方法逻辑，在不支持线路切换时返回可选数为 0。</w:t>
      </w:r>
    </w:p>
    <w:p>
      <w:pPr>
        <w:pStyle w:val="ListBullet"/>
      </w:pPr>
      <w:r>
        <w:rPr>
          <w:rFonts w:ascii="Source Han Sans SC" w:hAnsi="Source Han Sans SC" w:eastAsia="Source Han Sans SC" w:cs="Source Han Sans SC" w:hint="eastAsia"/>
          <w:sz w:val="21"/>
        </w:rPr>
        <w:t>完善播放器 forceSessionId 的处理</w:t>
      </w:r>
    </w:p>
    <w:p>
      <w:pPr>
        <w:pStyle w:val="ListBullet"/>
      </w:pPr>
      <w:r>
        <w:rPr>
          <w:rFonts w:ascii="Source Han Sans SC" w:hAnsi="Source Han Sans SC" w:eastAsia="Source Han Sans SC" w:cs="Source Han Sans SC" w:hint="eastAsia"/>
          <w:sz w:val="21"/>
        </w:rPr>
        <w:t>白名单观看条件增加错误码</w:t>
      </w:r>
    </w:p>
    <w:p>
      <w:pPr>
        <w:pStyle w:val="ListBullet"/>
      </w:pPr>
      <w:r>
        <w:rPr>
          <w:rFonts w:ascii="Source Han Sans SC" w:hAnsi="Source Han Sans SC" w:eastAsia="Source Han Sans SC" w:cs="Source Han Sans SC" w:hint="eastAsia"/>
          <w:sz w:val="21"/>
        </w:rPr>
        <w:t>优化弹幕速度代码</w:t>
      </w:r>
    </w:p>
    <w:p>
      <w:pPr>
        <w:pStyle w:val="Heading2"/>
      </w:pPr>
      <w:r>
        <w:t>Build System</w:t>
      </w:r>
    </w:p>
    <w:p>
      <w:pPr>
        <w:pStyle w:val="ListBullet"/>
      </w:pPr>
      <w:r>
        <w:rPr>
          <w:rFonts w:ascii="Source Han Sans SC" w:hAnsi="Source Han Sans SC" w:eastAsia="Source Han Sans SC" w:cs="Source Han Sans SC" w:hint="eastAsia"/>
          <w:sz w:val="21"/>
        </w:rPr>
        <w:t>升级 terser 版本，修复压缩 esm 无法识别 export \* as 的语法问题</w:t>
      </w:r>
    </w:p>
    <w:p>
      <w:r>
        <w:rPr>
          <w:rFonts w:ascii="Source Han Sans SC" w:hAnsi="Source Han Sans SC" w:eastAsia="Source Han Sans SC" w:cs="Source Han Sans SC" w:hint="eastAsia"/>
          <w:sz w:val="21"/>
        </w:rPr>
        <w:t>---</w:t>
      </w:r>
    </w:p>
    <w:p>
      <w:pPr>
        <w:pStyle w:val="Heading1"/>
      </w:pPr>
      <w:r>
        <w:t>v0.3.0(2023-06-02)</w:t>
      </w:r>
    </w:p>
    <w:p>
      <w:pPr>
        <w:pStyle w:val="Heading2"/>
      </w:pPr>
      <w:r>
        <w:t>Bug Fixes</w:t>
      </w:r>
    </w:p>
    <w:p>
      <w:pPr>
        <w:pStyle w:val="ListBullet"/>
      </w:pPr>
      <w:r>
        <w:rPr>
          <w:rFonts w:ascii="Source Han Sans SC" w:hAnsi="Source Han Sans SC" w:eastAsia="Source Han Sans SC" w:cs="Source Han Sans SC" w:hint="eastAsia"/>
          <w:sz w:val="21"/>
        </w:rPr>
        <w:t>修复未直播前进入观看页，直播开始后没有显示文档的问题</w:t>
      </w:r>
    </w:p>
    <w:p>
      <w:pPr>
        <w:pStyle w:val="ListBullet"/>
      </w:pPr>
      <w:r>
        <w:rPr>
          <w:rFonts w:ascii="Source Han Sans SC" w:hAnsi="Source Han Sans SC" w:eastAsia="Source Han Sans SC" w:cs="Source Han Sans SC" w:hint="eastAsia"/>
          <w:sz w:val="21"/>
        </w:rPr>
        <w:t>完善打赏功能的判断，微信支付开关禁用的情况下，也支持免费礼物打赏</w:t>
      </w:r>
    </w:p>
    <w:p>
      <w:pPr>
        <w:pStyle w:val="ListBullet"/>
      </w:pPr>
      <w:r>
        <w:rPr>
          <w:rFonts w:ascii="Source Han Sans SC" w:hAnsi="Source Han Sans SC" w:eastAsia="Source Han Sans SC" w:cs="Source Han Sans SC" w:hint="eastAsia"/>
          <w:sz w:val="21"/>
        </w:rPr>
        <w:t>报名观看兼容旧版直播后台数据</w:t>
      </w:r>
    </w:p>
    <w:p>
      <w:pPr>
        <w:pStyle w:val="Heading2"/>
      </w:pPr>
      <w:r>
        <w:t>Features</w:t>
      </w:r>
    </w:p>
    <w:p>
      <w:pPr>
        <w:pStyle w:val="ListBullet"/>
      </w:pPr>
      <w:r>
        <w:rPr>
          <w:rFonts w:ascii="Source Han Sans SC" w:hAnsi="Source Han Sans SC" w:eastAsia="Source Han Sans SC" w:cs="Source Han Sans SC" w:hint="eastAsia"/>
          <w:sz w:val="21"/>
        </w:rPr>
        <w:t>观看条件</w:t>
      </w:r>
    </w:p>
    <w:p>
      <w:pPr>
        <w:pStyle w:val="ListBullet"/>
      </w:pPr>
      <w:r>
        <w:rPr>
          <w:rFonts w:ascii="Source Han Sans SC" w:hAnsi="Source Han Sans SC" w:eastAsia="Source Han Sans SC" w:cs="Source Han Sans SC" w:hint="eastAsia"/>
          <w:sz w:val="21"/>
        </w:rPr>
        <w:t>自定义授权校验增加参数判断</w:t>
      </w:r>
    </w:p>
    <w:p>
      <w:pPr>
        <w:pStyle w:val="ListBullet"/>
      </w:pPr>
      <w:r>
        <w:rPr>
          <w:rFonts w:ascii="Source Han Sans SC" w:hAnsi="Source Han Sans SC" w:eastAsia="Source Han Sans SC" w:cs="Source Han Sans SC" w:hint="eastAsia"/>
          <w:sz w:val="21"/>
        </w:rPr>
        <w:t>独立授权失败支持重定向跳转</w:t>
      </w:r>
    </w:p>
    <w:p>
      <w:pPr>
        <w:pStyle w:val="ListBullet"/>
      </w:pPr>
      <w:r>
        <w:rPr>
          <w:rFonts w:ascii="Source Han Sans SC" w:hAnsi="Source Han Sans SC" w:eastAsia="Source Han Sans SC" w:cs="Source Han Sans SC" w:hint="eastAsia"/>
          <w:sz w:val="21"/>
        </w:rPr>
        <w:t>特殊授权参数统一由 UI 层传入</w:t>
      </w:r>
    </w:p>
    <w:p>
      <w:pPr>
        <w:pStyle w:val="ListBullet"/>
      </w:pPr>
      <w:r>
        <w:rPr>
          <w:rFonts w:ascii="Source Han Sans SC" w:hAnsi="Source Han Sans SC" w:eastAsia="Source Han Sans SC" w:cs="Source Han Sans SC" w:hint="eastAsia"/>
          <w:sz w:val="21"/>
        </w:rPr>
        <w:t>微信</w:t>
      </w:r>
    </w:p>
    <w:p>
      <w:pPr>
        <w:pStyle w:val="ListBullet"/>
      </w:pPr>
      <w:r>
        <w:rPr>
          <w:rFonts w:ascii="Source Han Sans SC" w:hAnsi="Source Han Sans SC" w:eastAsia="Source Han Sans SC" w:cs="Source Han Sans SC" w:hint="eastAsia"/>
          <w:sz w:val="21"/>
        </w:rPr>
        <w:t>调整微信授权的处理逻辑</w:t>
      </w:r>
    </w:p>
    <w:p>
      <w:pPr>
        <w:pStyle w:val="ListBullet"/>
      </w:pPr>
      <w:r>
        <w:rPr>
          <w:rFonts w:ascii="Source Han Sans SC" w:hAnsi="Source Han Sans SC" w:eastAsia="Source Han Sans SC" w:cs="Source Han Sans SC" w:hint="eastAsia"/>
          <w:sz w:val="21"/>
        </w:rPr>
        <w:t>分会场</w:t>
      </w:r>
    </w:p>
    <w:p>
      <w:pPr>
        <w:pStyle w:val="ListBullet"/>
      </w:pPr>
      <w:r>
        <w:rPr>
          <w:rFonts w:ascii="Source Han Sans SC" w:hAnsi="Source Han Sans SC" w:eastAsia="Source Han Sans SC" w:cs="Source Han Sans SC" w:hint="eastAsia"/>
          <w:sz w:val="21"/>
        </w:rPr>
        <w:t>支持分会场竖向模板</w:t>
      </w:r>
    </w:p>
    <w:p>
      <w:pPr>
        <w:pStyle w:val="ListBullet"/>
      </w:pPr>
      <w:r>
        <w:rPr>
          <w:rFonts w:ascii="Source Han Sans SC" w:hAnsi="Source Han Sans SC" w:eastAsia="Source Han Sans SC" w:cs="Source Han Sans SC" w:hint="eastAsia"/>
          <w:sz w:val="21"/>
        </w:rPr>
        <w:t>支持分会场链接跳转分会场</w:t>
      </w:r>
    </w:p>
    <w:p>
      <w:pPr>
        <w:pStyle w:val="ListBullet"/>
      </w:pPr>
      <w:r>
        <w:rPr>
          <w:rFonts w:ascii="Source Han Sans SC" w:hAnsi="Source Han Sans SC" w:eastAsia="Source Han Sans SC" w:cs="Source Han Sans SC" w:hint="eastAsia"/>
          <w:sz w:val="21"/>
        </w:rPr>
        <w:t>PPT 区域支持关闭跑马灯参数 show</w:t>
      </w:r>
    </w:p>
    <w:p>
      <w:pPr>
        <w:pStyle w:val="ListBullet"/>
      </w:pPr>
      <w:r>
        <w:rPr>
          <w:rFonts w:ascii="Source Han Sans SC" w:hAnsi="Source Han Sans SC" w:eastAsia="Source Han Sans SC" w:cs="Source Han Sans SC" w:hint="eastAsia"/>
          <w:sz w:val="21"/>
        </w:rPr>
        <w:t>点播播放器增加授权 code 入参</w:t>
      </w:r>
    </w:p>
    <w:p>
      <w:pPr>
        <w:pStyle w:val="ListBullet"/>
      </w:pPr>
      <w:r>
        <w:rPr>
          <w:rFonts w:ascii="Source Han Sans SC" w:hAnsi="Source Han Sans SC" w:eastAsia="Source Han Sans SC" w:cs="Source Han Sans SC" w:hint="eastAsia"/>
          <w:sz w:val="21"/>
        </w:rPr>
        <w:t>连麦</w:t>
      </w:r>
    </w:p>
    <w:p>
      <w:pPr>
        <w:pStyle w:val="ListBullet"/>
      </w:pPr>
      <w:r>
        <w:rPr>
          <w:rFonts w:ascii="Source Han Sans SC" w:hAnsi="Source Han Sans SC" w:eastAsia="Source Han Sans SC" w:cs="Source Han Sans SC" w:hint="eastAsia"/>
          <w:sz w:val="21"/>
        </w:rPr>
        <w:t>支持移动端竖屏连麦</w:t>
      </w:r>
    </w:p>
    <w:p>
      <w:pPr>
        <w:pStyle w:val="ListBullet"/>
      </w:pPr>
      <w:r>
        <w:rPr>
          <w:rFonts w:ascii="Source Han Sans SC" w:hAnsi="Source Han Sans SC" w:eastAsia="Source Han Sans SC" w:cs="Source Han Sans SC" w:hint="eastAsia"/>
          <w:sz w:val="21"/>
        </w:rPr>
        <w:t>回放</w:t>
      </w:r>
    </w:p>
    <w:p>
      <w:pPr>
        <w:pStyle w:val="ListBullet"/>
      </w:pPr>
      <w:r>
        <w:rPr>
          <w:rFonts w:ascii="Source Han Sans SC" w:hAnsi="Source Han Sans SC" w:eastAsia="Source Han Sans SC" w:cs="Source Han Sans SC" w:hint="eastAsia"/>
          <w:sz w:val="21"/>
        </w:rPr>
        <w:t>增加聊天重放功能</w:t>
      </w:r>
    </w:p>
    <w:p>
      <w:pPr>
        <w:pStyle w:val="ListBullet"/>
      </w:pPr>
      <w:r>
        <w:rPr>
          <w:rFonts w:ascii="Source Han Sans SC" w:hAnsi="Source Han Sans SC" w:eastAsia="Source Han Sans SC" w:cs="Source Han Sans SC" w:hint="eastAsia"/>
          <w:sz w:val="21"/>
        </w:rPr>
        <w:t>播放器</w:t>
      </w:r>
    </w:p>
    <w:p>
      <w:pPr>
        <w:pStyle w:val="ListBullet"/>
      </w:pPr>
      <w:r>
        <w:rPr>
          <w:rFonts w:ascii="Source Han Sans SC" w:hAnsi="Source Han Sans SC" w:eastAsia="Source Han Sans SC" w:cs="Source Han Sans SC" w:hint="eastAsia"/>
          <w:sz w:val="21"/>
        </w:rPr>
        <w:t>直播播放器增加弹幕调速功能</w:t>
      </w:r>
    </w:p>
    <w:p>
      <w:pPr>
        <w:pStyle w:val="ListBullet"/>
      </w:pPr>
      <w:r>
        <w:rPr>
          <w:rFonts w:ascii="Source Han Sans SC" w:hAnsi="Source Han Sans SC" w:eastAsia="Source Han Sans SC" w:cs="Source Han Sans SC" w:hint="eastAsia"/>
          <w:sz w:val="21"/>
        </w:rPr>
        <w:t>聊天室</w:t>
      </w:r>
    </w:p>
    <w:p>
      <w:pPr>
        <w:pStyle w:val="ListBullet"/>
      </w:pPr>
      <w:r>
        <w:rPr>
          <w:rFonts w:ascii="Source Han Sans SC" w:hAnsi="Source Han Sans SC" w:eastAsia="Source Han Sans SC" w:cs="Source Han Sans SC" w:hint="eastAsia"/>
          <w:sz w:val="21"/>
        </w:rPr>
        <w:t>聊天室支持私有化部署</w:t>
      </w:r>
    </w:p>
    <w:p>
      <w:pPr>
        <w:pStyle w:val="Heading2"/>
      </w:pPr>
      <w:r>
        <w:t>Optimizes</w:t>
      </w:r>
    </w:p>
    <w:p>
      <w:pPr>
        <w:pStyle w:val="ListBullet"/>
      </w:pPr>
      <w:r>
        <w:rPr>
          <w:rFonts w:ascii="Source Han Sans SC" w:hAnsi="Source Han Sans SC" w:eastAsia="Source Han Sans SC" w:cs="Source Han Sans SC" w:hint="eastAsia"/>
          <w:sz w:val="21"/>
        </w:rPr>
        <w:t>一系列优化！！！！！</w:t>
      </w:r>
    </w:p>
    <w:p>
      <w:pPr>
        <w:pStyle w:val="ListBullet"/>
      </w:pPr>
      <w:r>
        <w:rPr>
          <w:rFonts w:ascii="Source Han Sans SC" w:hAnsi="Source Han Sans SC" w:eastAsia="Source Han Sans SC" w:cs="Source Han Sans SC" w:hint="eastAsia"/>
          <w:sz w:val="21"/>
        </w:rPr>
        <w:t xml:space="preserve">大部分配置和逻辑改成有 </w:t>
      </w:r>
      <w:r>
        <w:rPr>
          <w:rFonts w:ascii="Menlo" w:hAnsi="Menlo"/>
          <w:color w:val="444444"/>
          <w:sz w:val="20"/>
        </w:rPr>
        <w:t>live-watch-sdk</w:t>
      </w:r>
      <w:r>
        <w:rPr>
          <w:rFonts w:ascii="Source Han Sans SC" w:hAnsi="Source Han Sans SC" w:eastAsia="Source Han Sans SC" w:cs="Source Han Sans SC" w:hint="eastAsia"/>
          <w:sz w:val="21"/>
        </w:rPr>
        <w:t xml:space="preserve"> 实现，UI 层只需要调用对应的方法即可（变更范围：聊天室、频道、互动、播放器、以及其他配置）</w:t>
      </w:r>
    </w:p>
    <w:p>
      <w:pPr>
        <w:pStyle w:val="ListBullet"/>
      </w:pPr>
      <w:r>
        <w:rPr>
          <w:rFonts w:ascii="Source Han Sans SC" w:hAnsi="Source Han Sans SC" w:eastAsia="Source Han Sans SC" w:cs="Source Han Sans SC" w:hint="eastAsia"/>
          <w:sz w:val="21"/>
        </w:rPr>
        <w:t>修改获取在线人数逻辑</w:t>
      </w:r>
    </w:p>
    <w:p>
      <w:pPr>
        <w:pStyle w:val="ListBullet"/>
      </w:pPr>
      <w:r>
        <w:rPr>
          <w:rFonts w:ascii="Source Han Sans SC" w:hAnsi="Source Han Sans SC" w:eastAsia="Source Han Sans SC" w:cs="Source Han Sans SC" w:hint="eastAsia"/>
          <w:sz w:val="21"/>
        </w:rPr>
        <w:t>邀请海报和微信支付跳转时增加 apiVersion 传参</w:t>
      </w:r>
    </w:p>
    <w:p>
      <w:pPr>
        <w:pStyle w:val="ListBullet"/>
      </w:pPr>
      <w:r>
        <w:rPr>
          <w:rFonts w:ascii="Source Han Sans SC" w:hAnsi="Source Han Sans SC" w:eastAsia="Source Han Sans SC" w:cs="Source Han Sans SC" w:hint="eastAsia"/>
          <w:sz w:val="21"/>
        </w:rPr>
        <w:t>sdk 不再直接从 url 上来获取特殊授权的入参，改成 ui 层直接传入</w:t>
      </w:r>
    </w:p>
    <w:p>
      <w:pPr>
        <w:pStyle w:val="ListBullet"/>
      </w:pPr>
      <w:r>
        <w:rPr>
          <w:rFonts w:ascii="Source Han Sans SC" w:hAnsi="Source Han Sans SC" w:eastAsia="Source Han Sans SC" w:cs="Source Han Sans SC" w:hint="eastAsia"/>
          <w:sz w:val="21"/>
        </w:rPr>
        <w:t>播放器需要的 sessionId 由 sdk 内部根据后台配置来设置，不再支持在 ui 层传入</w:t>
      </w:r>
    </w:p>
    <w:p>
      <w:pPr>
        <w:pStyle w:val="ListBullet"/>
      </w:pPr>
      <w:r>
        <w:rPr>
          <w:rFonts w:ascii="Source Han Sans SC" w:hAnsi="Source Han Sans SC" w:eastAsia="Source Han Sans SC" w:cs="Source Han Sans SC" w:hint="eastAsia"/>
          <w:sz w:val="21"/>
        </w:rPr>
        <w:t>播放器跑马灯由 sdk 内部根据后台配置来设置，不再支持在 ui 层传入</w:t>
      </w:r>
    </w:p>
    <w:p>
      <w:pPr>
        <w:pStyle w:val="Heading2"/>
      </w:pPr>
      <w:r>
        <w:t>Build System</w:t>
      </w:r>
    </w:p>
    <w:p>
      <w:pPr>
        <w:pStyle w:val="ListBullet"/>
      </w:pPr>
      <w:r>
        <w:rPr>
          <w:rFonts w:ascii="Source Han Sans SC" w:hAnsi="Source Han Sans SC" w:eastAsia="Source Han Sans SC" w:cs="Source Han Sans SC" w:hint="eastAsia"/>
          <w:sz w:val="21"/>
        </w:rPr>
        <w:t xml:space="preserve">升级 rtcWebSDK 到 </w:t>
      </w:r>
      <w:r>
        <w:rPr>
          <w:rFonts w:ascii="Menlo" w:hAnsi="Menlo"/>
          <w:color w:val="444444"/>
          <w:sz w:val="20"/>
        </w:rPr>
        <w:t>1.17.0</w:t>
      </w:r>
    </w:p>
    <w:p>
      <w:pPr>
        <w:pStyle w:val="ListBullet"/>
      </w:pPr>
      <w:r>
        <w:rPr>
          <w:rFonts w:ascii="Source Han Sans SC" w:hAnsi="Source Han Sans SC" w:eastAsia="Source Han Sans SC" w:cs="Source Han Sans SC" w:hint="eastAsia"/>
          <w:sz w:val="21"/>
        </w:rPr>
        <w:t xml:space="preserve">互动 SDK 升级到 </w:t>
      </w:r>
      <w:r>
        <w:rPr>
          <w:rFonts w:ascii="Menlo" w:hAnsi="Menlo"/>
          <w:color w:val="444444"/>
          <w:sz w:val="20"/>
        </w:rPr>
        <w:t>rc-20230518</w:t>
      </w:r>
    </w:p>
    <w:p>
      <w:r>
        <w:rPr>
          <w:rFonts w:ascii="Source Han Sans SC" w:hAnsi="Source Han Sans SC" w:eastAsia="Source Han Sans SC" w:cs="Source Han Sans SC" w:hint="eastAsia"/>
          <w:sz w:val="21"/>
        </w:rPr>
        <w:t>---</w:t>
      </w:r>
    </w:p>
    <w:p>
      <w:pPr>
        <w:pStyle w:val="Heading1"/>
      </w:pPr>
      <w:r>
        <w:t>v0.2.0(2023-05-12)</w:t>
      </w:r>
    </w:p>
    <w:p>
      <w:pPr>
        <w:ind w:left="283"/>
      </w:pPr>
      <w:r>
        <w:rPr>
          <w:rFonts w:ascii="Source Han Sans SC" w:hAnsi="Source Han Sans SC" w:eastAsia="Source Han Sans SC" w:cs="Source Han Sans SC" w:hint="eastAsia"/>
          <w:sz w:val="20"/>
        </w:rPr>
        <w:t>不推荐继续使用</w:t>
      </w:r>
    </w:p>
    <w:p>
      <w:pPr>
        <w:pStyle w:val="Heading2"/>
      </w:pPr>
      <w:r>
        <w:t>Bug Fixes</w:t>
      </w:r>
    </w:p>
    <w:p>
      <w:pPr>
        <w:pStyle w:val="ListBullet"/>
      </w:pPr>
      <w:r>
        <w:rPr>
          <w:rFonts w:ascii="Source Han Sans SC" w:hAnsi="Source Han Sans SC" w:eastAsia="Source Han Sans SC" w:cs="Source Han Sans SC" w:hint="eastAsia"/>
          <w:sz w:val="21"/>
        </w:rPr>
        <w:t>修复 PageViewPolling 轮询间隔计算的问题</w:t>
      </w:r>
    </w:p>
    <w:p>
      <w:pPr>
        <w:pStyle w:val="Heading2"/>
      </w:pPr>
      <w:r>
        <w:t>Features</w:t>
      </w:r>
    </w:p>
    <w:p>
      <w:pPr>
        <w:pStyle w:val="ListBullet"/>
      </w:pPr>
      <w:r>
        <w:rPr>
          <w:rFonts w:ascii="Source Han Sans SC" w:hAnsi="Source Han Sans SC" w:eastAsia="Source Han Sans SC" w:cs="Source Han Sans SC" w:hint="eastAsia"/>
          <w:sz w:val="21"/>
        </w:rPr>
        <w:t>删除聊天室模块的 checkBadWord 方法</w:t>
      </w:r>
    </w:p>
    <w:p>
      <w:pPr>
        <w:pStyle w:val="ListBullet"/>
      </w:pPr>
      <w:r>
        <w:rPr>
          <w:rFonts w:ascii="Source Han Sans SC" w:hAnsi="Source Han Sans SC" w:eastAsia="Source Han Sans SC" w:cs="Source Han Sans SC" w:hint="eastAsia"/>
          <w:sz w:val="21"/>
        </w:rPr>
        <w:t>SDK 内部增加 plvDebug，对外提供 setDebugMode 方法</w:t>
      </w:r>
    </w:p>
    <w:p>
      <w:pPr>
        <w:pStyle w:val="ListBullet"/>
      </w:pPr>
      <w:r>
        <w:rPr>
          <w:rFonts w:ascii="Source Han Sans SC" w:hAnsi="Source Han Sans SC" w:eastAsia="Source Han Sans SC" w:cs="Source Han Sans SC" w:hint="eastAsia"/>
          <w:sz w:val="21"/>
        </w:rPr>
        <w:t>将特殊身份判断迁移到 SDK 层中</w:t>
      </w:r>
    </w:p>
    <w:p>
      <w:pPr>
        <w:pStyle w:val="ListBullet"/>
      </w:pPr>
      <w:r>
        <w:rPr>
          <w:rFonts w:ascii="Source Han Sans SC" w:hAnsi="Source Han Sans SC" w:eastAsia="Source Han Sans SC" w:cs="Source Han Sans SC" w:hint="eastAsia"/>
          <w:sz w:val="21"/>
        </w:rPr>
        <w:t>util 模块提供一次性发送多张图片的方法 uploadMultiImage</w:t>
      </w:r>
    </w:p>
    <w:p>
      <w:pPr>
        <w:pStyle w:val="ListBullet"/>
      </w:pPr>
      <w:r>
        <w:rPr>
          <w:rFonts w:ascii="Source Han Sans SC" w:hAnsi="Source Han Sans SC" w:eastAsia="Source Han Sans SC" w:cs="Source Han Sans SC" w:hint="eastAsia"/>
          <w:sz w:val="21"/>
        </w:rPr>
        <w:t>提供 getChannelPlayMode 方法</w:t>
      </w:r>
    </w:p>
    <w:p>
      <w:pPr>
        <w:pStyle w:val="ListBullet"/>
      </w:pPr>
      <w:r>
        <w:rPr>
          <w:rFonts w:ascii="Source Han Sans SC" w:hAnsi="Source Han Sans SC" w:eastAsia="Source Han Sans SC" w:cs="Source Han Sans SC" w:hint="eastAsia"/>
          <w:sz w:val="21"/>
        </w:rPr>
        <w:t>增加 share 模块</w:t>
      </w:r>
    </w:p>
    <w:p>
      <w:pPr>
        <w:pStyle w:val="ListBullet"/>
      </w:pPr>
      <w:r>
        <w:rPr>
          <w:rFonts w:ascii="Source Han Sans SC" w:hAnsi="Source Han Sans SC" w:eastAsia="Source Han Sans SC" w:cs="Source Han Sans SC" w:hint="eastAsia"/>
          <w:sz w:val="21"/>
        </w:rPr>
        <w:t>createWatchCore 增加 playbackOrigin 入参</w:t>
      </w:r>
    </w:p>
    <w:p>
      <w:pPr>
        <w:pStyle w:val="ListBullet"/>
      </w:pPr>
      <w:r>
        <w:rPr>
          <w:rFonts w:ascii="Source Han Sans SC" w:hAnsi="Source Han Sans SC" w:eastAsia="Source Han Sans SC" w:cs="Source Han Sans SC" w:hint="eastAsia"/>
          <w:sz w:val="21"/>
        </w:rPr>
        <w:t>createWatchCore 增加 autoAuthParams 入参，支持验证码条件下直接访问观看页</w:t>
      </w:r>
    </w:p>
    <w:p>
      <w:pPr>
        <w:pStyle w:val="ListBullet"/>
      </w:pPr>
      <w:r>
        <w:rPr>
          <w:rFonts w:ascii="Source Han Sans SC" w:hAnsi="Source Han Sans SC" w:eastAsia="Source Han Sans SC" w:cs="Source Han Sans SC" w:hint="eastAsia"/>
          <w:sz w:val="21"/>
        </w:rPr>
        <w:t>短信验证码增加类型入参来支持自定义短信内容功能</w:t>
      </w:r>
    </w:p>
    <w:p>
      <w:pPr>
        <w:pStyle w:val="ListBullet"/>
      </w:pPr>
      <w:r>
        <w:rPr>
          <w:rFonts w:ascii="Source Han Sans SC" w:hAnsi="Source Han Sans SC" w:eastAsia="Source Han Sans SC" w:cs="Source Han Sans SC" w:hint="eastAsia"/>
          <w:sz w:val="21"/>
        </w:rPr>
        <w:t>连麦模块增加 supportConnectMic 方法</w:t>
      </w:r>
    </w:p>
    <w:p>
      <w:pPr>
        <w:pStyle w:val="ListBullet"/>
      </w:pPr>
      <w:r>
        <w:rPr>
          <w:rFonts w:ascii="Source Han Sans SC" w:hAnsi="Source Han Sans SC" w:eastAsia="Source Han Sans SC" w:cs="Source Han Sans SC" w:hint="eastAsia"/>
          <w:sz w:val="21"/>
        </w:rPr>
        <w:t>增加邀请海报和分享功能的 POP 开关判断</w:t>
      </w:r>
    </w:p>
    <w:p>
      <w:pPr>
        <w:pStyle w:val="ListBullet"/>
      </w:pPr>
      <w:r>
        <w:rPr>
          <w:rFonts w:ascii="Source Han Sans SC" w:hAnsi="Source Han Sans SC" w:eastAsia="Source Han Sans SC" w:cs="Source Han Sans SC" w:hint="eastAsia"/>
          <w:sz w:val="21"/>
        </w:rPr>
        <w:t>回放状态，响应“不展示下一场次倒计时” 开关</w:t>
      </w:r>
    </w:p>
    <w:p>
      <w:pPr>
        <w:pStyle w:val="Heading2"/>
      </w:pPr>
      <w:r>
        <w:t>Optimizes</w:t>
      </w:r>
    </w:p>
    <w:p>
      <w:pPr>
        <w:pStyle w:val="ListBullet"/>
      </w:pPr>
      <w:r>
        <w:rPr>
          <w:rFonts w:ascii="Source Han Sans SC" w:hAnsi="Source Han Sans SC" w:eastAsia="Source Han Sans SC" w:cs="Source Han Sans SC" w:hint="eastAsia"/>
          <w:sz w:val="21"/>
        </w:rPr>
        <w:t>优化获取历史记录 Api 入参</w:t>
      </w:r>
    </w:p>
    <w:p>
      <w:pPr>
        <w:pStyle w:val="ListBullet"/>
      </w:pPr>
      <w:r>
        <w:rPr>
          <w:rFonts w:ascii="Source Han Sans SC" w:hAnsi="Source Han Sans SC" w:eastAsia="Source Han Sans SC" w:cs="Source Han Sans SC" w:hint="eastAsia"/>
          <w:sz w:val="21"/>
        </w:rPr>
        <w:t>优化图片违规的消息替换逻辑</w:t>
      </w:r>
    </w:p>
    <w:p>
      <w:pPr>
        <w:pStyle w:val="ListBullet"/>
      </w:pPr>
      <w:r>
        <w:rPr>
          <w:rFonts w:ascii="Source Han Sans SC" w:hAnsi="Source Han Sans SC" w:eastAsia="Source Han Sans SC" w:cs="Source Han Sans SC" w:hint="eastAsia"/>
          <w:sz w:val="21"/>
        </w:rPr>
        <w:t>优化发送消息后的消息替换机制</w:t>
      </w:r>
    </w:p>
    <w:p>
      <w:pPr>
        <w:pStyle w:val="ListBullet"/>
      </w:pPr>
      <w:r>
        <w:rPr>
          <w:rFonts w:ascii="Source Han Sans SC" w:hAnsi="Source Han Sans SC" w:eastAsia="Source Han Sans SC" w:cs="Source Han Sans SC" w:hint="eastAsia"/>
          <w:sz w:val="21"/>
        </w:rPr>
        <w:t>修改回复字段的类型名</w:t>
      </w:r>
    </w:p>
    <w:p>
      <w:pPr>
        <w:pStyle w:val="ListBullet"/>
      </w:pPr>
      <w:r>
        <w:rPr>
          <w:rFonts w:ascii="Source Han Sans SC" w:hAnsi="Source Han Sans SC" w:eastAsia="Source Han Sans SC" w:cs="Source Han Sans SC" w:hint="eastAsia"/>
          <w:sz w:val="21"/>
        </w:rPr>
        <w:t>优化点赞数逻辑</w:t>
      </w:r>
    </w:p>
    <w:p>
      <w:pPr>
        <w:pStyle w:val="ListBullet"/>
      </w:pPr>
      <w:r>
        <w:rPr>
          <w:rFonts w:ascii="Source Han Sans SC" w:hAnsi="Source Han Sans SC" w:eastAsia="Source Han Sans SC" w:cs="Source Han Sans SC" w:hint="eastAsia"/>
          <w:sz w:val="21"/>
        </w:rPr>
        <w:t>优化情绪反馈事件回调类型</w:t>
      </w:r>
    </w:p>
    <w:p>
      <w:pPr>
        <w:pStyle w:val="ListBullet"/>
      </w:pPr>
      <w:r>
        <w:rPr>
          <w:rFonts w:ascii="Source Han Sans SC" w:hAnsi="Source Han Sans SC" w:eastAsia="Source Han Sans SC" w:cs="Source Han Sans SC" w:hint="eastAsia"/>
          <w:sz w:val="21"/>
        </w:rPr>
        <w:t>完善 auth 和 weixin 模块，提供对应的方法</w:t>
      </w:r>
    </w:p>
    <w:p>
      <w:pPr>
        <w:pStyle w:val="ListBullet"/>
      </w:pPr>
      <w:r>
        <w:rPr>
          <w:rFonts w:ascii="Source Han Sans SC" w:hAnsi="Source Han Sans SC" w:eastAsia="Source Han Sans SC" w:cs="Source Han Sans SC" w:hint="eastAsia"/>
          <w:sz w:val="21"/>
        </w:rPr>
        <w:t>完善 donate, redpack, live-booking, playback 等模块，提供对应的方法</w:t>
      </w:r>
    </w:p>
    <w:p>
      <w:pPr>
        <w:pStyle w:val="ListBullet"/>
      </w:pPr>
      <w:r>
        <w:rPr>
          <w:rFonts w:ascii="Source Han Sans SC" w:hAnsi="Source Han Sans SC" w:eastAsia="Source Han Sans SC" w:cs="Source Han Sans SC" w:hint="eastAsia"/>
          <w:sz w:val="21"/>
        </w:rPr>
        <w:t>完善 invite 模块，不再使用 InviteEvents</w:t>
      </w:r>
    </w:p>
    <w:p>
      <w:pPr>
        <w:pStyle w:val="ListBullet"/>
      </w:pPr>
      <w:r>
        <w:rPr>
          <w:rFonts w:ascii="Source Han Sans SC" w:hAnsi="Source Han Sans SC" w:eastAsia="Source Han Sans SC" w:cs="Source Han Sans SC" w:hint="eastAsia"/>
          <w:sz w:val="21"/>
        </w:rPr>
        <w:t>getChatHistoryBySessionId 返回的数据使用 PageContent 结构</w:t>
      </w:r>
    </w:p>
    <w:p>
      <w:pPr>
        <w:pStyle w:val="ListBullet"/>
      </w:pPr>
      <w:r>
        <w:rPr>
          <w:rFonts w:ascii="Source Han Sans SC" w:hAnsi="Source Han Sans SC" w:eastAsia="Source Han Sans SC" w:cs="Source Han Sans SC" w:hint="eastAsia"/>
          <w:sz w:val="21"/>
        </w:rPr>
        <w:t>短信校验增加错误信息返回</w:t>
      </w:r>
    </w:p>
    <w:p>
      <w:pPr>
        <w:pStyle w:val="Heading2"/>
      </w:pPr>
      <w:r>
        <w:t>Build System</w:t>
      </w:r>
    </w:p>
    <w:p>
      <w:pPr>
        <w:pStyle w:val="ListBullet"/>
      </w:pPr>
      <w:r>
        <w:rPr>
          <w:rFonts w:ascii="Source Han Sans SC" w:hAnsi="Source Han Sans SC" w:eastAsia="Source Han Sans SC" w:cs="Source Han Sans SC" w:hint="eastAsia"/>
          <w:sz w:val="21"/>
        </w:rPr>
        <w:t xml:space="preserve">更新 </w:t>
      </w:r>
      <w:r>
        <w:rPr>
          <w:rFonts w:ascii="Menlo" w:hAnsi="Menlo"/>
          <w:color w:val="444444"/>
          <w:sz w:val="20"/>
        </w:rPr>
        <w:t>@polyv/utils</w:t>
      </w:r>
      <w:r>
        <w:rPr>
          <w:rFonts w:ascii="Source Han Sans SC" w:hAnsi="Source Han Sans SC" w:eastAsia="Source Han Sans SC" w:cs="Source Han Sans SC" w:hint="eastAsia"/>
          <w:sz w:val="21"/>
        </w:rPr>
        <w:t>, 替换 EventCenter</w:t>
      </w:r>
    </w:p>
    <w:p>
      <w:pPr>
        <w:pStyle w:val="ListBullet"/>
      </w:pPr>
      <w:r>
        <w:rPr>
          <w:rFonts w:ascii="Source Han Sans SC" w:hAnsi="Source Han Sans SC" w:eastAsia="Source Han Sans SC" w:cs="Source Han Sans SC" w:hint="eastAsia"/>
          <w:sz w:val="21"/>
        </w:rPr>
        <w:t>更新 chat-sdk 和 chat-image-upload-sdk 版本</w:t>
      </w:r>
    </w:p>
    <w:p>
      <w:pPr>
        <w:pStyle w:val="ListBullet"/>
      </w:pPr>
      <w:r>
        <w:rPr>
          <w:rFonts w:ascii="Source Han Sans SC" w:hAnsi="Source Han Sans SC" w:eastAsia="Source Han Sans SC" w:cs="Source Han Sans SC" w:hint="eastAsia"/>
          <w:sz w:val="21"/>
        </w:rPr>
        <w:t>升级 eslint 相关 package</w:t>
      </w:r>
    </w:p>
    <w:p>
      <w:r>
        <w:rPr>
          <w:rFonts w:ascii="Source Han Sans SC" w:hAnsi="Source Han Sans SC" w:eastAsia="Source Han Sans SC" w:cs="Source Han Sans SC" w:hint="eastAsia"/>
          <w:sz w:val="21"/>
        </w:rPr>
        <w:t>---</w:t>
      </w:r>
    </w:p>
    <w:p>
      <w:pPr>
        <w:pStyle w:val="Heading1"/>
      </w:pPr>
      <w:r>
        <w:t>v0.1.0(2023-04-27)</w:t>
      </w:r>
    </w:p>
    <w:p>
      <w:pPr>
        <w:ind w:left="283"/>
      </w:pPr>
      <w:r>
        <w:rPr>
          <w:rFonts w:ascii="Source Han Sans SC" w:hAnsi="Source Han Sans SC" w:eastAsia="Source Han Sans SC" w:cs="Source Han Sans SC" w:hint="eastAsia"/>
          <w:sz w:val="20"/>
        </w:rPr>
        <w:t>不推荐继续使用</w:t>
      </w:r>
    </w:p>
    <w:p>
      <w:r>
        <w:rPr>
          <w:rFonts w:ascii="Source Han Sans SC" w:hAnsi="Source Han Sans SC" w:eastAsia="Source Han Sans SC" w:cs="Source Han Sans SC" w:hint="eastAsia"/>
          <w:sz w:val="21"/>
        </w:rPr>
        <w:t>...</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更新日志</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