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用户信息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本文档主要提供 </w:t>
      </w:r>
      <w:r>
        <w:rPr>
          <w:rFonts w:ascii="Menlo" w:hAnsi="Menlo"/>
          <w:color w:val="444444"/>
          <w:sz w:val="20"/>
        </w:rPr>
        <w:t>用户模块(user)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提供的用户信息 Api 说明。</w:t>
      </w:r>
    </w:p>
    <w:p/>
    <w:p>
      <w:pPr>
        <w:pStyle w:val="Heading1"/>
      </w:pPr>
      <w:r>
        <w:t>一、观众详细信息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UserInfoDetail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观众头衔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该用户的授权方式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label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二、获取当前用户信息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用于获取当前用户的详细信息。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未进行观看条件授权或创建 SDK 没有传入用户信息时返回 </w:t>
      </w:r>
      <w:r>
        <w:rPr>
          <w:rFonts w:ascii="Menlo" w:hAnsi="Menlo"/>
          <w:color w:val="444444"/>
          <w:sz w:val="19"/>
        </w:rPr>
        <w:t>undefined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getUserInfo(): undefined | UserInfoDetail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用户信息，</w:t>
      </w:r>
      <w:r>
        <w:rPr>
          <w:rFonts w:ascii="Menlo" w:hAnsi="Menlo"/>
          <w:color w:val="444444"/>
          <w:sz w:val="20"/>
        </w:rPr>
        <w:t>undefined | UserInfoDetail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userInfo = watchCore.user.getUserInfo();</w:t>
        <w:br/>
        <w:t>console.log('用户信息', userInfo);</w:t>
      </w:r>
    </w:p>
    <w:p/>
    <w:p>
      <w:pPr>
        <w:pStyle w:val="Heading1"/>
      </w:pPr>
      <w:r>
        <w:t>三、判断是否为特殊的用户身份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用户模块提供 Api 用于判断用户身份是否为内置的特殊用户身份，如讲师、管理员、助教等。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isSpecialUserType(userType: unknown, actor?: string):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userType：用户身份，</w:t>
      </w:r>
      <w:r>
        <w:rPr>
          <w:rFonts w:ascii="Menlo" w:hAnsi="Menlo"/>
          <w:color w:val="444444"/>
          <w:sz w:val="20"/>
        </w:rPr>
        <w:t>unknown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actor：用户头衔，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是否特殊身份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ChatUserType } from '@polyv/live-watch-sdk';</w:t>
        <w:br/>
        <w:t>console.log(watchCore.user.isSpecialUserType(ChatUserType.Teacher)); // true</w:t>
        <w:br/>
        <w:t>console.log(watchCore.user.isSpecialUserType(ChatUserType.Manager)); // true</w:t>
        <w:br/>
        <w:t>console.log(watchCore.user.isSpecialUserType(ChatUserType.Guest)); // true</w:t>
        <w:br/>
        <w:t>console.log(watchCore.user.isSpecialUserType(ChatUserType.Student)); // false</w:t>
        <w:br/>
        <w:t>console.log(watchCore.user.isSpecialUserType(ChatUserType.Viewer)); // false</w:t>
        <w:br/>
        <w:t>console.log(watchCore.user.isSpecialUserType(ChatUserType.Dummy)); // false</w:t>
        <w:br/>
        <w:t>console.log(watchCore.user.isSpecialUserType(ChatUserType.Dummy, '观众')); // false</w:t>
      </w:r>
    </w:p>
    <w:p/>
    <w:p>
      <w:pPr>
        <w:pStyle w:val="Heading1"/>
      </w:pPr>
      <w:r>
        <w:t>四、获取当前用户 userId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用于获取当前用户的 userId，默认以时间戳字符串作为用户 userId，关于 userId 说明如下：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微信环境下进行微信授权后，以用户的微信 </w:t>
      </w:r>
      <w:r>
        <w:rPr>
          <w:rFonts w:ascii="Menlo" w:hAnsi="Menlo"/>
          <w:color w:val="444444"/>
          <w:sz w:val="20"/>
        </w:rPr>
        <w:t>openid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作为 userId；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白名单授权后，以填写的会员码作为 userId（优先级高于微信授权）；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未进行观看条件授权或创建 SDK 没有传入用户信息时返回 </w:t>
      </w:r>
      <w:r>
        <w:rPr>
          <w:rFonts w:ascii="Menlo" w:hAnsi="Menlo"/>
          <w:color w:val="444444"/>
          <w:sz w:val="19"/>
        </w:rPr>
        <w:t>undefined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getUserId():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 userId，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userId = watchCore.user.getUserId();</w:t>
        <w:br/>
        <w:t>console.log('用户 userId', userId);</w:t>
      </w:r>
    </w:p>
    <w:p/>
    <w:p>
      <w:pPr>
        <w:pStyle w:val="Heading1"/>
      </w:pPr>
      <w:r>
        <w:t>五、获取当前用户昵称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用于获取当前用户的昵称。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未进行观看条件授权或创建 SDK 没有传入用户信息时返回 </w:t>
      </w:r>
      <w:r>
        <w:rPr>
          <w:rFonts w:ascii="Menlo" w:hAnsi="Menlo"/>
          <w:color w:val="444444"/>
          <w:sz w:val="19"/>
        </w:rPr>
        <w:t>undefined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getUserNick():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用户昵称，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nickname = watchCore.user.getUserNick();</w:t>
        <w:br/>
        <w:t>console.log('用户昵称', nickname);</w:t>
      </w:r>
    </w:p>
    <w:p/>
    <w:p>
      <w:pPr>
        <w:pStyle w:val="Heading1"/>
      </w:pPr>
      <w:r>
        <w:t>六、修改当前用户昵称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用于观众二次修改昵称。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UserEvents.CurrentUserSetNick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事件监听修改昵称完成。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UserEvents.SetNickError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事件监听设置昵称失败。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updateUserNick(nickname: string):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nickname：新的昵称，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watchCore.user.eventEmitter.on(UserEvents.CurrentUserSetNick, () =&gt; {</w:t>
        <w:br/>
        <w:t xml:space="preserve">  toast.success('修改昵称成功');</w:t>
        <w:br/>
        <w:t>});</w:t>
        <w:br/>
        <w:br/>
        <w:t>watchCore.user.eventEmitter.on(UserEvents.SetNickError, (data) =&gt; {</w:t>
        <w:br/>
        <w:t xml:space="preserve">  toast.error('修改昵称失败：' + data.message);</w:t>
        <w:br/>
        <w:t>});</w:t>
        <w:br/>
        <w:br/>
        <w:t>watchCore.user.updateUserNick('新的用户昵称');</w:t>
      </w:r>
    </w:p>
    <w:p/>
    <w:p>
      <w:pPr>
        <w:pStyle w:val="Heading1"/>
      </w:pPr>
      <w:r>
        <w:t>七、获取当前用户头像地址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用于获取当前用户的头衔地址，观看页 SDK 提供 </w:t>
      </w:r>
      <w:r>
        <w:rPr>
          <w:rFonts w:ascii="Menlo" w:hAnsi="Menlo"/>
          <w:color w:val="444444"/>
          <w:sz w:val="20"/>
        </w:rPr>
        <w:t>DEFAULT_VIEWER_AVATAR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默认观众头像的常量。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未进行观看条件授权或创建 SDK 没有传入用户信息时返回 </w:t>
      </w:r>
      <w:r>
        <w:rPr>
          <w:rFonts w:ascii="Menlo" w:hAnsi="Menlo"/>
          <w:color w:val="444444"/>
          <w:sz w:val="19"/>
        </w:rPr>
        <w:t>undefined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getUserAvatar():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用户头像地址，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DEFAULT_VIEWER_AVATAR } from '@polyv/live-watch-sdk';</w:t>
        <w:br/>
        <w:br/>
        <w:t>const userAvatar = watchCore.user.getUserAvatar();</w:t>
        <w:br/>
        <w:t>console.log('用户头像', userAvatar);</w:t>
        <w:br/>
        <w:t>console.log('默认头像', DEFAULT_VIEWER_AVATAR);</w:t>
      </w:r>
    </w:p>
    <w:p/>
    <w:p>
      <w:pPr>
        <w:pStyle w:val="Heading1"/>
      </w:pPr>
      <w:r>
        <w:t>八、获取当前用户的微信 openId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用于获取当前用户的微信 openId，仅在微信(非)静默授权后才返回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getUserOpenId():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微信 openId，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openId = watchCore.user.getUserOpenId();</w:t>
        <w:br/>
        <w:t>console.log('openId', openId);</w:t>
      </w:r>
    </w:p>
    <w:p/>
    <w:p>
      <w:pPr>
        <w:pStyle w:val="Heading1"/>
      </w:pPr>
      <w:r>
        <w:t>九、获取当前用户的微信 unionId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用于获取当前用户的微信 unionId，仅在微信(非)静默授权后才返回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getUserUnionId():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微信 unionId，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unionId = watchCore.user.getUserUnionId();</w:t>
        <w:br/>
        <w:t>console.log('unionId', unionId);</w:t>
      </w:r>
    </w:p>
    <w:p/>
    <w:p>
      <w:pPr>
        <w:pStyle w:val="Heading1"/>
      </w:pPr>
      <w:r>
        <w:t>十、获取当前用户的头衔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getUserActor(): undefined | string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v0.11.0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用户头衔，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actor = watchCore.user.getUserActor();</w:t>
        <w:br/>
        <w:t>console.log('actor', actor);</w:t>
      </w:r>
    </w:p>
    <w:p/>
    <w:p>
      <w:pPr>
        <w:pStyle w:val="Heading1"/>
      </w:pPr>
      <w:r>
        <w:t>十一、获取当前用户相关的标签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getUserLabels(): undefined | Object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v2.18.0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用户头衔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labels = watchCore.user.getUserLabels();</w:t>
        <w:br/>
        <w:t>console.log('labels', labels);</w:t>
      </w:r>
    </w:p>
    <w:p/>
    <w:p>
      <w:pPr>
        <w:pStyle w:val="Heading1"/>
      </w:pPr>
      <w:r>
        <w:t>十二、是否需要隐藏用户头衔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needHideUserActor():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v1.2.0 版本开始支持</w:t>
      </w:r>
    </w:p>
    <w:p/>
    <w:p>
      <w:pPr>
        <w:pStyle w:val="Heading1"/>
      </w:pPr>
      <w:r>
        <w:t>十三、获取当前用户的授权方式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用户获取当前用户的授权方式，未授权时返回 AuthType.None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getUserAuthType(): AuthType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授权方式，</w:t>
      </w:r>
      <w:r>
        <w:rPr>
          <w:rFonts w:ascii="Menlo" w:hAnsi="Menlo"/>
          <w:color w:val="444444"/>
          <w:sz w:val="20"/>
        </w:rPr>
        <w:t>AuthType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authType = watchCore.user.getUserAuthType();</w:t>
        <w:br/>
        <w:t>console.log('当前用户的授权方式', authType);</w:t>
      </w:r>
    </w:p>
    <w:p/>
    <w:p>
      <w:pPr>
        <w:pStyle w:val="Heading1"/>
      </w:pPr>
      <w:r>
        <w:t>十四、当前是否需要手机号实名认证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needRealNameAuth():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v0.8.0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是否需要认证，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needAuth = watchCore.user.needRealNameAuth();</w:t>
        <w:br/>
        <w:t>if (needAuth) {</w:t>
        <w:br/>
        <w:t xml:space="preserve">  console.log('需要认证，显示认证弹层');</w:t>
        <w:br/>
        <w:t>}</w:t>
      </w:r>
    </w:p>
    <w:p/>
    <w:p>
      <w:pPr>
        <w:pStyle w:val="Heading1"/>
      </w:pPr>
      <w:r>
        <w:t>十五、保存实名认证信息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saveRealNameData(option: SaveRealNameOptions):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v0.8.0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option：选项参数，</w:t>
      </w:r>
      <w:r>
        <w:rPr>
          <w:rFonts w:ascii="Menlo" w:hAnsi="Menlo"/>
          <w:color w:val="444444"/>
          <w:sz w:val="20"/>
        </w:rPr>
        <w:t>SaveRealNameOptions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areaCode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phoneNumber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smsCode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十六、获取当前观众的云席信息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getUserSeatInfo(): undefined | ViewerSeatInfo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v0.10.0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undefined | ViewerSeatInfo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十七、获取当前观众的跟进人信息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getUserSaleInfo(): ViewerSaleInfo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v1.1.0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用户跟进人信息，</w:t>
      </w:r>
      <w:r>
        <w:rPr>
          <w:rFonts w:ascii="Menlo" w:hAnsi="Menlo"/>
          <w:color w:val="444444"/>
          <w:sz w:val="20"/>
        </w:rPr>
        <w:t>ViewerSaleInfo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saleId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跟进人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十八、获取邀请观看邀请员/分销员Id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getInviteWatchSaleId(): null | string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null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十九、获取邀请观看上级邀请员的 inviteWatchSaleId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getInviteWatchInviteSalesId(): null | string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v2.2.0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null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