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一、用户信息更改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用户信息更改时触发该事件。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UserEvents.UserInfoChange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UserInfoDetail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watchCore.user.eventEmitter.on(UserEvents.UserInfoChange, (data) =&gt; {</w:t>
        <w:br/>
        <w:t xml:space="preserve">  console.log('新的用户信息', data.userInfo);</w:t>
        <w:br/>
        <w:t>});</w:t>
      </w:r>
    </w:p>
    <w:p/>
    <w:p>
      <w:pPr>
        <w:pStyle w:val="Heading1"/>
      </w:pPr>
      <w:r>
        <w:t>二、任意用户设置昵称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任意用户设置昵称后触发该事件。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UserEvents.UserSetNick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watchCore.user.eventEmitter.on(UserEvents.UserSetNick, (data) =&gt; {</w:t>
        <w:br/>
        <w:t xml:space="preserve">  console.log('该用户的 userId', data.userId);</w:t>
        <w:br/>
        <w:t xml:space="preserve">  console.log('该用户的新昵称', data.nickname);</w:t>
        <w:br/>
        <w:t>});</w:t>
      </w:r>
    </w:p>
    <w:p/>
    <w:p>
      <w:pPr>
        <w:pStyle w:val="Heading1"/>
      </w:pPr>
      <w:r>
        <w:t>三、当前用户设置昵称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user.updateUserNick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修改昵称成功后触发该事件。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UserEvents.CurrentUserSetNick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watchCore.user.eventEmitter.on(UserEvents.CurrentUserSetNick, () =&gt; {</w:t>
        <w:br/>
        <w:t xml:space="preserve">  toast.success('修改昵称成功');</w:t>
        <w:br/>
        <w:t>});</w:t>
      </w:r>
    </w:p>
    <w:p/>
    <w:p>
      <w:pPr>
        <w:pStyle w:val="Heading1"/>
      </w:pPr>
      <w:r>
        <w:t>四、设置昵称失败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user.updateUserNick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修改昵称失败后触发该事件。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UserEvents.SetNickError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watchCore.user.eventEmitter.on(UserEvents.SetNickError, (data) =&gt; {</w:t>
        <w:br/>
        <w:t xml:space="preserve">  toast.error('修改昵称失败：' + data.message);</w:t>
        <w:br/>
        <w:t>});</w:t>
      </w:r>
    </w:p>
    <w:p/>
    <w:p>
      <w:pPr>
        <w:pStyle w:val="Heading1"/>
      </w:pPr>
      <w:r>
        <w:t>五、当前用户被踢出聊天室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当管理员或助教踢出当前用户时触发该事件。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UserEvents.CurrentUserKicked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watchCore.user.eventEmitter.on(UserEvents.CurrentUserKicked, () =&gt; {</w:t>
        <w:br/>
        <w:t xml:space="preserve">  toast.error('你已被踢出');</w:t>
        <w:br/>
        <w:t xml:space="preserve">  // TODO：重定向到踢出页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