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播放器模块</w:t>
      </w:r>
    </w:p>
    <w:p>
      <w:r>
        <w:rPr>
          <w:rFonts w:ascii="Menlo" w:hAnsi="Menlo"/>
          <w:color w:val="444444"/>
          <w:sz w:val="20"/>
        </w:rPr>
        <w:t>播放器模块(player)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主要负责播放器相关的 Api。</w:t>
      </w:r>
    </w:p>
    <w:p/>
    <w:p>
      <w:pPr>
        <w:pStyle w:val="Heading1"/>
      </w:pPr>
      <w:r>
        <w:t>一、Api 方法概览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Api 方法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getPlayerInfo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获取播放器信息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setupPlayer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创建播放器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supportLiveTimeShift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是否支持直播时移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supportTimeAxisMark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是否支持时间轴标记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supportLowLatency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是否支持无延迟观看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play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恢复视频播放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freezePlay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冻结视频播放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pause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暂停视频播放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stop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停止拉流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supportRefresh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是否支持刷新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refresh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刷新直播流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setVolume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设置视频音量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getCurrentVolume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获取视频音量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addBarrage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添加弹幕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setBarrageShow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设置弹幕显示状态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supportBarrageSpeed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是否支持弹幕速度切换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setBarrageSpeed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切换弹幕速度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supportBarrageSize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是否支持弹幕字号切换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setBarrageSize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切换弹幕字号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supportBarrageLocation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是否支持弹幕位置切换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getBarrageLocationSetting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获取弹幕位置信息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setBarrageLocation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切换弹幕位置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supportBarrageAlpha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是否支持弹幕透明度切换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setBarrageAlpha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切换弹幕透明度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resizeBarrage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更新弹幕显示区域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getLineCount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获取线路总数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changeLine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切换线路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getCurrentLine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获取当前线路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changeSubtitleSkinShow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改变实时字幕播放器的开关展示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getQualityLevels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获取可选的清晰度级别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changeQualityLevel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切换清晰度级别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getCurrentQualityLevel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获取播放器清晰度级别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getRateList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获取可选的倍速列表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changeRate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切换倍速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getCurrentRate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获取播放器倍速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getCurrentTime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获取回放播放时间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getDurationTime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获取回放播放总时长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seekVideo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设置播放进度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supportPlaybackVideo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是否支持回放视频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getAutoChangePlaybackEnabled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是否能自动切回放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changePlayback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切换回放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getPlayerSetting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获取播放器设置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getPlayerLogoSetting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获取播放器 logo 设置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getPlayerWarmUpSetting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获取播放器暖场设置信息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setPlayerReplaySubtitleSelectConfig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更新播放器回放字幕选择组件的文案和显示状态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setGestureDirection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设置手势 seek 方向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destroyPlayer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销毁播放器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getPIPEnabled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获取"是否开启画中画功能"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getPIPForIOSEnabled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获取"是否开启IOS系统画中画功能"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getPcPIPEnabled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获取"PC端是否开启小窗播放功能"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supportPictureInPicture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当前播放器是否支持画中画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getPictureInPictureStatus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获取画中画状态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enterPictureInPicture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进入画中画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leavePictureInPicture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退出画中画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togglePictureInPicture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切换画中画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switchDetectionByInfo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执行缓冲监测切换线路/清晰度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getLiveStreamCaptureUrl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获取直播截图地址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getPlayerAdvertLinkData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获取播放器广告链接数据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exitWebPageFullScreen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退出网页全屏, 仅点播播放器移动端和直播播放器移动端支持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requestFullscreen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进入系统全屏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exitFullscreen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退出系统全屏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toggleFullscreen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切换系统全屏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getFullscreenStatus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获取系统全屏状态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supportFullscreen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当前播放器是否支持系统全屏</w:t>
            </w:r>
          </w:p>
        </w:tc>
      </w:tr>
    </w:tbl>
    <w:p>
      <w:pPr>
        <w:spacing w:after="40"/>
      </w:pPr>
    </w:p>
    <w:p/>
    <w:p>
      <w:pPr>
        <w:pStyle w:val="Heading1"/>
      </w:pPr>
      <w:r>
        <w:t>二、Event 事件概览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Event 事件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PlayerEvents.PlayerInfoChange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播放器信息修改事件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PlayerEvents.PlayerWarmUpSettingChange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播放器暖场信息更新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PlayerEvents.PlayerConfigLoaded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播放器配置信息加载成功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PlayerEvents.PlayerInited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播放器初始化完毕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PlayerEvents.PlayerScriptLoaded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播放器脚本加载完成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PlayerEvents.PlayerPlaying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播放器播放事件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PlayerEvents.PlayerPause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播放器暂停事件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PlayerEvents.VolumeChange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音量改变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PlayerEvents.LineChange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线路切换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PlayerEvents.QualityLevelChange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清晰度级别切换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PlayerEvents.RateChange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倍速修改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PlayerEvents.BarrageStatusChange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播放器弹幕改变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PlayerEvents.BarrageSettingClick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调起弹幕设置弹窗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PlayerEvents.TimeUpdate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播放时间改变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PlayerEvents.PlaybackOver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回放播放结束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PlayerEvents.HistoryPlay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回放续播事件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PlayerEvents.LowLatencyError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无延迟播放异常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PlayerEvents.ToggleFullScreen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切换播放器全屏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PlayerEvents.PlayerMarqueeError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防录屏跑马灯异常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PlayerEvents.PlayerTimeAxisMarkListChange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播放器打点信息改变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PlayerEvents.PlayerHighlightsBtnClicked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播放器"精彩看点"按钮点击事件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PlayerEvents.PlayerSubtitleSwitched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播放器"实时字幕"切换按钮切换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PlayerEvents.PlayerUIControlDisplay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 UI 控制栏显隐事件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PlayerEvents.PlayerLoading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移动端播放器Loading显示隐藏事件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PlayerEvents.PlayerUIReplaySubtitleChecked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回放字幕开启和关闭指定的字幕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PlayerEvents.PlayerUIReplaySubtitleSelectBtnClick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移动端播放器点击字幕的选择器时触发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PlayerEvents.PlayerSetupPanelSkinInit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移动端播放器设置面板皮肤初始化事件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PlayerEvents.PlayerHeadAdClicked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移动端播放器头部广告点击事件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PlayerEvents.PlayerStopAdClicked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移动端播放器暂停广告点击事件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PlayerEvents.PlayerStatisticsInfo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移动端播放器统计信息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PlayerEvents.PlayerInnerTimeUpdate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播放器内部时间更新事件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PlayerEvents.PlayerSetupPanelChange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移动端播放器设置面板改变事件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PlayerEvents.PlayerLoadingDetectionUpdate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播放缓冲状态监测更新事件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PlayerEvents.PlayerFullscreenChange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播放器全屏状态改变事件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PlayerEvents.GuideStreamVideoSizeChange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导播台推流分辨率调整事件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PlayerEvents.VodPlayerServerError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点播播放器server error事件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PlayerEvents.LivePlayerError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直播播放器s2j_onPlayerError事件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PlayerEvents.EnterPictureInPicture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进入画中画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PlayerEvents.LeavePictureInPicture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退出画中画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播放器模块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