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快速入门</w:t>
      </w:r>
    </w:p>
    <w:p>
      <w:pPr>
        <w:pStyle w:val="Heading1"/>
      </w:pPr>
      <w:r>
        <w:t>一、核心概念</w:t>
      </w:r>
    </w:p>
    <w:p>
      <w:pPr>
        <w:pStyle w:val="Heading2"/>
      </w:pPr>
      <w:r>
        <w:t>1.1 PlaybackTarget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回放目标对象，包含回放视频的所有信息：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interface PlaybackTarget {</w:t>
        <w:br/>
        <w:t xml:space="preserve">  playbackId: string; // 回放唯一标识</w:t>
        <w:br/>
        <w:t xml:space="preserve">  title: string; // 回放标题</w:t>
        <w:br/>
        <w:t xml:space="preserve">  duration: number; // 回放时长（毫秒）</w:t>
        <w:br/>
        <w:t xml:space="preserve">  startTime?: number; // 开始时间</w:t>
        <w:br/>
        <w:t xml:space="preserve">  firstImage?: string; // 首帧图片</w:t>
        <w:br/>
        <w:t xml:space="preserve">  playbackOptions: SetupPlayerPlaybackOptions; // 播放器回放参数</w:t>
        <w:br/>
        <w:t xml:space="preserve">  chatReplayEnabled: boolean; // 聊天重放</w:t>
        <w:br/>
        <w:t xml:space="preserve">  chatMsgReplayEnabled: boolean; // 聊天消息重放</w:t>
        <w:br/>
        <w:t xml:space="preserve">  cardPushEnabled: boolean; // 卡片推送重放</w:t>
        <w:br/>
        <w:t xml:space="preserve">  // ... 其他重放功能</w:t>
        <w:br/>
        <w:t>}</w:t>
      </w:r>
    </w:p>
    <w:p>
      <w:pPr>
        <w:pStyle w:val="Heading2"/>
      </w:pPr>
      <w:r>
        <w:t>1.2 PlaybackType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回放类型枚举：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PlaybackType.Record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PlaybackType.Playback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PlaybackType.Vod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PlaybackType.Material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素材库回放</w:t>
            </w:r>
          </w:p>
        </w:tc>
      </w:tr>
    </w:tbl>
    <w:p>
      <w:pPr>
        <w:spacing w:after="40"/>
      </w:pPr>
    </w:p>
    <w:p>
      <w:pPr>
        <w:pStyle w:val="Heading2"/>
      </w:pPr>
      <w:r>
        <w:t>1.3 PlaybackMode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回放方式枚举：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PlaybackMode.Single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PlaybackMode.List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列表回放</w:t>
            </w:r>
          </w:p>
        </w:tc>
      </w:tr>
    </w:tbl>
    <w:p>
      <w:pPr>
        <w:spacing w:after="40"/>
      </w:pPr>
    </w:p>
    <w:p>
      <w:pPr>
        <w:pStyle w:val="Heading1"/>
      </w:pPr>
      <w:r>
        <w:t>二、快速开始</w:t>
      </w:r>
    </w:p>
    <w:p>
      <w:pPr>
        <w:pStyle w:val="Heading2"/>
      </w:pPr>
      <w:r>
        <w:t>2.1 基础流程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createWatchCore, PlaybackMode } from "@polyv/live-watch-sdk";</w:t>
        <w:br/>
        <w:br/>
        <w:t>// 1. 初始化 WatchCore</w:t>
        <w:br/>
        <w:t>const watchCore = createWatchCore({</w:t>
        <w:br/>
        <w:t xml:space="preserve">  // 配置参数</w:t>
        <w:br/>
        <w:t>});</w:t>
        <w:br/>
        <w:br/>
        <w:t>// 2. 安装 WatchCore</w:t>
        <w:br/>
        <w:t>await watchCore.setup();</w:t>
        <w:br/>
        <w:br/>
        <w:t>// 3. 获取回放方式（单个或列表）</w:t>
        <w:br/>
        <w:t>const playbackMode = watchCore.playback.getCurrentPlaybackMode();</w:t>
        <w:br/>
        <w:t>console.log("回放方式:", playbackMode);</w:t>
        <w:br/>
        <w:br/>
        <w:t>if (playbackMode === PlaybackMode.Single) {</w:t>
        <w:br/>
        <w:t xml:space="preserve">  // 单个回放模式：直接获取单个回放对象</w:t>
        <w:br/>
        <w:t xml:space="preserve">  const playbackTarget = watchCore.playback.getSinglePlaybackTarget();</w:t>
        <w:br/>
        <w:br/>
        <w:t xml:space="preserve">  if (playbackTarget) {</w:t>
        <w:br/>
        <w:t xml:space="preserve">    // 设置当前回放对象到 SDK</w:t>
        <w:br/>
        <w:t xml:space="preserve">    watchCore.playback.setCurrentPlaybackTarget(playbackTarget);</w:t>
        <w:br/>
        <w:br/>
        <w:t xml:space="preserve">    // 创建播放器时传入回放选项</w:t>
        <w:br/>
        <w:t xml:space="preserve">    watchCore.player.setupPlayer({</w:t>
        <w:br/>
        <w:t xml:space="preserve">      container: document.getElementById("player"),</w:t>
        <w:br/>
        <w:t xml:space="preserve">      playbackOptions: playbackTarget.playbackOptions,</w:t>
        <w:br/>
        <w:t xml:space="preserve">    });</w:t>
        <w:br/>
        <w:t xml:space="preserve">  }</w:t>
        <w:br/>
        <w:t>} else {</w:t>
        <w:br/>
        <w:t xml:space="preserve">  // 列表回放模式：获取回放列表</w:t>
        <w:br/>
        <w:t xml:space="preserve">  const playbackList = await watchCore.playback.getPlaybackList({</w:t>
        <w:br/>
        <w:t xml:space="preserve">    pageNumber: 1,</w:t>
        <w:br/>
        <w:t xml:space="preserve">    pageSize: 10,</w:t>
        <w:br/>
        <w:t xml:space="preserve">  });</w:t>
        <w:br/>
        <w:br/>
        <w:t xml:space="preserve">  console.log("回放总数:", playbackList.totalElements);</w:t>
        <w:br/>
        <w:br/>
        <w:t xml:space="preserve">  // 选择第一个回放进行播放</w:t>
        <w:br/>
        <w:t xml:space="preserve">  if (playbackList.contents.length &gt; 0) {</w:t>
        <w:br/>
        <w:t xml:space="preserve">    const firstPlayback = playbackList.contents[0];</w:t>
        <w:br/>
        <w:t xml:space="preserve">    watchCore.playback.setCurrentPlaybackTarget(firstPlayback);</w:t>
        <w:br/>
        <w:br/>
        <w:t xml:space="preserve">    await watchCore.player.setupPlayer({</w:t>
        <w:br/>
        <w:t xml:space="preserve">      container: document.getElementById("player"),</w:t>
        <w:br/>
        <w:t xml:space="preserve">      playbackOptions: firstPlayback.playbackOptions,</w:t>
        <w:br/>
        <w:t xml:space="preserve">    });</w:t>
        <w:br/>
        <w:t xml:space="preserve">  }</w:t>
        <w:br/>
        <w:t>}</w:t>
      </w:r>
    </w:p>
    <w:p>
      <w:pPr>
        <w:pStyle w:val="Heading2"/>
      </w:pPr>
      <w:r>
        <w:t>2.2 获取指定回放视频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PlaybackEvents } from "@polyv/live-watch-sdk";</w:t>
        <w:br/>
        <w:br/>
        <w:t>// ...默认已处理 watchCore 相关逻辑</w:t>
        <w:br/>
        <w:br/>
        <w:t>// 获取指定回放视频</w:t>
        <w:br/>
        <w:t>const playbackTarget = await watchCore.playback.getPlaybackTargetById({</w:t>
        <w:br/>
        <w:t xml:space="preserve">  playbackId: "xxx",</w:t>
        <w:br/>
        <w:t>});</w:t>
        <w:br/>
        <w:t>watchCore.playback.setCurrentPlaybackTarget(playbackTarget);</w:t>
        <w:br/>
        <w:br/>
        <w:t>// 创建播放器时传入回放选项</w:t>
        <w:br/>
        <w:t>await watchCore.player.setupPlayer({</w:t>
        <w:br/>
        <w:t xml:space="preserve">  container: document.getElementById("player"),</w:t>
        <w:br/>
        <w:t xml:space="preserve">  playbackOptions: playbackTarget.playbackOptions,</w:t>
        <w:br/>
        <w:t>});</w:t>
        <w:br/>
        <w:br/>
        <w:t>// 切换回放</w:t>
        <w:br/>
        <w:t>// await watchCore.player.changePlayback(playbackTarget.playbackOptions);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快速入门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