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回放模块</w:t>
      </w:r>
    </w:p>
    <w:p>
      <w:r>
        <w:rPr>
          <w:rFonts w:ascii="Menlo" w:hAnsi="Menlo"/>
          <w:color w:val="444444"/>
          <w:sz w:val="20"/>
        </w:rPr>
        <w:t>回放模块(playback)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负责管理直播回放对象的设置和获取，为播放器、互动重放功能提供配置和数据。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setCurrentPlaybackTarget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设置当前的回放对象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设置后会自动触发 CurrentPlaybackTargetUpdated 事件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getCurrentPlaybackTarget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获取当前的回放对象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getCurrentPlaybackMode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获取当前的回放方式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根据频道配置和进入方式判断是单个回放还是列表回放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getSinglePlaybackTarget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获取"单个视频"回放对象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根据频道配置获取当前频道的回放信息，转换为回放目标对象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getPlaybackList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获取回放列表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从接口获取分页的回放列表数据，从 v2.14.0 版本开始支持传入 keyword 参数来搜索视频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getPlaybackTargetById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根据回放id获取回放对象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通过回放ID从接口获取单个回放目标对象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getChapterEnabled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获取"是否显示章节"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getChapterList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获取章节列表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根据回放选项获取对应的章节数据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getOutlineList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获取智能大纲数据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从指定URL获取AI生成的回放大纲数据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getQuestionList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获取知识检测数据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从指定URL获取AI生成的知识检测/互动答题数据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getAiSubtitleList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获取逐字稿数据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从指定URL获取AI生成的字幕逐字稿数据，依赖 AI-SDK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getFastForwardBackwardEnabled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获取"是否支持快进快退"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判断当前频道和回放是否支持快进快退功能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getLoopPlayEnabled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获取是否支持循环播放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判断当前频道回放是否支持循环播放功能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color w:val="2563EB"/>
                <w:sz w:val="18"/>
                <w:u w:val="single"/>
              </w:rPr>
              <w:t>getListLiveStartTimeEnabled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获取是否展示回放列表开始时间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判断回放列表是否显示直播开始时间 |</w:t>
      </w: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PlaybackEvents.CurrentPlaybackTargetUpdated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当前回放对象已更新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回放模块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