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一、加载表情解析器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开发者需要在调用表情模块的其他方法前，需要优先调用该方法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setupEmotionParser():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安装观看页 SDK</w:t>
        <w:br/>
        <w:t>await watchCore.setup();</w:t>
        <w:br/>
        <w:t>// 加载表情功能</w:t>
        <w:br/>
        <w:t>await watchCore.interactReceive.setupEmotionParser();</w:t>
        <w:br/>
        <w:t>// 加载后即可调用表情模块的其他方法</w:t>
      </w:r>
    </w:p>
    <w:p/>
    <w:p>
      <w:pPr>
        <w:pStyle w:val="Heading1"/>
      </w:pPr>
      <w:r>
        <w:t>二、获取黄脸表情节点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开发者可通过 </w:t>
      </w:r>
      <w:r>
        <w:rPr>
          <w:rFonts w:ascii="Menlo" w:hAnsi="Menlo"/>
          <w:color w:val="444444"/>
          <w:sz w:val="20"/>
        </w:rPr>
        <w:t>getEmotionFaceDomList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方法获取节点并插入到页面容器中。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监听容器的点击事件并调用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getEmotionFaceClickTarget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方法可获取观众点击时的黄脸表情。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getEmotionFaceDomList(lang?: LanguageType): HTMLElement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lang：</w:t>
      </w:r>
      <w:r>
        <w:rPr>
          <w:rFonts w:ascii="Menlo" w:hAnsi="Menlo"/>
          <w:color w:val="444444"/>
          <w:sz w:val="20"/>
        </w:rPr>
        <w:t>LanguageType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黄脸表情 dom 节点，</w:t>
      </w:r>
      <w:r>
        <w:rPr>
          <w:rFonts w:ascii="Menlo" w:hAnsi="Menlo"/>
          <w:color w:val="444444"/>
          <w:sz w:val="20"/>
        </w:rPr>
        <w:t>HTMLElement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containerElem = document.querySelector('容器选择器');</w:t>
        <w:br/>
        <w:t>// 插入表情节点</w:t>
        <w:br/>
        <w:t>const elems = watchCore.chat.getEmotionFaceDomList();</w:t>
        <w:br/>
        <w:t>containerElem.appendChild(elems);</w:t>
        <w:br/>
        <w:t>// 监听容器节点的点击事件</w:t>
        <w:br/>
        <w:t>containerElem.addEventListener('click', function(event) {</w:t>
        <w:br/>
        <w:t xml:space="preserve">  const title = watchCore.emotion.getEmotionFaceClickTarget(event);</w:t>
        <w:br/>
        <w:t xml:space="preserve">  console.log('点击的表情', title);</w:t>
        <w:br/>
        <w:t>});</w:t>
      </w:r>
    </w:p>
    <w:p/>
    <w:p>
      <w:pPr>
        <w:pStyle w:val="Heading1"/>
      </w:pPr>
      <w:r>
        <w:t>三、获取点击事件中的黄脸表情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用于获取观众点击黄脸表情容器时的表情对象，获取后插入到观众正在输入的聊天消息文本中。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getEmotionFaceClickTarget(event: Event):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event：点击事件，</w:t>
      </w:r>
      <w:r>
        <w:rPr>
          <w:rFonts w:ascii="Menlo" w:hAnsi="Menlo"/>
          <w:color w:val="444444"/>
          <w:sz w:val="20"/>
        </w:rPr>
        <w:t>Event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黄脸表情字符，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观众正在输入的聊天消息</w:t>
        <w:br/>
        <w:t>const inputMsg = '今天天气真好';</w:t>
        <w:br/>
        <w:br/>
        <w:t>// 监听容器节点的点击事件</w:t>
        <w:br/>
        <w:t>containerElem.addEventListener('click', function(event) {</w:t>
        <w:br/>
        <w:t xml:space="preserve">  const title = watchCore.emotion.getEmotionFaceClickTarget(event);</w:t>
        <w:br/>
        <w:t xml:space="preserve">  if (title) {</w:t>
        <w:br/>
        <w:t xml:space="preserve">    console.log('点击的表情', title); // 如：[呲牙]、[害羞]</w:t>
        <w:br/>
        <w:t xml:space="preserve">    inputMsg = inputMsg + title;</w:t>
        <w:br/>
        <w:t xml:space="preserve">  }</w:t>
        <w:br/>
        <w:t>});</w:t>
      </w:r>
    </w:p>
    <w:p/>
    <w:p>
      <w:pPr>
        <w:pStyle w:val="Heading1"/>
      </w:pPr>
      <w:r>
        <w:t>四、把表情名称转成中文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translateEmotions(content: string, lang?: WatchSdkLangEnum):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content：发言内容，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lang：</w:t>
      </w:r>
      <w:r>
        <w:rPr>
          <w:rFonts w:ascii="Menlo" w:hAnsi="Menlo"/>
          <w:color w:val="444444"/>
          <w:sz w:val="20"/>
        </w:rPr>
        <w:t>WatchSdkLangEnum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转换后的内容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聊天发言内容</w:t>
        <w:br/>
        <w:t>let content = '';</w:t>
        <w:br/>
        <w:t>// 返回转换后的内容</w:t>
        <w:br/>
        <w:t>let translatedContent =await watchCore.emotion.translateEmotions(content);</w:t>
      </w:r>
    </w:p>
    <w:p/>
    <w:p>
      <w:pPr>
        <w:pStyle w:val="Heading1"/>
      </w:pPr>
      <w:r>
        <w:t>五、获取表情图片列表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getEmotionImages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获取标题图片列表，获取该列表后，使用 </w:t>
      </w:r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ChatModule.sendEmotionImageMsg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发送表情图片消息。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getEmotionImages():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emotionImages = await watchCore.emotion.getEmotionImages();</w:t>
        <w:br/>
        <w:t>// 表情图片列表数据示例：</w:t>
        <w:br/>
        <w:t>[{ id: '0', title: '收到', url: 'https://s2.videocc.net/default-img/img-emotion/v1/shoudao.png' }]</w:t>
        <w:br/>
        <w:br/>
        <w:t>// 发送表情图片</w:t>
        <w:br/>
        <w:t>const item = emotionImages[2];</w:t>
        <w:br/>
        <w:t>watchCore.chat.sendEmotionImageMsg({</w:t>
        <w:br/>
        <w:t xml:space="preserve">  emotionId: item.id,</w:t>
        <w:br/>
        <w:t xml:space="preserve">  emotionUrl: item.url,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