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入门示例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此处提供一个基于观看页 SDK 模块结合使用的入门示例，包含以下示例内容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播放器模块-入门示例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聊天室模块-入门示例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&lt;!DOCTYPE html&gt;</w:t>
        <w:br/>
        <w:t>&lt;html lang="en"&gt;</w:t>
        <w:br/>
        <w:t xml:space="preserve">  &lt;head&gt;</w:t>
        <w:br/>
        <w:t xml:space="preserve">    &lt;meta charset="UTF-8" /&gt;</w:t>
        <w:br/>
        <w:t xml:space="preserve">    &lt;meta</w:t>
        <w:br/>
        <w:t xml:space="preserve">      name="viewport"</w:t>
        <w:br/>
        <w:t xml:space="preserve">      content="width=device-width, initial-scale=1.0"</w:t>
        <w:br/>
        <w:t xml:space="preserve">    /&gt;</w:t>
        <w:br/>
        <w:t xml:space="preserve">    &lt;title&gt;Demo&lt;/title&gt;</w:t>
        <w:br/>
        <w:t xml:space="preserve">    &lt;style&gt;</w:t>
        <w:br/>
        <w:t xml:space="preserve">      html,</w:t>
        <w:br/>
        <w:t xml:space="preserve">      body {</w:t>
        <w:br/>
        <w:t xml:space="preserve">        padding: 0;</w:t>
        <w:br/>
        <w:t xml:space="preserve">        margin: 0;</w:t>
        <w:br/>
        <w:t xml:space="preserve">      }</w:t>
        <w:br/>
        <w:br/>
        <w:t xml:space="preserve">      .demo-player-container {</w:t>
        <w:br/>
        <w:t xml:space="preserve">        width: 640px;</w:t>
        <w:br/>
        <w:t xml:space="preserve">        height: 360px;</w:t>
        <w:br/>
        <w:t xml:space="preserve">        padding: 16px;</w:t>
        <w:br/>
        <w:t xml:space="preserve">        margin-bottom: 80px;</w:t>
        <w:br/>
        <w:t xml:space="preserve">      }</w:t>
        <w:br/>
        <w:br/>
        <w:t xml:space="preserve">      #player {</w:t>
        <w:br/>
        <w:t xml:space="preserve">        width: 100%;</w:t>
        <w:br/>
        <w:t xml:space="preserve">        height: 100%;</w:t>
        <w:br/>
        <w:t xml:space="preserve">        position: relative;</w:t>
        <w:br/>
        <w:t xml:space="preserve">      }</w:t>
        <w:br/>
        <w:br/>
        <w:t xml:space="preserve">      .demo-player-control {</w:t>
        <w:br/>
        <w:t xml:space="preserve">        display: flex;</w:t>
        <w:br/>
        <w:t xml:space="preserve">        margin-top: 24px;</w:t>
        <w:br/>
        <w:t xml:space="preserve">        gap: 12px;</w:t>
        <w:br/>
        <w:t xml:space="preserve">      }</w:t>
        <w:br/>
        <w:br/>
        <w:t xml:space="preserve">      .demo-chat-container {</w:t>
        <w:br/>
        <w:t xml:space="preserve">        min-width: 640px;</w:t>
        <w:br/>
        <w:t xml:space="preserve">        max-width: 80vw;</w:t>
        <w:br/>
        <w:t xml:space="preserve">        height: 360px;</w:t>
        <w:br/>
        <w:t xml:space="preserve">        padding: 16px;</w:t>
        <w:br/>
        <w:t xml:space="preserve">      }</w:t>
        <w:br/>
        <w:br/>
        <w:t xml:space="preserve">      .demo-chat__list {</w:t>
        <w:br/>
        <w:t xml:space="preserve">        width: 100%;</w:t>
        <w:br/>
        <w:t xml:space="preserve">        height: 100%;</w:t>
        <w:br/>
        <w:t xml:space="preserve">        overflow-y: auto;</w:t>
        <w:br/>
        <w:t xml:space="preserve">      }</w:t>
        <w:br/>
        <w:br/>
        <w:t xml:space="preserve">      .demo-chat-control {</w:t>
        <w:br/>
        <w:t xml:space="preserve">        display: flex;</w:t>
        <w:br/>
        <w:t xml:space="preserve">        margin-top: 24px;</w:t>
        <w:br/>
        <w:t xml:space="preserve">        gap: 12px;</w:t>
        <w:br/>
        <w:t xml:space="preserve">      }</w:t>
        <w:br/>
        <w:t xml:space="preserve">    &lt;/style&gt;</w:t>
        <w:br/>
        <w:t xml:space="preserve">  &lt;/head&gt;</w:t>
        <w:br/>
        <w:t xml:space="preserve">  &lt;body&gt;</w:t>
        <w:br/>
        <w:t xml:space="preserve">    &lt;div class="demo-player-container"&gt;</w:t>
        <w:br/>
        <w:t xml:space="preserve">      &lt;div id="player"&gt;&lt;/div&gt;</w:t>
        <w:br/>
        <w:t xml:space="preserve">      &lt;div class="demo-player-control"&gt;</w:t>
        <w:br/>
        <w:t xml:space="preserve">        &lt;button class="demo-player-control__play-btn"&gt;播放&lt;/button&gt;</w:t>
        <w:br/>
        <w:t xml:space="preserve">        &lt;button class="demo-player-control__pause-btn"&gt;暂停&lt;/button&gt;</w:t>
        <w:br/>
        <w:t xml:space="preserve">      &lt;/div&gt;</w:t>
        <w:br/>
        <w:t xml:space="preserve">    &lt;/div&gt;</w:t>
        <w:br/>
        <w:br/>
        <w:t xml:space="preserve">    &lt;div class="demo-chat-container"&gt;</w:t>
        <w:br/>
        <w:t xml:space="preserve">      &lt;div class="demo-chat-input-control"&gt;</w:t>
        <w:br/>
        <w:t xml:space="preserve">        &lt;input</w:t>
        <w:br/>
        <w:t xml:space="preserve">          class="demo-chat-input-control__input"</w:t>
        <w:br/>
        <w:t xml:space="preserve">          type="text"</w:t>
        <w:br/>
        <w:t xml:space="preserve">          placeholder="请输入纯文本消息"</w:t>
        <w:br/>
        <w:t xml:space="preserve">        /&gt;</w:t>
        <w:br/>
        <w:t xml:space="preserve">        &lt;button class="demo-chat-input-control__send-btn"&gt;发送普通文本消息&lt;/button&gt;</w:t>
        <w:br/>
        <w:t xml:space="preserve">        &lt;button class="demo-chat-input-control__send-btn--custom"&gt;发送自定义消息&lt;/button&gt;</w:t>
        <w:br/>
        <w:t xml:space="preserve">        &lt;button class="demo-chat-input-control__send-like"&gt;</w:t>
        <w:br/>
        <w:t xml:space="preserve">          点赞：</w:t>
        <w:br/>
        <w:t xml:space="preserve">          &lt;span id="like-count"&gt;0&lt;/span&gt;</w:t>
        <w:br/>
        <w:t xml:space="preserve">        &lt;/button&gt;</w:t>
        <w:br/>
        <w:t xml:space="preserve">        &lt;button class="demo-chat-input-control__load-prev-btn"&gt;加载上一页&lt;/button&gt;</w:t>
        <w:br/>
        <w:t xml:space="preserve">        &lt;button class="demo-chat-input-control__load-next-btn"&gt;加载下一页&lt;/button&gt;</w:t>
        <w:br/>
        <w:t xml:space="preserve">      &lt;/div&gt;</w:t>
        <w:br/>
        <w:t xml:space="preserve">      &lt;ul class="demo-chat__list"&gt;&lt;/ul&gt;</w:t>
        <w:br/>
        <w:t xml:space="preserve">    &lt;/div&gt;</w:t>
        <w:br/>
        <w:br/>
        <w:t xml:space="preserve">    &lt;!-- 此处使用在线JS链接演示，开发者可使用npm包形式安装 --&gt;</w:t>
        <w:br/>
        <w:t xml:space="preserve">    &lt;script src="https://websdk.videocc.net/live-watch-sdk/latest/lib/polyv-live-watch-sdk.umd.js"&gt;&lt;/script&gt;</w:t>
        <w:br/>
        <w:t xml:space="preserve">    &lt;script&gt;</w:t>
        <w:br/>
        <w:t xml:space="preserve">      const {</w:t>
        <w:br/>
        <w:t xml:space="preserve">        createWatchCore,</w:t>
        <w:br/>
        <w:br/>
        <w:t xml:space="preserve">        PolyvWatchCoreEvents,</w:t>
        <w:br/>
        <w:t xml:space="preserve">        ChannelEvents,</w:t>
        <w:br/>
        <w:t xml:space="preserve">        PlayerEvents,</w:t>
        <w:br/>
        <w:t xml:space="preserve">        ChatEvents,</w:t>
        <w:br/>
        <w:br/>
        <w:t xml:space="preserve">        LiveStatus,</w:t>
        <w:br/>
        <w:t xml:space="preserve">        ChatRequestHistoryMode,</w:t>
        <w:br/>
        <w:t xml:space="preserve">        ChatMsgSource,</w:t>
        <w:br/>
        <w:t xml:space="preserve">      } = window.PolyvLiveWatchSDK;</w:t>
        <w:br/>
        <w:br/>
        <w:t xml:space="preserve">      /** 全局变量 */</w:t>
        <w:br/>
        <w:t xml:space="preserve">      var globalStore = {</w:t>
        <w:br/>
        <w:t xml:space="preserve">        watchCore: null, // 观看页核心实例</w:t>
        <w:br/>
        <w:t xml:space="preserve">        playerInited: false, // 播放器是否初始化完成</w:t>
        <w:br/>
        <w:t xml:space="preserve">        playStatus: false, // 播放状态</w:t>
        <w:br/>
        <w:t xml:space="preserve">        liveStatus: LiveStatus.End, // 直播流状态</w:t>
        <w:br/>
        <w:t xml:space="preserve">        chatConnected: false, // 是否连接聊天室</w:t>
        <w:br/>
        <w:t xml:space="preserve">        chatHistoryData: [], // 聊天历史数据</w:t>
        <w:br/>
        <w:t xml:space="preserve">      };</w:t>
        <w:br/>
        <w:br/>
        <w:t xml:space="preserve">      /**</w:t>
        <w:br/>
        <w:t xml:space="preserve">       * 绑定播放器 UI 事件</w:t>
        <w:br/>
        <w:t xml:space="preserve">       */</w:t>
        <w:br/>
        <w:t xml:space="preserve">      function bindPlayerUIEvent(watchCore) {</w:t>
        <w:br/>
        <w:t xml:space="preserve">        const $playBtn = document.querySelector('.demo-player-control__play-btn');</w:t>
        <w:br/>
        <w:t xml:space="preserve">        const $pauseBtn = document.querySelector('.demo-player-control__pause-btn');</w:t>
        <w:br/>
        <w:br/>
        <w:t xml:space="preserve">        $playBtn.addEventListener('click', () =&gt; {</w:t>
        <w:br/>
        <w:t xml:space="preserve">          if (!globalStore.playerInited) return;</w:t>
        <w:br/>
        <w:br/>
        <w:t xml:space="preserve">          watchCore.player.play();</w:t>
        <w:br/>
        <w:t xml:space="preserve">        });</w:t>
        <w:br/>
        <w:br/>
        <w:t xml:space="preserve">        $pauseBtn.addEventListener('click', () =&gt; {</w:t>
        <w:br/>
        <w:t xml:space="preserve">          if (!globalStore.playerInited) return;</w:t>
        <w:br/>
        <w:br/>
        <w:t xml:space="preserve">          watchCore.player.pause();</w:t>
        <w:br/>
        <w:t xml:space="preserve">        });</w:t>
        <w:br/>
        <w:t xml:space="preserve">      }</w:t>
        <w:br/>
        <w:br/>
        <w:t xml:space="preserve">      /**</w:t>
        <w:br/>
        <w:t xml:space="preserve">       * 绑定聊天室 UI 事件</w:t>
        <w:br/>
        <w:t xml:space="preserve">       */</w:t>
        <w:br/>
        <w:t xml:space="preserve">      function bindChatUIEvent(watchCore) {</w:t>
        <w:br/>
        <w:t xml:space="preserve">        const $input = document.querySelector('.demo-chat-input-control__input');</w:t>
        <w:br/>
        <w:t xml:space="preserve">        const $sendBtn = document.querySelector('.demo-chat-input-control__send-btn');</w:t>
        <w:br/>
        <w:t xml:space="preserve">        const $customSendBtn = document.querySelector('.demo-chat-input-control__send-btn--custom');</w:t>
        <w:br/>
        <w:t xml:space="preserve">        const $sendLike = document.querySelector('.demo-chat-input-control__send-like');</w:t>
        <w:br/>
        <w:t xml:space="preserve">        const $loadPrevBtn = document.querySelector('.demo-chat-input-control__load-prev-btn');</w:t>
        <w:br/>
        <w:t xml:space="preserve">        const $loadNextBtn = document.querySelector('.demo-chat-input-control__load-next-btn');</w:t>
        <w:br/>
        <w:br/>
        <w:t xml:space="preserve">        $sendBtn.addEventListener('click', () =&gt; {</w:t>
        <w:br/>
        <w:t xml:space="preserve">          if (!globalStore.chatConnected) return;</w:t>
        <w:br/>
        <w:br/>
        <w:t xml:space="preserve">          const content = $input.value.trim();</w:t>
        <w:br/>
        <w:t xml:space="preserve">          if (!content) return;</w:t>
        <w:br/>
        <w:br/>
        <w:t xml:space="preserve">          $input.value = '';</w:t>
        <w:br/>
        <w:t xml:space="preserve">          // 发送文本消息</w:t>
        <w:br/>
        <w:t xml:space="preserve">          watchCore.chat.sendSpeakMsg({</w:t>
        <w:br/>
        <w:t xml:space="preserve">            content,</w:t>
        <w:br/>
        <w:t xml:space="preserve">          });</w:t>
        <w:br/>
        <w:t xml:space="preserve">        });</w:t>
        <w:br/>
        <w:br/>
        <w:t xml:space="preserve">        $customSendBtn.addEventListener('click', () =&gt; {</w:t>
        <w:br/>
        <w:t xml:space="preserve">          if (!globalStore.chatConnected) return;</w:t>
        <w:br/>
        <w:br/>
        <w:t xml:space="preserve">          const content = $input.value.trim();</w:t>
        <w:br/>
        <w:t xml:space="preserve">          if (!content) return;</w:t>
        <w:br/>
        <w:br/>
        <w:t xml:space="preserve">          $input.value = '';</w:t>
        <w:br/>
        <w:t xml:space="preserve">          // 发送自定义消息</w:t>
        <w:br/>
        <w:t xml:space="preserve">          watchCore.chat.sendCustomMessage({</w:t>
        <w:br/>
        <w:t xml:space="preserve">            data: { content },</w:t>
        <w:br/>
        <w:t xml:space="preserve">          });</w:t>
        <w:br/>
        <w:t xml:space="preserve">        });</w:t>
        <w:br/>
        <w:br/>
        <w:t xml:space="preserve">        $sendLike.addEventListener('click', () =&gt; {</w:t>
        <w:br/>
        <w:t xml:space="preserve">          if (!globalStore.chatConnected) return;</w:t>
        <w:br/>
        <w:br/>
        <w:t xml:space="preserve">          // 发送点赞消息</w:t>
        <w:br/>
        <w:t xml:space="preserve">          // 注意：此处仅作示例，真实场景请使用节流机制，避免高并发</w:t>
        <w:br/>
        <w:t xml:space="preserve">          watchCore.chat.sendLike(1);</w:t>
        <w:br/>
        <w:t xml:space="preserve">        });</w:t>
        <w:br/>
        <w:br/>
        <w:t xml:space="preserve">        // 加载上一页数据</w:t>
        <w:br/>
        <w:t xml:space="preserve">        $loadPrevBtn.addEventListener('click', loadPrevChatHistory);</w:t>
        <w:br/>
        <w:br/>
        <w:t xml:space="preserve">        // 加载下一页数据</w:t>
        <w:br/>
        <w:t xml:space="preserve">        $loadNextBtn.addEventListener('click', loadNextChatHistory);</w:t>
        <w:br/>
        <w:t xml:space="preserve">      }</w:t>
        <w:br/>
        <w:br/>
        <w:t xml:space="preserve">      /**</w:t>
        <w:br/>
        <w:t xml:space="preserve">       * 绑定 UI 事件</w:t>
        <w:br/>
        <w:t xml:space="preserve">       */</w:t>
        <w:br/>
        <w:t xml:space="preserve">      function bindUIEvent(watchCore) {</w:t>
        <w:br/>
        <w:t xml:space="preserve">        bindPlayerUIEvent(watchCore);</w:t>
        <w:br/>
        <w:t xml:space="preserve">        bindChatUIEvent(watchCore);</w:t>
        <w:br/>
        <w:t xml:space="preserve">      }</w:t>
        <w:br/>
        <w:br/>
        <w:t xml:space="preserve">      /**</w:t>
        <w:br/>
        <w:t xml:space="preserve">       * 绑定 watch-sdk 事件</w:t>
        <w:br/>
        <w:t xml:space="preserve">       */</w:t>
        <w:br/>
        <w:t xml:space="preserve">      function bindWatchSdkEvent(watchCore) {</w:t>
        <w:br/>
        <w:t xml:space="preserve">        // 监听核心 - setup 钩子</w:t>
        <w:br/>
        <w:t xml:space="preserve">        watchCore.eventEmitter.on(PolyvWatchCoreEvents.WatchCoreSetuped, () =&gt; {</w:t>
        <w:br/>
        <w:t xml:space="preserve">          console.info('观看页核心实例安装完成');</w:t>
        <w:br/>
        <w:t xml:space="preserve">        });</w:t>
        <w:br/>
        <w:br/>
        <w:t xml:space="preserve">        // 监听核心 - 连接聊天室</w:t>
        <w:br/>
        <w:t xml:space="preserve">        watchCore.eventEmitter.on(PolyvWatchCoreEvents.WatchCoreConnected, () =&gt; {</w:t>
        <w:br/>
        <w:t xml:space="preserve">          console.info('观看页核心实例连接聊天室成功');</w:t>
        <w:br/>
        <w:t xml:space="preserve">          globalStore.chatConnected = true;</w:t>
        <w:br/>
        <w:t xml:space="preserve">        });</w:t>
        <w:br/>
        <w:br/>
        <w:t xml:space="preserve">        // 监听直播流变化</w:t>
        <w:br/>
        <w:t xml:space="preserve">        watchCore.channel.eventEmitter.on(ChannelEvents.LiveStatusChange, ({ liveStatus }) =&gt; {</w:t>
        <w:br/>
        <w:t xml:space="preserve">          if (globalStore.liveStatus === liveStatus) return;</w:t>
        <w:br/>
        <w:br/>
        <w:t xml:space="preserve">          globalStore.liveStatus = liveStatus;</w:t>
        <w:br/>
        <w:t xml:space="preserve">          console.warn('流状态变化', liveStatus);</w:t>
        <w:br/>
        <w:br/>
        <w:t xml:space="preserve">          // 直播流变化时重新创建播放器</w:t>
        <w:br/>
        <w:t xml:space="preserve">          if (globalStore.playerInited) {</w:t>
        <w:br/>
        <w:t xml:space="preserve">            globalStore.playerInited = false;</w:t>
        <w:br/>
        <w:t xml:space="preserve">            createPlayer(watchCore);</w:t>
        <w:br/>
        <w:t xml:space="preserve">          }</w:t>
        <w:br/>
        <w:t xml:space="preserve">        });</w:t>
        <w:br/>
        <w:br/>
        <w:t xml:space="preserve">        // 监听播放器-初始化事件</w:t>
        <w:br/>
        <w:t xml:space="preserve">        watchCore.player.eventEmitter.on(PlayerEvents.PlayerInited, () =&gt; {</w:t>
        <w:br/>
        <w:t xml:space="preserve">          const playerInfo = watchCore.player.getPlayerInfo();</w:t>
        <w:br/>
        <w:t xml:space="preserve">          globalStore.playerInited = playerInfo.playerInited;</w:t>
        <w:br/>
        <w:br/>
        <w:t xml:space="preserve">          console.warn('播放器初始化完成');</w:t>
        <w:br/>
        <w:t xml:space="preserve">          console.log('当前是否使用无延迟播放器：', playerInfo.isLowLatency);</w:t>
        <w:br/>
        <w:t xml:space="preserve">        });</w:t>
        <w:br/>
        <w:br/>
        <w:t xml:space="preserve">        // 监听播放器-播放信息变化</w:t>
        <w:br/>
        <w:t xml:space="preserve">        watchCore.player.eventEmitter.on(PlayerEvents.PlayerInfoChange, ({ playerInfo }) =&gt; {</w:t>
        <w:br/>
        <w:t xml:space="preserve">          globalStore.playStatus = playerInfo.playStatus;</w:t>
        <w:br/>
        <w:t xml:space="preserve">        });</w:t>
        <w:br/>
        <w:br/>
        <w:t xml:space="preserve">        // 监听播放器-播放时间改变</w:t>
        <w:br/>
        <w:t xml:space="preserve">        watchCore.player.eventEmitter.on(</w:t>
        <w:br/>
        <w:t xml:space="preserve">          PlayerEvents.TimeUpdate,</w:t>
        <w:br/>
        <w:t xml:space="preserve">          ({ currentTime, durationTime }) =&gt; {</w:t>
        <w:br/>
        <w:t xml:space="preserve">            console.warn('播放器时间变化：', { currentTime, durationTime });</w:t>
        <w:br/>
        <w:t xml:space="preserve">          },</w:t>
        <w:br/>
        <w:t xml:space="preserve">        );</w:t>
        <w:br/>
        <w:br/>
        <w:t xml:space="preserve">        // 监听播放器-播放事件</w:t>
        <w:br/>
        <w:t xml:space="preserve">        watchCore.player.eventEmitter.on(PlayerEvents.PlayerPlaying, () =&gt; {</w:t>
        <w:br/>
        <w:t xml:space="preserve">          console.warn('播放回调，播放视频中');</w:t>
        <w:br/>
        <w:t xml:space="preserve">        });</w:t>
        <w:br/>
        <w:br/>
        <w:t xml:space="preserve">        // 监听播放器-暂停事件</w:t>
        <w:br/>
        <w:t xml:space="preserve">        watchCore.player.eventEmitter.on(PlayerEvents.PlayerPause, () =&gt; {</w:t>
        <w:br/>
        <w:t xml:space="preserve">          console.warn('暂停回调，已暂停视频播放');</w:t>
        <w:br/>
        <w:t xml:space="preserve">        });</w:t>
        <w:br/>
        <w:br/>
        <w:t xml:space="preserve">        // 监听聊天室-超出直播间最大在线人数</w:t>
        <w:br/>
        <w:t xml:space="preserve">        watchCore.chat.eventEmitter.on(ChatEvents.OverMaxOnlineCount, () =&gt; {</w:t>
        <w:br/>
        <w:t xml:space="preserve">          alert('已超出直播间最大在线人数 ！');</w:t>
        <w:br/>
        <w:t xml:space="preserve">        });</w:t>
        <w:br/>
        <w:br/>
        <w:t xml:space="preserve">        // 监听聊天室-点赞数回调</w:t>
        <w:br/>
        <w:t xml:space="preserve">        watchCore.chat.eventEmitter.on(ChatEvents.ChatLikeCountChange, data =&gt; {</w:t>
        <w:br/>
        <w:t xml:space="preserve">          console.log('实时点赞数：', data.realtimeLikes);</w:t>
        <w:br/>
        <w:t xml:space="preserve">          $likeCount = document.querySelector('#like-count');</w:t>
        <w:br/>
        <w:t xml:space="preserve">          $likeCount.innerText = data.realtimeLikes;</w:t>
        <w:br/>
        <w:t xml:space="preserve">        });</w:t>
        <w:br/>
        <w:br/>
        <w:t xml:space="preserve">        // 监听聊天室-聊天消息事件</w:t>
        <w:br/>
        <w:t xml:space="preserve">        watchCore.chat.eventEmitter.on(ChatEvents.ChatMessage, ({ chatMsg }) =&gt; {</w:t>
        <w:br/>
        <w:t xml:space="preserve">          if (</w:t>
        <w:br/>
        <w:t xml:space="preserve">            chatMsg.msgSource === ChatMsgSource.CustomerMessage ||</w:t>
        <w:br/>
        <w:t xml:space="preserve">            chatMsg.msgSource === ChatMsgSource.CustomMessage</w:t>
        <w:br/>
        <w:t xml:space="preserve">          ) {</w:t>
        <w:br/>
        <w:t xml:space="preserve">            console.warn('自定义聊天消息回调：', chatMsg);</w:t>
        <w:br/>
        <w:t xml:space="preserve">          } else {</w:t>
        <w:br/>
        <w:t xml:space="preserve">            console.warn('普通聊天消息回调：', chatMsg);</w:t>
        <w:br/>
        <w:t xml:space="preserve">          }</w:t>
        <w:br/>
        <w:br/>
        <w:t xml:space="preserve">          renderMsgList([chatMsg]);</w:t>
        <w:br/>
        <w:t xml:space="preserve">        });</w:t>
        <w:br/>
        <w:t xml:space="preserve">      }</w:t>
        <w:br/>
        <w:br/>
        <w:t xml:space="preserve">      /**</w:t>
        <w:br/>
        <w:t xml:space="preserve">       * 绑定事件</w:t>
        <w:br/>
        <w:t xml:space="preserve">       */</w:t>
        <w:br/>
        <w:t xml:space="preserve">      function bindEvent(watchCore) {</w:t>
        <w:br/>
        <w:t xml:space="preserve">        bindUIEvent(watchCore);</w:t>
        <w:br/>
        <w:t xml:space="preserve">        bindWatchSdkEvent(watchCore);</w:t>
        <w:br/>
        <w:t xml:space="preserve">      }</w:t>
        <w:br/>
        <w:br/>
        <w:t xml:space="preserve">      /**</w:t>
        <w:br/>
        <w:t xml:space="preserve">       * 安装核心实例和授权</w:t>
        <w:br/>
        <w:t xml:space="preserve">       * 注意：本示列使用无条件观看，故首次登录的用户信息会缓存有效期，如希望用户信息不缓存，请使用授权验证或者使用频道观看限制（如独立授权），二选一即可，如果使用授权验证，下面 频道观看限制 的判断代码就可以去掉，改成授权验证流程，建议带上await，然后再次执行await watchCore.setup() ，重新安装watchCore</w:t>
        <w:br/>
        <w:t xml:space="preserve">       */</w:t>
        <w:br/>
        <w:t xml:space="preserve">      async function setupWatchCore(watchCore) {</w:t>
        <w:br/>
        <w:t xml:space="preserve">        await watchCore.setup();</w:t>
        <w:br/>
        <w:br/>
        <w:t xml:space="preserve">        // 授权验证：https://help.polyv.net/index.html#/live/js/new_sdk/live_watch_sdk/articles/verify-next/overview</w:t>
        <w:br/>
        <w:br/>
        <w:t xml:space="preserve">        // 频道观看限制</w:t>
        <w:br/>
        <w:t xml:space="preserve">        if (!watchCore.auth.isAuthorized()) {</w:t>
        <w:br/>
        <w:t xml:space="preserve">          // 观众点击观看页入口或执行观看条件授权，如：无条件授权</w:t>
        <w:br/>
        <w:t xml:space="preserve">          const result = await watchCore.auth.verifyNoneAuth();</w:t>
        <w:br/>
        <w:t xml:space="preserve">          if (!result.success) {</w:t>
        <w:br/>
        <w:t xml:space="preserve">            console.error('授权失败了！！', result.failReason);</w:t>
        <w:br/>
        <w:t xml:space="preserve">            return;</w:t>
        <w:br/>
        <w:t xml:space="preserve">          }</w:t>
        <w:br/>
        <w:br/>
        <w:t xml:space="preserve">          // 当观众执行观看条件授权成功，需要重新安装 watchCore</w:t>
        <w:br/>
        <w:t xml:space="preserve">          await watchCore.setup();</w:t>
        <w:br/>
        <w:t xml:space="preserve">        }</w:t>
        <w:br/>
        <w:t xml:space="preserve">      }</w:t>
        <w:br/>
        <w:br/>
        <w:t xml:space="preserve">      /**</w:t>
        <w:br/>
        <w:t xml:space="preserve">       * 创建播放器</w:t>
        <w:br/>
        <w:t xml:space="preserve">       */</w:t>
        <w:br/>
        <w:t xml:space="preserve">      async function createPlayer(watchCore) {</w:t>
        <w:br/>
        <w:t xml:space="preserve">        // 获取回放选项，此次仅以单个回放为例</w:t>
        <w:br/>
        <w:t xml:space="preserve">        function __getPlayerPlaybackOptions() {</w:t>
        <w:br/>
        <w:t xml:space="preserve">          const liveStatus = watchCore.channel.getLiveStatus();</w:t>
        <w:br/>
        <w:br/>
        <w:t xml:space="preserve">          if (liveStatus !== LiveStatus.Playback) return;</w:t>
        <w:br/>
        <w:br/>
        <w:t xml:space="preserve">          const playbackTarget = watchCore.playback.getSinglePlaybackTarget();</w:t>
        <w:br/>
        <w:t xml:space="preserve">          watchCore.playback.setCurrentPlaybackTarget(playbackTarget);</w:t>
        <w:br/>
        <w:br/>
        <w:t xml:space="preserve">          return playbackTarget.playbackOptions;</w:t>
        <w:br/>
        <w:t xml:space="preserve">        }</w:t>
        <w:br/>
        <w:br/>
        <w:t xml:space="preserve">        // 具体文档参数见：https://help.polyv.net/index.html#/live/miniprogram/live_watch_miniprogram_sdk/articles/modules/player/player?id=classmethoddoc_playermodule_setupplayer</w:t>
        <w:br/>
        <w:t xml:space="preserve">        await watchCore.player.setupPlayer({</w:t>
        <w:br/>
        <w:t xml:space="preserve">          container: '#player',</w:t>
        <w:br/>
        <w:t xml:space="preserve">          lowLatency: false, // 是否无延迟播放</w:t>
        <w:br/>
        <w:t xml:space="preserve">          showController: false, // 是否显示播放器控制栏</w:t>
        <w:br/>
        <w:t xml:space="preserve">          playbackOptions: __getPlayerPlaybackOptions(), // 回放参数</w:t>
        <w:br/>
        <w:t xml:space="preserve">        });</w:t>
        <w:br/>
        <w:t xml:space="preserve">      }</w:t>
        <w:br/>
        <w:br/>
        <w:t xml:space="preserve">      /**</w:t>
        <w:br/>
        <w:t xml:space="preserve">       * 渲染聊天列表</w:t>
        <w:br/>
        <w:t xml:space="preserve">       * @warn 此处是消息渲染简单示例，真实场景请务必做好虚拟列表来处理高并发场景</w:t>
        <w:br/>
        <w:t xml:space="preserve">       */</w:t>
        <w:br/>
        <w:t xml:space="preserve">      function renderMsgList(data, reset = false) {</w:t>
        <w:br/>
        <w:t xml:space="preserve">        const $msgList = document.querySelector('.demo-chat__list');</w:t>
        <w:br/>
        <w:t xml:space="preserve">        const fragment = document.createDocumentFragment();</w:t>
        <w:br/>
        <w:t xml:space="preserve">        data</w:t>
        <w:br/>
        <w:t xml:space="preserve">          // 此处只处理了发言类型的消息</w:t>
        <w:br/>
        <w:t xml:space="preserve">          .filter(chatMsg =&gt; chatMsg.msgSource === ChatMsgSource.Speak)</w:t>
        <w:br/>
        <w:t xml:space="preserve">          .forEach(chatMsg =&gt; {</w:t>
        <w:br/>
        <w:t xml:space="preserve">            const li = document.createElement('li');</w:t>
        <w:br/>
        <w:t xml:space="preserve">            li.textContent = `${chatMsg.user.nick}： ${chatMsg.content || ''}`;</w:t>
        <w:br/>
        <w:t xml:space="preserve">            fragment.appendChild(li);</w:t>
        <w:br/>
        <w:t xml:space="preserve">          });</w:t>
        <w:br/>
        <w:br/>
        <w:t xml:space="preserve">        if (reset) {</w:t>
        <w:br/>
        <w:t xml:space="preserve">          $msgList.innerHTML = '';</w:t>
        <w:br/>
        <w:t xml:space="preserve">        }</w:t>
        <w:br/>
        <w:br/>
        <w:t xml:space="preserve">        $msgList.appendChild(fragment);</w:t>
        <w:br/>
        <w:t xml:space="preserve">      }</w:t>
        <w:br/>
        <w:br/>
        <w:t xml:space="preserve">      /**</w:t>
        <w:br/>
        <w:t xml:space="preserve">       * 获取聊天消息所在的相同时间戳的数量</w:t>
        <w:br/>
        <w:t xml:space="preserve">       * @param chatMsg 聊天消息</w:t>
        <w:br/>
        <w:t xml:space="preserve">       * @param index 聊天消息所在历史数据列表的下标</w:t>
        <w:br/>
        <w:t xml:space="preserve">       * @param mode 排序</w:t>
        <w:br/>
        <w:t xml:space="preserve">       */</w:t>
        <w:br/>
        <w:t xml:space="preserve">      function findSameTimestampMsgCount(chatMsg, index, mode) {</w:t>
        <w:br/>
        <w:t xml:space="preserve">        const historyData = globalStore.chatHistoryData;</w:t>
        <w:br/>
        <w:t xml:space="preserve">        let count = 1;</w:t>
        <w:br/>
        <w:t xml:space="preserve">        const currentIndex = index;</w:t>
        <w:br/>
        <w:br/>
        <w:t xml:space="preserve">        const checkWhileJudge = () =&gt; {</w:t>
        <w:br/>
        <w:t xml:space="preserve">          const nextMsg =</w:t>
        <w:br/>
        <w:t xml:space="preserve">            mode === ChatRequestHistoryMode.Prev</w:t>
        <w:br/>
        <w:t xml:space="preserve">              ? historyData[currentIndex - 1]</w:t>
        <w:br/>
        <w:t xml:space="preserve">              : historyData[currentIndex + 1];</w:t>
        <w:br/>
        <w:t xml:space="preserve">          return nextMsg &amp;&amp; chatMsg.time === nextMsg.time;</w:t>
        <w:br/>
        <w:t xml:space="preserve">        };</w:t>
        <w:br/>
        <w:t xml:space="preserve">        let isWhileJudge = checkWhileJudge();</w:t>
        <w:br/>
        <w:br/>
        <w:t xml:space="preserve">        while (isWhileJudge) {</w:t>
        <w:br/>
        <w:t xml:space="preserve">          count += 1;</w:t>
        <w:br/>
        <w:t xml:space="preserve">          isWhileJudge = checkWhileJudge();</w:t>
        <w:br/>
        <w:t xml:space="preserve">        }</w:t>
        <w:br/>
        <w:br/>
        <w:t xml:space="preserve">        return count;</w:t>
        <w:br/>
        <w:t xml:space="preserve">      }</w:t>
        <w:br/>
        <w:br/>
        <w:t xml:space="preserve">      /**</w:t>
        <w:br/>
        <w:t xml:space="preserve">       * 加载上一页历史聊天消息</w:t>
        <w:br/>
        <w:t xml:space="preserve">       */</w:t>
        <w:br/>
        <w:t xml:space="preserve">      async function loadPrevChatHistory() {</w:t>
        <w:br/>
        <w:t xml:space="preserve">        const historyLength = globalStore.chatHistoryData.length;</w:t>
        <w:br/>
        <w:t xml:space="preserve">        const watchCore = globalStore.watchCore;</w:t>
        <w:br/>
        <w:t xml:space="preserve">        if (historyLength === 0 || !watchCore) return;</w:t>
        <w:br/>
        <w:br/>
        <w:t xml:space="preserve">        const firstMsg = globalStore.chatHistoryData[0];</w:t>
        <w:br/>
        <w:t xml:space="preserve">        const count = findSameTimestampMsgCount(firstMsg, 0, ChatRequestHistoryMode.Prev);</w:t>
        <w:br/>
        <w:br/>
        <w:t xml:space="preserve">        const result = await watchCore.chat.getChatHistoryByTime({</w:t>
        <w:br/>
        <w:t xml:space="preserve">          timestamp: firstMsg.time,</w:t>
        <w:br/>
        <w:t xml:space="preserve">          count,</w:t>
        <w:br/>
        <w:t xml:space="preserve">          mode: ChatRequestHistoryMode.Prev,</w:t>
        <w:br/>
        <w:t xml:space="preserve">        });</w:t>
        <w:br/>
        <w:br/>
        <w:t xml:space="preserve">        console.warn('加载上一页历史聊天消息：', result);</w:t>
        <w:br/>
        <w:br/>
        <w:t xml:space="preserve">        globalStore.chatHistoryData = result.concat(globalStore.chatHistoryData);</w:t>
        <w:br/>
        <w:t xml:space="preserve">        renderMsgList(globalStore.chatHistoryData, true);</w:t>
        <w:br/>
        <w:t xml:space="preserve">      }</w:t>
        <w:br/>
        <w:br/>
        <w:t xml:space="preserve">      /**</w:t>
        <w:br/>
        <w:t xml:space="preserve">       * 加载下一页历史聊天消息</w:t>
        <w:br/>
        <w:t xml:space="preserve">       */</w:t>
        <w:br/>
        <w:t xml:space="preserve">      async function loadNextChatHistory() {</w:t>
        <w:br/>
        <w:t xml:space="preserve">        const historyLength = globalStore.chatHistoryData.length;</w:t>
        <w:br/>
        <w:t xml:space="preserve">        const watchCore = globalStore.watchCore;</w:t>
        <w:br/>
        <w:t xml:space="preserve">        if (historyLength === 0 || !watchCore) return;</w:t>
        <w:br/>
        <w:br/>
        <w:t xml:space="preserve">        const lastMsg = globalStore.chatHistoryData[historyLength - 1];</w:t>
        <w:br/>
        <w:t xml:space="preserve">        const count = findSameTimestampMsgCount(</w:t>
        <w:br/>
        <w:t xml:space="preserve">          lastMsg,</w:t>
        <w:br/>
        <w:t xml:space="preserve">          historyLength - 1,</w:t>
        <w:br/>
        <w:t xml:space="preserve">          ChatRequestHistoryMode.Next,</w:t>
        <w:br/>
        <w:t xml:space="preserve">        );</w:t>
        <w:br/>
        <w:br/>
        <w:t xml:space="preserve">        const result = await watchCore.chat.getChatHistoryByTime({</w:t>
        <w:br/>
        <w:t xml:space="preserve">          timestamp: lastMsg.time,</w:t>
        <w:br/>
        <w:t xml:space="preserve">          count,</w:t>
        <w:br/>
        <w:t xml:space="preserve">          mode: ChatRequestHistoryMode.Next,</w:t>
        <w:br/>
        <w:t xml:space="preserve">        });</w:t>
        <w:br/>
        <w:br/>
        <w:t xml:space="preserve">        console.warn('加载下一页历史聊天消息：', result);</w:t>
        <w:br/>
        <w:br/>
        <w:t xml:space="preserve">        globalStore.chatHistoryData = globalStore.chatHistoryData.concat(result);</w:t>
        <w:br/>
        <w:t xml:space="preserve">        renderMsgList(result);</w:t>
        <w:br/>
        <w:t xml:space="preserve">      }</w:t>
        <w:br/>
        <w:br/>
        <w:t xml:space="preserve">      /**</w:t>
        <w:br/>
        <w:t xml:space="preserve">       * 创建聊天列表</w:t>
        <w:br/>
        <w:t xml:space="preserve">       */</w:t>
        <w:br/>
        <w:t xml:space="preserve">      async function createChatList(watchCore) {</w:t>
        <w:br/>
        <w:t xml:space="preserve">        // 此处只获取常用的聊天历史数据</w:t>
        <w:br/>
        <w:t xml:space="preserve">        const historyData = await watchCore.chat.getChatHistoryByTime({</w:t>
        <w:br/>
        <w:t xml:space="preserve">          mode: ChatRequestHistoryMode.Prev,</w:t>
        <w:br/>
        <w:t xml:space="preserve">        });</w:t>
        <w:br/>
        <w:br/>
        <w:t xml:space="preserve">        globalStore.chatHistoryData = historyData;</w:t>
        <w:br/>
        <w:br/>
        <w:t xml:space="preserve">        renderMsgList(historyData);</w:t>
        <w:br/>
        <w:t xml:space="preserve">      }</w:t>
        <w:br/>
        <w:br/>
        <w:t xml:space="preserve">      /**</w:t>
        <w:br/>
        <w:t xml:space="preserve">       * 入口函数</w:t>
        <w:br/>
        <w:t xml:space="preserve">       */</w:t>
        <w:br/>
        <w:t xml:space="preserve">      async function main() {</w:t>
        <w:br/>
        <w:t xml:space="preserve">        // 创建核心，文档见：https://help.polyv.net/index.html#/live/miniprogram/live_watch_miniprogram_sdk/articles/core/sdk-core</w:t>
        <w:br/>
        <w:t xml:space="preserve">        const watchCore = createWatchCore({</w:t>
        <w:br/>
        <w:t xml:space="preserve">          channelId: 'xxx', // 请使用一个"公开观看"的频道</w:t>
        <w:br/>
        <w:t xml:space="preserve">          userInfo: {</w:t>
        <w:br/>
        <w:t xml:space="preserve">            // 用户信息</w:t>
        <w:br/>
        <w:t xml:space="preserve">            userId: 'polyv-123456',</w:t>
        <w:br/>
        <w:t xml:space="preserve">            nick: 'polyv-测试昵称',</w:t>
        <w:br/>
        <w:t xml:space="preserve">            actor: 'polyv-测试头衔',</w:t>
        <w:br/>
        <w:t xml:space="preserve">          },</w:t>
        <w:br/>
        <w:t xml:space="preserve">        });</w:t>
        <w:br/>
        <w:br/>
        <w:t xml:space="preserve">        globalStore.watchCore = watchCore;</w:t>
        <w:br/>
        <w:br/>
        <w:t xml:space="preserve">        // 绑定相关事件</w:t>
        <w:br/>
        <w:t xml:space="preserve">        bindEvent(watchCore);</w:t>
        <w:br/>
        <w:t xml:space="preserve">        // 安装核心</w:t>
        <w:br/>
        <w:t xml:space="preserve">        await setupWatchCore(watchCore);</w:t>
        <w:br/>
        <w:br/>
        <w:t xml:space="preserve">        // 连接聊天室</w:t>
        <w:br/>
        <w:t xml:space="preserve">        watchCore.connect();</w:t>
        <w:br/>
        <w:br/>
        <w:t xml:space="preserve">        // 创建播放器</w:t>
        <w:br/>
        <w:t xml:space="preserve">        createPlayer(watchCore);</w:t>
        <w:br/>
        <w:t xml:space="preserve">        // 创建聊天列表</w:t>
        <w:br/>
        <w:t xml:space="preserve">        createChatList(watchCore);</w:t>
        <w:br/>
        <w:t xml:space="preserve">      }</w:t>
        <w:br/>
        <w:br/>
        <w:t xml:space="preserve">      main();</w:t>
        <w:br/>
        <w:t xml:space="preserve">    &lt;/script&gt;</w:t>
        <w:br/>
        <w:t xml:space="preserve">  &lt;/body&gt;</w:t>
        <w:br/>
        <w:t>&lt;/html&gt;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入门示例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