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连麦用户列表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本文档主要讲述连麦用户列表及节点 </w:t>
      </w:r>
      <w:r>
        <w:rPr>
          <w:rFonts w:ascii="Menlo" w:hAnsi="Menlo"/>
          <w:color w:val="444444"/>
          <w:sz w:val="20"/>
        </w:rPr>
        <w:t>ConnectMicItem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 Api 说明。</w:t>
      </w:r>
    </w:p>
    <w:p>
      <w:pPr>
        <w:pStyle w:val="Heading1"/>
      </w:pPr>
      <w:r>
        <w:t>一、连麦列表</w:t>
      </w:r>
    </w:p>
    <w:p/>
    <w:p>
      <w:pPr>
        <w:pStyle w:val="Heading2"/>
      </w:pPr>
      <w:r>
        <w:t>1.1 获取连麦列表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观众观看连麦用户流方式：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当观众未连麦时，以混流的方式观看；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当观众连麦后，以 RTC 流观看；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当观众上麦或连麦用户流加入后触发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ConnectMicEvents.ConnectMicListChange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事件，开发者通过事件的 </w:t>
      </w:r>
      <w:r>
        <w:rPr>
          <w:rFonts w:ascii="Menlo" w:hAnsi="Menlo"/>
          <w:color w:val="444444"/>
          <w:sz w:val="20"/>
        </w:rPr>
        <w:t>connectMicList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getConnectMicList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方法获取连麦用户列表。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getConnectMicList(): ConnectMicItem[]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ConnectMicItem[]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watchCore.connectMic.eventEmitter.on(ConnectMicEvents.ConnectMicListChange, () =&gt; {</w:t>
        <w:br/>
        <w:t xml:space="preserve">  const connectMicList = watchCore.connectMic.getConnectMicList();</w:t>
        <w:br/>
        <w:t xml:space="preserve">  console.log('连麦用户列表', connectMicList);</w:t>
        <w:br/>
        <w:t>});</w:t>
      </w:r>
    </w:p>
    <w:p>
      <w:pPr>
        <w:pStyle w:val="Heading1"/>
      </w:pPr>
      <w:r>
        <w:t>二、连麦用户节点</w:t>
      </w:r>
    </w:p>
    <w:p/>
    <w:p>
      <w:pPr>
        <w:pStyle w:val="Heading2"/>
      </w:pPr>
      <w:r>
        <w:t>2.1 ConnectMicItem 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用户流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isLocal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是否本地推流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isSelf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是否为当前用户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isMaster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是否为第一画面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isTeacher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是否讲师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用户身份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ChatUserType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isAudioMuted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是否关闭麦克风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currentVolume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当前音量(0 ~ 1)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isVideoMuted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是否关闭摄像头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mirrorEnabled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是否开启镜像（仅本地流有效）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currentConnectMicType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该用户的连麦方式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isPlayFail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是否自动播放失败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isAudience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是否观众模式，仅拉主讲流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获取连麦用户列表</w:t>
        <w:br/>
        <w:t>const connectMicList = watchCore.connectMic.getConnectMicList();</w:t>
        <w:br/>
        <w:t>connectMicList.forEach((micItem) =&gt; {</w:t>
        <w:br/>
        <w:t xml:space="preserve">  console.log('连麦用户流 id', micItem.streamId);</w:t>
        <w:br/>
        <w:t xml:space="preserve">  console.log('该用户是否关闭摄像头', micItem.isVideoMuted);</w:t>
        <w:br/>
        <w:t xml:space="preserve">  console.log('该用户是否关闭麦克风', micItem.isAudioMuted);</w:t>
        <w:br/>
        <w:t>});</w:t>
      </w:r>
    </w:p>
    <w:p/>
    <w:p>
      <w:pPr>
        <w:pStyle w:val="Heading2"/>
      </w:pPr>
      <w:r>
        <w:t>2.2 推送本地流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当主讲同意观众的连麦申请后，连麦状态会变为推送中 </w:t>
      </w:r>
      <w:r>
        <w:rPr>
          <w:rFonts w:ascii="Menlo" w:hAnsi="Menlo"/>
          <w:color w:val="444444"/>
          <w:sz w:val="20"/>
        </w:rPr>
        <w:t>ConnectMicStatus.Applying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，连麦模块会回调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ConnectMicEvents.ConnectMicListChange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连麦用户列表改变事件，开发者通过连麦用户节点的 </w:t>
      </w:r>
      <w:r>
        <w:rPr>
          <w:rFonts w:ascii="Menlo" w:hAnsi="Menlo"/>
          <w:color w:val="444444"/>
          <w:sz w:val="20"/>
        </w:rPr>
        <w:t>publishStream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方法推送本地流。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推流成功后将触发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ConnectMicEvents.PublishStreamSuccess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publishStream(options: PublishStreamOptions):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options：推流参数，</w:t>
      </w:r>
      <w:r>
        <w:rPr>
          <w:rFonts w:ascii="Menlo" w:hAnsi="Menlo"/>
          <w:color w:val="444444"/>
          <w:sz w:val="20"/>
        </w:rPr>
        <w:t>PublishStreamOptions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element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渲染节点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HTMLDivElement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control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fit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视频裁剪模式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ConnectMicFitType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ConnectMicFitType.Cover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profile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推流属性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StreamProfile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'240p'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watchCore.connectMic.eventEmitter.on(ConnectMicEvents.ConnectMicListChange, ({ connectMicList }) =&gt; {</w:t>
        <w:br/>
        <w:t xml:space="preserve">  // 遍历连麦用户列表</w:t>
        <w:br/>
        <w:t xml:space="preserve">  connectMicList.forEach((micItem) =&gt; {</w:t>
        <w:br/>
        <w:t xml:space="preserve">    // 本地流节点</w:t>
        <w:br/>
        <w:t xml:space="preserve">    if (micItem.isLocal) {</w:t>
        <w:br/>
        <w:t xml:space="preserve">      // 推送本地流</w:t>
        <w:br/>
        <w:t xml:space="preserve">      micItem.publishStream({</w:t>
        <w:br/>
        <w:t xml:space="preserve">        element: 'NodeElement',</w:t>
        <w:br/>
        <w:t xml:space="preserve">      });</w:t>
        <w:br/>
        <w:t xml:space="preserve">    }</w:t>
        <w:br/>
        <w:t xml:space="preserve">  });</w:t>
        <w:br/>
        <w:t>});</w:t>
      </w:r>
    </w:p>
    <w:p/>
    <w:p>
      <w:pPr>
        <w:pStyle w:val="Heading2"/>
      </w:pPr>
      <w:r>
        <w:t>2.3 订阅连麦用户流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当观众上麦或下麦后，连麦模块会回调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ConnectMicEvents.ConnectMicListChange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连麦用户列表改变事件，开发者可监听连麦用户列表改变事件获取新的连麦用户列表，通过连麦用户节点的 </w:t>
      </w:r>
      <w:r>
        <w:rPr>
          <w:rFonts w:ascii="Menlo" w:hAnsi="Menlo"/>
          <w:color w:val="444444"/>
          <w:sz w:val="20"/>
        </w:rPr>
        <w:t>subscribeStream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方法订阅连麦用户流。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subscribeStream(options: SubscribeSteamOptions):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options：订阅流参数，</w:t>
      </w:r>
      <w:r>
        <w:rPr>
          <w:rFonts w:ascii="Menlo" w:hAnsi="Menlo"/>
          <w:color w:val="444444"/>
          <w:sz w:val="20"/>
        </w:rPr>
        <w:t>SubscribeSteamOptions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element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渲染节点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HTMLDivElement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control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fit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视频裁剪模式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ConnectMicFitType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ConnectMicFitType.Cover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video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拉取视频流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audio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拉取音频流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watchCore.connectMic.eventEmitter.on(ConnectMicEvents.ConnectMicListChange, ({ connectMicList }) =&gt; {</w:t>
        <w:br/>
        <w:t xml:space="preserve">  // 遍历连麦用户列表</w:t>
        <w:br/>
        <w:t xml:space="preserve">  connectMicList.forEach((micItem) =&gt; {</w:t>
        <w:br/>
        <w:t xml:space="preserve">    if (micItem.isLocal) {</w:t>
        <w:br/>
        <w:t xml:space="preserve">      // 推送本地流</w:t>
        <w:br/>
        <w:t xml:space="preserve">      micItem.publishStream({</w:t>
        <w:br/>
        <w:t xml:space="preserve">        element: 'NodeElement',</w:t>
        <w:br/>
        <w:t xml:space="preserve">      });</w:t>
        <w:br/>
        <w:t xml:space="preserve">    } else {</w:t>
        <w:br/>
        <w:t xml:space="preserve">      // 订阅连麦流</w:t>
        <w:br/>
        <w:t xml:space="preserve">      micItem.subscribeStream({</w:t>
        <w:br/>
        <w:t xml:space="preserve">        element: 'NodeElement',</w:t>
        <w:br/>
        <w:t xml:space="preserve">      });</w:t>
        <w:br/>
        <w:t xml:space="preserve">    }</w:t>
        <w:br/>
        <w:t xml:space="preserve">  });</w:t>
        <w:br/>
        <w:t>});</w:t>
      </w:r>
    </w:p>
    <w:p/>
    <w:p>
      <w:pPr>
        <w:pStyle w:val="Heading2"/>
      </w:pPr>
      <w:r>
        <w:t>2.4 恢复连麦流播放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自动播放失败后，用户节点 </w:t>
      </w:r>
      <w:r>
        <w:rPr>
          <w:rFonts w:ascii="Menlo" w:hAnsi="Menlo"/>
          <w:color w:val="444444"/>
          <w:sz w:val="20"/>
        </w:rPr>
        <w:t>isPlayFail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会更改为 true，此时需要显示播放按钮，用户点击播放按钮后可调用该方法恢复流播放。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resumeStream():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if (micItem.isPlayFail) {</w:t>
        <w:br/>
        <w:t xml:space="preserve">  console.log('显示节点的播放按钮');</w:t>
        <w:br/>
        <w:t>}</w:t>
        <w:br/>
        <w:br/>
        <w:t>document.querySelector('播放按钮选择器').addEventListener('click', () =&gt; {</w:t>
        <w:br/>
        <w:t xml:space="preserve">  // 恢复播放</w:t>
        <w:br/>
        <w:t xml:space="preserve">  micItem.resumeStream();</w:t>
        <w:br/>
        <w:t>});</w:t>
      </w:r>
    </w:p>
    <w:p/>
    <w:p>
      <w:pPr>
        <w:pStyle w:val="Heading2"/>
      </w:pPr>
      <w:r>
        <w:t>2.5 移除连麦用户流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当连麦节点销毁时，需要调用 </w:t>
      </w:r>
      <w:r>
        <w:rPr>
          <w:rFonts w:ascii="Menlo" w:hAnsi="Menlo"/>
          <w:color w:val="444444"/>
          <w:sz w:val="20"/>
        </w:rPr>
        <w:t>removeStream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方法移除用户流，以 vue 组件销毁为例：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removeStream(): void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export default {</w:t>
        <w:br/>
        <w:t xml:space="preserve">  beforeDestroy() {</w:t>
        <w:br/>
        <w:t xml:space="preserve">    this.micItem.removeStream();</w:t>
        <w:br/>
        <w:t xml:space="preserve">  }</w:t>
        <w:br/>
        <w:t>};</w:t>
      </w:r>
    </w:p>
    <w:p>
      <w:pPr>
        <w:pStyle w:val="Heading1"/>
      </w:pPr>
      <w:r>
        <w:t>三、其他</w:t>
      </w:r>
    </w:p>
    <w:p>
      <w:pPr>
        <w:pStyle w:val="Heading2"/>
      </w:pPr>
      <w:r>
        <w:t>3.1 推流属性</w:t>
      </w:r>
    </w:p>
    <w:p>
      <w:r>
        <w:rPr>
          <w:rFonts w:ascii="Menlo" w:hAnsi="Menlo"/>
          <w:color w:val="444444"/>
          <w:sz w:val="20"/>
        </w:rPr>
        <w:t>profile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推流属性可选值及对应的配置参数：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推流属性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分辨率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桢率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码率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240p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320 × 240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240p_1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320 × 240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240p_4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424 × 240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480p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640 × 480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480p_1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640 × 480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480p_8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848 × 480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720p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1280 × 720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1130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720p_1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1280 × 720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1130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720p_2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1280 × 720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720p_5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960 × 720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910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1080p_1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1920 × 1080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1080p_2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1920 × 1080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1500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连麦用户列表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