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屏幕共享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本文档主要提供连麦模块下的屏幕共享功能的 Api 说明。</w:t>
      </w:r>
    </w:p>
    <w:p>
      <w:pPr>
        <w:pStyle w:val="Heading1"/>
      </w:pPr>
      <w:r>
        <w:t>一、使用方式</w:t>
      </w:r>
    </w:p>
    <w:p/>
    <w:p>
      <w:pPr>
        <w:pStyle w:val="Heading2"/>
      </w:pPr>
      <w:r>
        <w:t>1.1 获取屏幕共享信息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getScreenShareInfo(): ScreenShareInfo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屏幕共享信息，</w:t>
      </w:r>
      <w:r>
        <w:rPr>
          <w:rFonts w:ascii="Menlo" w:hAnsi="Menlo"/>
          <w:color w:val="444444"/>
          <w:sz w:val="20"/>
        </w:rPr>
        <w:t>ScreenShareInfo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supportScreenShare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当前环境是否支持屏幕共享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screenShareMode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屏幕共享模式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ScreenShareMode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audioMixEnabled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屏幕共享混音开关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isScreenSharing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当前是否屏幕共享中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supportPip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当前环境是否支持画中画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isPiping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当前是否正在画中画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screenShareInfo = watchCore.connectMic.getScreenShareInfo();</w:t>
        <w:br/>
        <w:t>console.log('是否支持屏幕共享', screenShareInfo.supportScreenShare);</w:t>
        <w:br/>
        <w:t>console.log('正在屏幕共享中', screenShareInfo.isScreenSharing);</w:t>
      </w:r>
    </w:p>
    <w:p/>
    <w:p>
      <w:pPr>
        <w:pStyle w:val="Heading2"/>
      </w:pPr>
      <w:r>
        <w:t>1.2 设置屏幕共享配置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setScreenShareConfig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设置屏幕共享配置，注意屏幕共享期间无法调用该方法进行屏幕共享设置。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setScreenShareConfig(config?: ScreenShareConfig): ScreenShareResult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config：屏幕共享配置，</w:t>
      </w:r>
      <w:r>
        <w:rPr>
          <w:rFonts w:ascii="Menlo" w:hAnsi="Menlo"/>
          <w:color w:val="444444"/>
          <w:sz w:val="20"/>
        </w:rPr>
        <w:t>ScreenShareConfig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类型，选传，默认 </w:t>
      </w:r>
      <w:r>
        <w:rPr>
          <w:rFonts w:ascii="Menlo" w:hAnsi="Menlo"/>
          <w:color w:val="444444"/>
          <w:sz w:val="20"/>
        </w:rPr>
        <w:t>{}</w:t>
      </w:r>
      <w:r>
        <w:rPr>
          <w:rFonts w:ascii="Source Han Sans SC" w:hAnsi="Source Han Sans SC" w:eastAsia="Source Han Sans SC" w:cs="Source Han Sans SC" w:hint="eastAsia"/>
          <w:sz w:val="21"/>
        </w:rPr>
        <w:t>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screenShareMode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共享模式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ScreenShareMode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audioMixEnabled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混音开关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设置结果，</w:t>
      </w:r>
      <w:r>
        <w:rPr>
          <w:rFonts w:ascii="Menlo" w:hAnsi="Menlo"/>
          <w:color w:val="444444"/>
          <w:sz w:val="20"/>
        </w:rPr>
        <w:t>ScreenShareResult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ScreenShareMode } from '@polyv/live-watch-sdk';</w:t>
        <w:br/>
        <w:br/>
        <w:t>const result = await watchCore.connectMic.setScreenShareConfig({</w:t>
        <w:br/>
        <w:t xml:space="preserve">  // 共享模式：动态画面为主</w:t>
        <w:br/>
        <w:t xml:space="preserve">  screenShareMode: ScreenShareMode.Motion,</w:t>
        <w:br/>
        <w:t xml:space="preserve">  // 开启混音</w:t>
        <w:br/>
        <w:t xml:space="preserve">  audioMixEnabled: true,</w:t>
        <w:br/>
        <w:t>});</w:t>
        <w:br/>
        <w:br/>
        <w:t>if (result.success) {</w:t>
        <w:br/>
        <w:t xml:space="preserve">  console.log('设置成功');</w:t>
        <w:br/>
        <w:t>}</w:t>
      </w:r>
    </w:p>
    <w:p/>
    <w:p>
      <w:pPr>
        <w:pStyle w:val="Heading2"/>
      </w:pPr>
      <w:r>
        <w:t>1.3 开始屏幕共享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startScreenShare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开始屏幕共享，通过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ConnectMicEvents.ScreenShareStart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事件监听屏幕共享开始，注意开始前浏览器需要获取用户授权，如果用户拒绝授权则返回开始失败结果。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startScreenShare():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ScreenShareError } from '@polyv/live-watch-sdk';</w:t>
        <w:br/>
        <w:br/>
        <w:t>async function startScreenShare() {</w:t>
        <w:br/>
        <w:t xml:space="preserve">  const result = await watchCore.connectMic.startScreenShare();</w:t>
        <w:br/>
        <w:t xml:space="preserve">  if (result.success) {</w:t>
        <w:br/>
        <w:t xml:space="preserve">    const info = watchCore.connectMic.getScreenShareInfo();</w:t>
        <w:br/>
        <w:t xml:space="preserve">    console.log('已进入屏幕共享', info.isScreenSharing); // true</w:t>
        <w:br/>
        <w:t xml:space="preserve">    return;</w:t>
        <w:br/>
        <w:t xml:space="preserve">  }</w:t>
        <w:br/>
        <w:br/>
        <w:t xml:space="preserve">  if (result.failReason === ScreenShareError.BrowserNotSupport) {</w:t>
        <w:br/>
        <w:t xml:space="preserve">    toast.error('屏幕共享失败，您拒绝了系统权限');</w:t>
        <w:br/>
        <w:t xml:space="preserve">  }</w:t>
        <w:br/>
        <w:t>}</w:t>
      </w:r>
    </w:p>
    <w:p/>
    <w:p>
      <w:pPr>
        <w:pStyle w:val="Heading2"/>
      </w:pPr>
      <w:r>
        <w:t>1.4 停止屏幕共享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stopScreenShare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停止屏幕共享，通过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ConnectMicEvents.ScreenShareStop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事件监听屏幕共享结束。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stopScreenShare():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结束屏幕共享</w:t>
        <w:br/>
        <w:t>watchCore.connectMic.stopScreenShare();</w:t>
      </w:r>
    </w:p>
    <w:p/>
    <w:p>
      <w:pPr>
        <w:pStyle w:val="Heading2"/>
      </w:pPr>
      <w:r>
        <w:t>1.5 显示用户摄像头（画中画）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屏幕共享开启后，可通过 </w:t>
      </w:r>
      <w:r>
        <w:rPr>
          <w:rFonts w:ascii="Menlo" w:hAnsi="Menlo"/>
          <w:color w:val="444444"/>
          <w:sz w:val="20"/>
        </w:rPr>
        <w:t>enterPip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显示用户的摄像头，进入画中画模式。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enterPip():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显示画中画</w:t>
        <w:br/>
        <w:t>await watchCore.connectMic.enterPip();</w:t>
        <w:br/>
        <w:t>const info = watchCore.connectMic.getScreenShareInfo();</w:t>
        <w:br/>
        <w:t>console.log('是否正在画中画模式', info.isPiping); // true</w:t>
      </w:r>
    </w:p>
    <w:p/>
    <w:p>
      <w:pPr>
        <w:pStyle w:val="Heading2"/>
      </w:pPr>
      <w:r>
        <w:t>1.6 隐藏用户摄像头（画中画）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屏幕共享开启后，可通过 </w:t>
      </w:r>
      <w:r>
        <w:rPr>
          <w:rFonts w:ascii="Menlo" w:hAnsi="Menlo"/>
          <w:color w:val="444444"/>
          <w:sz w:val="20"/>
        </w:rPr>
        <w:t>exitPip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隐藏用户的摄像头，推出画中画模式。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exitPip():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隐藏画中画</w:t>
        <w:br/>
        <w:t>await watchCore.connectMic.exitPip();</w:t>
        <w:br/>
        <w:t>const info = watchCore.connectMic.getScreenShareInfo();</w:t>
        <w:br/>
        <w:t>console.log('是否正在画中画模式', info.isPiping); // false</w:t>
      </w:r>
    </w:p>
    <w:p>
      <w:pPr>
        <w:pStyle w:val="Heading1"/>
      </w:pPr>
      <w:r>
        <w:t>二、其他</w:t>
      </w:r>
    </w:p>
    <w:p/>
    <w:p>
      <w:pPr>
        <w:pStyle w:val="Heading2"/>
      </w:pPr>
      <w:r>
        <w:t>2.1 屏幕共享异常原因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Enum 枚举：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ScreenShareError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常量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枚举成员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'Unknown'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ScreenShareError.Unknown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'BrowserNotSupport'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ScreenShareError.BrowserNotSupport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当前环境不支持屏幕共享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'ChannelNotSupport'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ScreenShareError.ChannelNotSupport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当前频道不支持屏幕共享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'PermissionDenied'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ScreenShareError.PermissionDenied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用户权限被拒绝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'SystemPermissionDenied'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ScreenShareError.SystemPermissionDenied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系统权限被拒绝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'ScreenShareing'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ScreenShareError.ScreenShareing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屏幕共享中，无法设置屏幕共享配置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屏幕共享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