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连麦模块</w:t>
      </w:r>
    </w:p>
    <w:p>
      <w:r>
        <w:rPr>
          <w:rFonts w:ascii="Menlo" w:hAnsi="Menlo"/>
          <w:color w:val="444444"/>
          <w:sz w:val="20"/>
        </w:rPr>
        <w:t>连麦模块(connectMic)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是基于保利威 </w:t>
      </w:r>
      <w:r>
        <w:rPr>
          <w:rFonts w:ascii="Menlo" w:hAnsi="Menlo"/>
          <w:color w:val="444444"/>
          <w:sz w:val="20"/>
        </w:rPr>
        <w:t>连麦SDK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实现的一个控制模块，用于实现观众与主讲之间的连麦功能，如：申请连麦，打开设备调试等。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getConnectMicInfo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isConnectMicing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判断连麦状态是否处于连麦中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getNetworkInfo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获取连麦网络信息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changeFacingMode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切换前后摄像头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getConnectMicList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获取连麦列表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supportConnectMic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是否支持连麦功能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joinAsAudience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以观众模式加入连麦房间, 仅订阅讲师流，不推本地流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leaveAudience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离开观众模式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stopSmallClassStat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小班课场景停止统计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isAudienceModeJoined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当前是否为观众模式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toggleMirror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切换镜像开关状态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getMirrorEnabled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获取镜像状态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openDeviceSetting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打开设备设置界面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closeDeviceSetting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关闭设备设置界面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openInviting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打开邀请上麦界面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closeInviting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关闭邀请上麦界面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acceptInvite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接受讲师上麦邀请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refuseInvite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拒绝讲师上麦邀请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getInviteCountDown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获取邀请上麦倒计时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startPreview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开启本地预览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stopPreview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停止本地预览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isPreviewing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是否正在本地预览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getPreviewVolume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获取本地预览的当前音量（0~1）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getLocalMuteStatus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获取当前本地音视频静音状态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setLocalMuteStatus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预设/调整本地音视频开关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applyConnectMic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观众申请连麦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cancelApplyConnectMic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取消连麦申请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publishLocalStream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推送本地连麦流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endConnectMic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结束连麦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enabledVideo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开启本地摄像头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disabledVideo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关闭本地摄像头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enabledAudio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开启本地麦克风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disabledAudio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关闭本地麦克风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getScreenShareInfo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获取屏幕共享信息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setScreenShareConfig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设置屏幕共享配置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startScreenShare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开始屏幕共享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stopScreenShare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停止屏幕共享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enterPip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显示用户摄像头（画中画）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exitPip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隐藏用户摄像头（画中画）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resumeAllStreams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恢复所有流播放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连麦信息改变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ConnectMicEvents.NetworkInfoChange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连麦网络信息改变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ConnectMicEvents.OpenConnectMic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讲师开启连麦功能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ConnectMicEvents.CloseConnectMic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讲师关闭连麦功能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ConnectMicEvents.ConnectMicListChange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连麦列表修改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ConnectMicEvents.TeacherHangUp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讲师挂断当前连麦者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ConnectMicEvents.InviteConnectMic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邀请上麦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ConnectMicEvents.InviteConnectMicAnswer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邀请上麦回复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ConnectMicEvents.DeviceRecoverFail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设备采集失败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ConnectMicEvents.ConnectMicOverLimit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连麦人数到达上限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ConnectMicEvents.CurrentSpeakerStatusChanged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当前主讲状态改变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ConnectMicEvents.AllowConnectMicApply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讲师同意连麦申请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ConnectMicEvents.LocalStreamInited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本地流初始化成功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ConnectMicEvents.PublishStreamSuccess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本地流推送成功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ConnectMicEvents.LeaveConnectMicSuccess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离开连麦成功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ConnectMicEvents.RemoteAudioMuteChange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远端连麦用户麦克风开关改变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ConnectMicEvents.RemoteVideoMuteChange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远端连麦用户摄像头开关改变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ConnectMicEvents.LocalAudioMuteChange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本地麦克风开关改变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ConnectMicEvents.LocalVideoMuteChange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本地摄像头开关改变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ConnectMicEvents.SwitchMaster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切换第一画面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ConnectMicEvents.ScreenShareInfoChange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屏幕共享信息改变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ConnectMicEvents.ScreenShareStart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屏幕共享开始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ConnectMicEvents.ScreenShareStop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屏幕共享结束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ConnectMicEvents.ApplyTimeOut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举手申请连麦超时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ConnectMicEvents.FacingModeChange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前后摄像头切换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ConnectMicEvents.UserStreamPlayFailed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用户流播放失败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ConnectMicEvents.InviteCountDown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邀请上麦倒计时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ConnectMicEvents.LocalMuteStatusChange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本地音视频开关变更（预设 / 预览阶段）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连麦模块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