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入门示例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此处提供一个连麦模块的基础使用示例，该示例包含以下内容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连接聊天室，初始化连麦功能，支持本地设备调试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支持观众申请连麦，取消申请连麦操作，讲师邀请观众上麦功能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支持不使用内置 UI，自行实现结束连麦、切换摄像头开关、切换麦克风开关、切换镜像功能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支持响应后台配置处理视频连麦、语音连麦逻辑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部分和播放器模块配合使用的逻辑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支持自定义邀请上麦 UI（acceptInvite / refuseInvite / getInviteCountDown）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支持本地预览摄像头画面（startPreview / stopPreview / getPreviewVolume）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支持预设本地音视频开关（getLocalMuteStatus / setLocalMuteStatus）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更多内容请结合文档参考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观看页 SDK 及其配套的开源项目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&lt;!DOCTYPE html&gt;</w:t>
        <w:br/>
        <w:t>&lt;html lang="en"&gt;</w:t>
        <w:br/>
        <w:t xml:space="preserve">  &lt;head&gt;</w:t>
        <w:br/>
        <w:t xml:space="preserve">    &lt;meta charset="UTF-8" /&gt;</w:t>
        <w:br/>
        <w:t xml:space="preserve">    &lt;meta name="viewport" content="width=device-width, initial-scale=1.0" /&gt;</w:t>
        <w:br/>
        <w:t xml:space="preserve">    &lt;title&gt;ConnectMic&lt;/title&gt;</w:t>
        <w:br/>
        <w:t xml:space="preserve">    &lt;style&gt;</w:t>
        <w:br/>
        <w:t xml:space="preserve">      html,</w:t>
        <w:br/>
        <w:t xml:space="preserve">      body {</w:t>
        <w:br/>
        <w:t xml:space="preserve">        padding: 0;</w:t>
        <w:br/>
        <w:t xml:space="preserve">        margin: 0;</w:t>
        <w:br/>
        <w:t xml:space="preserve">      }</w:t>
        <w:br/>
        <w:br/>
        <w:t xml:space="preserve">      .demo-connect-mic-container {</w:t>
        <w:br/>
        <w:t xml:space="preserve">        padding: 12px 16px;</w:t>
        <w:br/>
        <w:t xml:space="preserve">      }</w:t>
        <w:br/>
        <w:br/>
        <w:t xml:space="preserve">      .demo-connect-mic-base-info {</w:t>
        <w:br/>
        <w:t xml:space="preserve">        margin-bottom: 16px;</w:t>
        <w:br/>
        <w:t xml:space="preserve">      }</w:t>
        <w:br/>
        <w:br/>
        <w:t xml:space="preserve">      .demo-connect-mic-control {</w:t>
        <w:br/>
        <w:t xml:space="preserve">        margin-bottom: 16px;</w:t>
        <w:br/>
        <w:t xml:space="preserve">      }</w:t>
        <w:br/>
        <w:br/>
        <w:t xml:space="preserve">      .demo-connect-mic-list {</w:t>
        <w:br/>
        <w:t xml:space="preserve">        display: flex;</w:t>
        <w:br/>
        <w:t xml:space="preserve">      }</w:t>
        <w:br/>
        <w:br/>
        <w:t xml:space="preserve">      .demo-connect-mic-list-item {</w:t>
        <w:br/>
        <w:t xml:space="preserve">        width: 200px;</w:t>
        <w:br/>
        <w:t xml:space="preserve">        border: 1px solid #ccc;</w:t>
        <w:br/>
        <w:t xml:space="preserve">        border-radius: 8px;</w:t>
        <w:br/>
        <w:t xml:space="preserve">        margin-right: 12px;</w:t>
        <w:br/>
        <w:t xml:space="preserve">      }</w:t>
        <w:br/>
        <w:br/>
        <w:t xml:space="preserve">      .demo-connect-mic-list-item__content {</w:t>
        <w:br/>
        <w:t xml:space="preserve">        height: 120px;</w:t>
        <w:br/>
        <w:t xml:space="preserve">      }</w:t>
        <w:br/>
        <w:br/>
        <w:t xml:space="preserve">      .demo-connect-mic-list-item__content video {</w:t>
        <w:br/>
        <w:t xml:space="preserve">        transform: none !important;</w:t>
        <w:br/>
        <w:t xml:space="preserve">      }</w:t>
        <w:br/>
        <w:br/>
        <w:t xml:space="preserve">      .demo-connect-mic-list-item__content--no-mirror video {</w:t>
        <w:br/>
        <w:t xml:space="preserve">        transform: scaleX(-1) !important;</w:t>
        <w:br/>
        <w:t xml:space="preserve">      }</w:t>
        <w:br/>
        <w:br/>
        <w:t xml:space="preserve">      .demo-connect-mic-list-item__info {</w:t>
        <w:br/>
        <w:t xml:space="preserve">        display: flex;</w:t>
        <w:br/>
        <w:t xml:space="preserve">        flex-direction: column;</w:t>
        <w:br/>
        <w:t xml:space="preserve">        padding: 8px;</w:t>
        <w:br/>
        <w:t xml:space="preserve">        line-height: 1.5;</w:t>
        <w:br/>
        <w:t xml:space="preserve">        word-wrap: break-word;</w:t>
        <w:br/>
        <w:t xml:space="preserve">      }</w:t>
        <w:br/>
        <w:t xml:space="preserve">      .demo-player-container {</w:t>
        <w:br/>
        <w:t xml:space="preserve">        width: 640px;</w:t>
        <w:br/>
        <w:t xml:space="preserve">        height: 360px;</w:t>
        <w:br/>
        <w:t xml:space="preserve">        padding: 16px;</w:t>
        <w:br/>
        <w:t xml:space="preserve">        margin-bottom: 80px;</w:t>
        <w:br/>
        <w:t xml:space="preserve">      }</w:t>
        <w:br/>
        <w:br/>
        <w:t xml:space="preserve">      #player {</w:t>
        <w:br/>
        <w:t xml:space="preserve">        width: 100%;</w:t>
        <w:br/>
        <w:t xml:space="preserve">        height: 100%;</w:t>
        <w:br/>
        <w:t xml:space="preserve">        position: relative;</w:t>
        <w:br/>
        <w:t xml:space="preserve">      }</w:t>
        <w:br/>
        <w:br/>
        <w:t xml:space="preserve">      .demo-player-control {</w:t>
        <w:br/>
        <w:t xml:space="preserve">        display: flex;</w:t>
        <w:br/>
        <w:t xml:space="preserve">        margin-top: 24px;</w:t>
        <w:br/>
        <w:t xml:space="preserve">        gap: 12px;</w:t>
        <w:br/>
        <w:t xml:space="preserve">      }</w:t>
        <w:br/>
        <w:t xml:space="preserve">    &lt;/style&gt;</w:t>
        <w:br/>
        <w:t xml:space="preserve">  &lt;/head&gt;</w:t>
        <w:br/>
        <w:t xml:space="preserve">  &lt;body&gt;</w:t>
        <w:br/>
        <w:t xml:space="preserve">    &lt;div class="demo-player-container"&gt;</w:t>
        <w:br/>
        <w:t xml:space="preserve">      &lt;div id="player"&gt;&lt;/div&gt;</w:t>
        <w:br/>
        <w:t xml:space="preserve">      &lt;div class="demo-player-control"&gt;</w:t>
        <w:br/>
        <w:t xml:space="preserve">        &lt;button class="demo-player-control__play-btn"&gt;播放&lt;/button&gt;</w:t>
        <w:br/>
        <w:t xml:space="preserve">        &lt;button class="demo-player-control__pause-btn"&gt;暂停&lt;/button&gt;</w:t>
        <w:br/>
        <w:t xml:space="preserve">      &lt;/div&gt;</w:t>
        <w:br/>
        <w:t xml:space="preserve">    &lt;/div&gt;</w:t>
        <w:br/>
        <w:t xml:space="preserve">    &lt;!--</w:t>
        <w:br/>
        <w:t xml:space="preserve">     1、一般需要讲师端开启连麦功能，观众端才能申请连麦，或者被讲师邀请上麦</w:t>
        <w:br/>
        <w:t xml:space="preserve">     2、连麦功能需要需要连接保利威聊天室，在直播开始时才能正常使用</w:t>
        <w:br/>
        <w:t xml:space="preserve">    --&gt;</w:t>
        <w:br/>
        <w:t xml:space="preserve">    &lt;div class="demo-connect-mic-container"&gt;</w:t>
        <w:br/>
        <w:t xml:space="preserve">      &lt;div class="demo-connect-mic-base-info"&gt;</w:t>
        <w:br/>
        <w:t xml:space="preserve">        &lt;div&gt;远程连麦状态： &lt;span id="open-mic-status"&gt;&lt;/span&gt;&lt;/div&gt;</w:t>
        <w:br/>
        <w:t xml:space="preserve">        &lt;div&gt;当前用户连麦状态: &lt;span id="connect-mic-status"&gt;&lt;/span&gt;&lt;/div&gt;</w:t>
        <w:br/>
        <w:t xml:space="preserve">        &lt;div&gt;邀请倒计时: &lt;span id="invite-count-down"&gt;&lt;/span&gt;&lt;/div&gt;</w:t>
        <w:br/>
        <w:t xml:space="preserve">        &lt;div&gt;本地音视频开关: &lt;span id="local-mute-status"&gt;&lt;/span&gt;&lt;/div&gt;</w:t>
        <w:br/>
        <w:t xml:space="preserve">      &lt;/div&gt;</w:t>
        <w:br/>
        <w:br/>
        <w:t xml:space="preserve">      &lt;div class="demo-connect-mic-control"&gt;</w:t>
        <w:br/>
        <w:t xml:space="preserve">        &lt;button class="demo-connect-mic-control__open-setting-btn"&gt;</w:t>
        <w:br/>
        <w:t xml:space="preserve">          设备检测</w:t>
        <w:br/>
        <w:t xml:space="preserve">        &lt;/button&gt;</w:t>
        <w:br/>
        <w:t xml:space="preserve">        &lt;button class="demo-connect-mic-control__apply-btn"&gt;申请连麦&lt;/button&gt;</w:t>
        <w:br/>
        <w:t xml:space="preserve">        &lt;button class="demo-connect-mic-control__cancel-apply-btn"&gt;</w:t>
        <w:br/>
        <w:t xml:space="preserve">          取消申请</w:t>
        <w:br/>
        <w:t xml:space="preserve">        &lt;/button&gt;</w:t>
        <w:br/>
        <w:t xml:space="preserve">        &lt;button class="demo-connect-mic-control__hang-up-btn"&gt;结束连麦&lt;/button&gt;</w:t>
        <w:br/>
        <w:t xml:space="preserve">        &lt;button class="demo-connect-mic-control__video-toggle"&gt;</w:t>
        <w:br/>
        <w:t xml:space="preserve">          切换摄像头开关</w:t>
        <w:br/>
        <w:t xml:space="preserve">        &lt;/button&gt;</w:t>
        <w:br/>
        <w:t xml:space="preserve">        &lt;button class="demo-connect-mic-control__audio-toggle"&gt;</w:t>
        <w:br/>
        <w:t xml:space="preserve">          切换麦克风开关</w:t>
        <w:br/>
        <w:t xml:space="preserve">        &lt;/button&gt;</w:t>
        <w:br/>
        <w:t xml:space="preserve">        &lt;button class="demo-connect-mic-control__mirror-toggle"&gt;</w:t>
        <w:br/>
        <w:t xml:space="preserve">          切换镜像</w:t>
        <w:br/>
        <w:t xml:space="preserve">        &lt;/button&gt;</w:t>
        <w:br/>
        <w:t xml:space="preserve">        &lt;button class="demo-connect-mic-control__accept-invite-btn"&gt;</w:t>
        <w:br/>
        <w:t xml:space="preserve">          接受邀请上麦</w:t>
        <w:br/>
        <w:t xml:space="preserve">        &lt;/button&gt;</w:t>
        <w:br/>
        <w:t xml:space="preserve">        &lt;button class="demo-connect-mic-control__refuse-invite-btn"&gt;</w:t>
        <w:br/>
        <w:t xml:space="preserve">          拒绝邀请上麦</w:t>
        <w:br/>
        <w:t xml:space="preserve">        &lt;/button&gt;</w:t>
        <w:br/>
        <w:t xml:space="preserve">        &lt;button class="demo-connect-mic-control__start-preview-btn"&gt;</w:t>
        <w:br/>
        <w:t xml:space="preserve">          开启本地预览</w:t>
        <w:br/>
        <w:t xml:space="preserve">        &lt;/button&gt;</w:t>
        <w:br/>
        <w:t xml:space="preserve">        &lt;button class="demo-connect-mic-control__stop-preview-btn"&gt;</w:t>
        <w:br/>
        <w:t xml:space="preserve">          停止本地预览</w:t>
        <w:br/>
        <w:t xml:space="preserve">        &lt;/button&gt;</w:t>
        <w:br/>
        <w:t xml:space="preserve">        &lt;button class="demo-connect-mic-control__toggle-local-mute-btn"&gt;</w:t>
        <w:br/>
        <w:t xml:space="preserve">          切换本地音视频开关</w:t>
        <w:br/>
        <w:t xml:space="preserve">        &lt;/button&gt;</w:t>
        <w:br/>
        <w:t xml:space="preserve">      &lt;/div&gt;</w:t>
        <w:br/>
        <w:br/>
        <w:t xml:space="preserve">      &lt;div class="demo-connect-mic-list"&gt;</w:t>
        <w:br/>
        <w:t xml:space="preserve">        &lt;!-- &lt;div class="demo-connect-mic-list-item"&gt;&lt;/div&gt; --&gt;</w:t>
        <w:br/>
        <w:t xml:space="preserve">      &lt;/div&gt;</w:t>
        <w:br/>
        <w:br/>
        <w:t xml:space="preserve">      &lt;div class="demo-connect-mic-preview" style="margin-top: 16px;"&gt;</w:t>
        <w:br/>
        <w:t xml:space="preserve">        &lt;div&gt;本地预览：&lt;/div&gt;</w:t>
        <w:br/>
        <w:t xml:space="preserve">        &lt;div id="preview-container" style="width: 200px; height: 150px; border: 1px solid #ccc; border-radius: 8px;"&gt;&lt;/div&gt;</w:t>
        <w:br/>
        <w:t xml:space="preserve">        &lt;div&gt;预览音量：&lt;span id="preview-volume"&gt;0&lt;/span&gt;&lt;/div&gt;</w:t>
        <w:br/>
        <w:t xml:space="preserve">      &lt;/div&gt;</w:t>
        <w:br/>
        <w:t xml:space="preserve">    &lt;/div&gt;</w:t>
        <w:br/>
        <w:br/>
        <w:t xml:space="preserve">    &lt;!-- 此处使用在线JS链接演示，开发者可使用npm包形式安装 --&gt;</w:t>
        <w:br/>
        <w:t xml:space="preserve">    &lt;script src="https://websdk.videocc.net/live-watch-sdk/latest/lib/polyv-live-watch-sdk.umd.js"&gt;&lt;/script&gt;</w:t>
        <w:br/>
        <w:t xml:space="preserve">    &lt;script&gt;</w:t>
        <w:br/>
        <w:t xml:space="preserve">      const {</w:t>
        <w:br/>
        <w:t xml:space="preserve">        createWatchCore,</w:t>
        <w:br/>
        <w:br/>
        <w:t xml:space="preserve">        PolyvWatchCoreEvents,</w:t>
        <w:br/>
        <w:t xml:space="preserve">        ChannelEvents,</w:t>
        <w:br/>
        <w:t xml:space="preserve">        PlayerEvents,</w:t>
        <w:br/>
        <w:t xml:space="preserve">        ChatEvents,</w:t>
        <w:br/>
        <w:t xml:space="preserve">        ConnectMicEvents,</w:t>
        <w:br/>
        <w:br/>
        <w:t xml:space="preserve">        LiveStatus,</w:t>
        <w:br/>
        <w:t xml:space="preserve">        ConnectMicType,</w:t>
        <w:br/>
        <w:t xml:space="preserve">        ConnectMicStatus,</w:t>
        <w:br/>
        <w:t xml:space="preserve">      } = window.PolyvLiveWatchSDK;</w:t>
        <w:br/>
        <w:br/>
        <w:t xml:space="preserve">      /** 全局变量 */</w:t>
        <w:br/>
        <w:t xml:space="preserve">      var globalStore = {</w:t>
        <w:br/>
        <w:t xml:space="preserve">        watchCore: null, // 观看页核心实例</w:t>
        <w:br/>
        <w:t xml:space="preserve">        playerInited: false, // 播放器是否初始化完成</w:t>
        <w:br/>
        <w:t xml:space="preserve">        playStatus: false, // 播放状态</w:t>
        <w:br/>
        <w:t xml:space="preserve">        liveStatus: LiveStatus.End, // 直播流状态</w:t>
        <w:br/>
        <w:t xml:space="preserve">        chatConnected: false, // 是否连接聊天室</w:t>
        <w:br/>
        <w:t xml:space="preserve">        connectMicInited: false, // 是否初始化连麦功能</w:t>
        <w:br/>
        <w:t xml:space="preserve">        connectMicInfo: null, // 连麦配置信息</w:t>
        <w:br/>
        <w:t xml:space="preserve">        networkInfo: null, // 连麦网络信息</w:t>
        <w:br/>
        <w:t xml:space="preserve">        connectMicList: [], // 连麦列表</w:t>
        <w:br/>
        <w:t xml:space="preserve">      };</w:t>
        <w:br/>
        <w:br/>
        <w:t xml:space="preserve">      /**</w:t>
        <w:br/>
        <w:t xml:space="preserve">       * 绑定播放器 UI 事件</w:t>
        <w:br/>
        <w:t xml:space="preserve">       */</w:t>
        <w:br/>
        <w:t xml:space="preserve">      function bindPlayerUIEvent(watchCore) {</w:t>
        <w:br/>
        <w:t xml:space="preserve">        const $playBtn = document.querySelector(</w:t>
        <w:br/>
        <w:t xml:space="preserve">          ".demo-player-control__play-btn"</w:t>
        <w:br/>
        <w:t xml:space="preserve">        );</w:t>
        <w:br/>
        <w:t xml:space="preserve">        const $pauseBtn = document.querySelector(</w:t>
        <w:br/>
        <w:t xml:space="preserve">          ".demo-player-control__pause-btn"</w:t>
        <w:br/>
        <w:t xml:space="preserve">        );</w:t>
        <w:br/>
        <w:br/>
        <w:t xml:space="preserve">        $playBtn.addEventListener("click", () =&gt; {</w:t>
        <w:br/>
        <w:t xml:space="preserve">          if (!globalStore.playerInited) return;</w:t>
        <w:br/>
        <w:br/>
        <w:t xml:space="preserve">          watchCore.player.play();</w:t>
        <w:br/>
        <w:t xml:space="preserve">        });</w:t>
        <w:br/>
        <w:br/>
        <w:t xml:space="preserve">        $pauseBtn.addEventListener("click", () =&gt; {</w:t>
        <w:br/>
        <w:t xml:space="preserve">          if (!globalStore.playerInited) return;</w:t>
        <w:br/>
        <w:br/>
        <w:t xml:space="preserve">          watchCore.player.pause();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检查是否支持连麦</w:t>
        <w:br/>
        <w:t xml:space="preserve">       */</w:t>
        <w:br/>
        <w:t xml:space="preserve">      function checkConnectMicEnabled() {</w:t>
        <w:br/>
        <w:t xml:space="preserve">        if (globalStore.liveStatus !== LiveStatus.Live) {</w:t>
        <w:br/>
        <w:t xml:space="preserve">          console.warn("请先发起直播！");</w:t>
        <w:br/>
        <w:t xml:space="preserve">          return;</w:t>
        <w:br/>
        <w:t xml:space="preserve">        }</w:t>
        <w:br/>
        <w:br/>
        <w:t xml:space="preserve">        const enabled =</w:t>
        <w:br/>
        <w:t xml:space="preserve">          globalStore.connectMicInited &amp;&amp;</w:t>
        <w:br/>
        <w:t xml:space="preserve">          !!globalStore.connectMicInfo &amp;&amp;</w:t>
        <w:br/>
        <w:t xml:space="preserve">          globalStore.connectMicInfo.supportConnectMic;</w:t>
        <w:br/>
        <w:br/>
        <w:t xml:space="preserve">        if (!enabled) {</w:t>
        <w:br/>
        <w:t xml:space="preserve">          console.warn(</w:t>
        <w:br/>
        <w:t xml:space="preserve">            "当前频道配置或浏览器环境不支持连麦功能！请检查配置和使用的浏览器版本！"</w:t>
        <w:br/>
        <w:t xml:space="preserve">          );</w:t>
        <w:br/>
        <w:t xml:space="preserve">        }</w:t>
        <w:br/>
        <w:br/>
        <w:t xml:space="preserve">        return enabled;</w:t>
        <w:br/>
        <w:t xml:space="preserve">      }</w:t>
        <w:br/>
        <w:br/>
        <w:t xml:space="preserve">      function checkApplyConnectMicEnabled() {</w:t>
        <w:br/>
        <w:t xml:space="preserve">        if (!checkConnectMicEnabled()) {</w:t>
        <w:br/>
        <w:t xml:space="preserve">          return false;</w:t>
        <w:br/>
        <w:t xml:space="preserve">        }</w:t>
        <w:br/>
        <w:br/>
        <w:t xml:space="preserve">        const { openMicStatus, inviteStatus } = globalStore.connectMicInfo;</w:t>
        <w:br/>
        <w:br/>
        <w:t xml:space="preserve">        return openMicStatus || inviteStatus;</w:t>
        <w:br/>
        <w:t xml:space="preserve">      }</w:t>
        <w:br/>
        <w:br/>
        <w:t xml:space="preserve">      /**</w:t>
        <w:br/>
        <w:t xml:space="preserve">       * 检查是否正在连麦</w:t>
        <w:br/>
        <w:t xml:space="preserve">       */</w:t>
        <w:br/>
        <w:t xml:space="preserve">      function checkIsConnectMicing() {</w:t>
        <w:br/>
        <w:t xml:space="preserve">        if (!checkConnectMicEnabled()) {</w:t>
        <w:br/>
        <w:t xml:space="preserve">          return false;</w:t>
        <w:br/>
        <w:t xml:space="preserve">        }</w:t>
        <w:br/>
        <w:br/>
        <w:t xml:space="preserve">        const status = globalStore.connectMicInfo.connectMicStatus;</w:t>
        <w:br/>
        <w:t xml:space="preserve">        return [</w:t>
        <w:br/>
        <w:t xml:space="preserve">          ConnectMicStatus.Publishing,</w:t>
        <w:br/>
        <w:t xml:space="preserve">          ConnectMicStatus.Connected,</w:t>
        <w:br/>
        <w:t xml:space="preserve">        ].includes(status);</w:t>
        <w:br/>
        <w:t xml:space="preserve">      }</w:t>
        <w:br/>
        <w:br/>
        <w:t xml:space="preserve">      /**</w:t>
        <w:br/>
        <w:t xml:space="preserve">       * 获取本地连麦流对象</w:t>
        <w:br/>
        <w:t xml:space="preserve">       */</w:t>
        <w:br/>
        <w:t xml:space="preserve">      function getLocalMicItem() {</w:t>
        <w:br/>
        <w:t xml:space="preserve">        const micList = globalStore.connectMicList;</w:t>
        <w:br/>
        <w:t xml:space="preserve">        const localIndex = micList.findIndex((micItem) =&gt; micItem.isLocal);</w:t>
        <w:br/>
        <w:t xml:space="preserve">        return localIndex === -1 ? undefined : micList[localIndex];</w:t>
        <w:br/>
        <w:t xml:space="preserve">      }</w:t>
        <w:br/>
        <w:br/>
        <w:t xml:space="preserve">      /**</w:t>
        <w:br/>
        <w:t xml:space="preserve">       * 生成连麦区域元素 id</w:t>
        <w:br/>
        <w:t xml:space="preserve">       */</w:t>
        <w:br/>
        <w:t xml:space="preserve">      const generateMicId = (micItem) =&gt;</w:t>
        <w:br/>
        <w:t xml:space="preserve">        micItem.isSelf ? "connect-mic-self" : "connect-mic-" + micItem.streamId;</w:t>
        <w:br/>
        <w:br/>
        <w:t xml:space="preserve">      /**</w:t>
        <w:br/>
        <w:t xml:space="preserve">       * 生成连麦信息区域元素 id</w:t>
        <w:br/>
        <w:t xml:space="preserve">       */</w:t>
        <w:br/>
        <w:t xml:space="preserve">      const generateMicInfoId = (micItem) =&gt;</w:t>
        <w:br/>
        <w:t xml:space="preserve">        micItem.isSelf</w:t>
        <w:br/>
        <w:t xml:space="preserve">          ? "connect-mic-info-self"</w:t>
        <w:br/>
        <w:t xml:space="preserve">          : "connect-mic-info" + micItem.streamId;</w:t>
        <w:br/>
        <w:br/>
        <w:t xml:space="preserve">      /**</w:t>
        <w:br/>
        <w:t xml:space="preserve">       * 渲染连麦信息-摄像头状态</w:t>
        <w:br/>
        <w:t xml:space="preserve">       */</w:t>
        <w:br/>
        <w:t xml:space="preserve">      function renderMicInfoVideoText({ isVideoMuted, micItem }) {</w:t>
        <w:br/>
        <w:t xml:space="preserve">        const $micItemInfo = document.getElementById(</w:t>
        <w:br/>
        <w:t xml:space="preserve">          generateMicInfoId(micItem)</w:t>
        <w:br/>
        <w:t xml:space="preserve">        );</w:t>
        <w:br/>
        <w:t xml:space="preserve">        const $micInfoVideoText = $micItemInfo.querySelector(</w:t>
        <w:br/>
        <w:t xml:space="preserve">          ".demo-connect-mic-list-item__info__video"</w:t>
        <w:br/>
        <w:t xml:space="preserve">        );</w:t>
        <w:br/>
        <w:br/>
        <w:t xml:space="preserve">        $micInfoVideoText.innerText = `摄像头状态：${</w:t>
        <w:br/>
        <w:t xml:space="preserve">          isVideoMuted ? "关闭" : "开启"</w:t>
        <w:br/>
        <w:t xml:space="preserve">        }`;</w:t>
        <w:br/>
        <w:t xml:space="preserve">      }</w:t>
        <w:br/>
        <w:br/>
        <w:t xml:space="preserve">      /**</w:t>
        <w:br/>
        <w:t xml:space="preserve">       * 渲染连麦信息-麦克风状态</w:t>
        <w:br/>
        <w:t xml:space="preserve">       */</w:t>
        <w:br/>
        <w:t xml:space="preserve">      function renderMicInfoAudioText({ isAudioMuted, micItem }) {</w:t>
        <w:br/>
        <w:t xml:space="preserve">        const $micItemInfo = document.getElementById(</w:t>
        <w:br/>
        <w:t xml:space="preserve">          generateMicInfoId(micItem)</w:t>
        <w:br/>
        <w:t xml:space="preserve">        );</w:t>
        <w:br/>
        <w:t xml:space="preserve">        const $micInfoAudioText = $micItemInfo.querySelector(</w:t>
        <w:br/>
        <w:t xml:space="preserve">          ".demo-connect-mic-list-item__info__audio"</w:t>
        <w:br/>
        <w:t xml:space="preserve">        );</w:t>
        <w:br/>
        <w:br/>
        <w:t xml:space="preserve">        $micInfoAudioText.innerText = `麦克风状态：${</w:t>
        <w:br/>
        <w:t xml:space="preserve">          isAudioMuted ? "关闭" : "开启"</w:t>
        <w:br/>
        <w:t xml:space="preserve">        }`;</w:t>
        <w:br/>
        <w:t xml:space="preserve">      }</w:t>
        <w:br/>
        <w:br/>
        <w:t xml:space="preserve">      /**</w:t>
        <w:br/>
        <w:t xml:space="preserve">       * 渲染连麦信息-镜像状态</w:t>
        <w:br/>
        <w:t xml:space="preserve">       */</w:t>
        <w:br/>
        <w:t xml:space="preserve">      function renderMicInfoMirrorText({ mirrorEnabled, micItem }) {</w:t>
        <w:br/>
        <w:t xml:space="preserve">        const $micItemInfo = document.getElementById(</w:t>
        <w:br/>
        <w:t xml:space="preserve">          generateMicInfoId(micItem)</w:t>
        <w:br/>
        <w:t xml:space="preserve">        );</w:t>
        <w:br/>
        <w:t xml:space="preserve">        const $micInfoMirrorText = $micItemInfo?.querySelector(</w:t>
        <w:br/>
        <w:t xml:space="preserve">          ".demo-connect-mic-list-item__info__mirror"</w:t>
        <w:br/>
        <w:t xml:space="preserve">        );</w:t>
        <w:br/>
        <w:br/>
        <w:t xml:space="preserve">        if ($micInfoMirrorText) {</w:t>
        <w:br/>
        <w:t xml:space="preserve">          $micInfoMirrorText.innerText = `镜像状态：${</w:t>
        <w:br/>
        <w:t xml:space="preserve">            mirrorEnabled ? "开启" : "关闭"</w:t>
        <w:br/>
        <w:t xml:space="preserve">          }`;</w:t>
        <w:br/>
        <w:t xml:space="preserve">        }</w:t>
        <w:br/>
        <w:br/>
        <w:t xml:space="preserve">        // 更新镜像CSS类</w:t>
        <w:br/>
        <w:t xml:space="preserve">        const $micItem = document.getElementById(generateMicId(micItem));</w:t>
        <w:br/>
        <w:t xml:space="preserve">        if ($micItem &amp;&amp; micItem.isLocal) {</w:t>
        <w:br/>
        <w:t xml:space="preserve">          if (mirrorEnabled) {</w:t>
        <w:br/>
        <w:t xml:space="preserve">            $micItem.classList.remove(</w:t>
        <w:br/>
        <w:t xml:space="preserve">              "demo-connect-mic-list-item__content--no-mirror"</w:t>
        <w:br/>
        <w:t xml:space="preserve">            );</w:t>
        <w:br/>
        <w:t xml:space="preserve">          } else {</w:t>
        <w:br/>
        <w:t xml:space="preserve">            $micItem.classList.add(</w:t>
        <w:br/>
        <w:t xml:space="preserve">              "demo-connect-mic-list-item__content--no-mirror"</w:t>
        <w:br/>
        <w:t xml:space="preserve">            );</w:t>
        <w:br/>
        <w:t xml:space="preserve">          }</w:t>
        <w:br/>
        <w:t xml:space="preserve">        }</w:t>
        <w:br/>
        <w:t xml:space="preserve">      }</w:t>
        <w:br/>
        <w:br/>
        <w:t xml:space="preserve">      /**</w:t>
        <w:br/>
        <w:t xml:space="preserve">       * 渲染连麦列表</w:t>
        <w:br/>
        <w:t xml:space="preserve">       */</w:t>
        <w:br/>
        <w:t xml:space="preserve">      function renderConnectMicList() {</w:t>
        <w:br/>
        <w:t xml:space="preserve">        const connectMicList = globalStore.connectMicList;</w:t>
        <w:br/>
        <w:br/>
        <w:t xml:space="preserve">        const $connectMicList = document.querySelector(</w:t>
        <w:br/>
        <w:t xml:space="preserve">          ".demo-connect-mic-list"</w:t>
        <w:br/>
        <w:t xml:space="preserve">        );</w:t>
        <w:br/>
        <w:br/>
        <w:t xml:space="preserve">        $connectMicList.innerHTML = connectMicList</w:t>
        <w:br/>
        <w:t xml:space="preserve">          .map(</w:t>
        <w:br/>
        <w:t xml:space="preserve">            (micItem) =&gt; `</w:t>
        <w:br/>
        <w:t xml:space="preserve">            &lt;div class="demo-connect-mic-list-item" &gt;</w:t>
        <w:br/>
        <w:t xml:space="preserve">              &lt;div class="demo-connect-mic-list-item__content ${</w:t>
        <w:br/>
        <w:t xml:space="preserve">                micItem.isLocal &amp;&amp; !micItem.mirrorEnabled</w:t>
        <w:br/>
        <w:t xml:space="preserve">                  ? "demo-connect-mic-list-item__content--no-mirror"</w:t>
        <w:br/>
        <w:t xml:space="preserve">                  : ""</w:t>
        <w:br/>
        <w:t xml:space="preserve">              }" id="${generateMicId(micItem)}"&gt;&lt;/div&gt;</w:t>
        <w:br/>
        <w:t xml:space="preserve">              &lt;div class="demo-connect-mic-list-item__info" id="${generateMicInfoId(</w:t>
        <w:br/>
        <w:t xml:space="preserve">                micItem</w:t>
        <w:br/>
        <w:t xml:space="preserve">              )}"&gt;</w:t>
        <w:br/>
        <w:t xml:space="preserve">                  &lt;span&gt;用户流id：${micItem.streamId}&lt;/span&gt;</w:t>
        <w:br/>
        <w:t xml:space="preserve">                  &lt;span&gt;昵称：${</w:t>
        <w:br/>
        <w:t xml:space="preserve">                    micItem.isSelf</w:t>
        <w:br/>
        <w:t xml:space="preserve">                      ? micItem.nickname + "(我)"</w:t>
        <w:br/>
        <w:t xml:space="preserve">                      : micItem.nickname</w:t>
        <w:br/>
        <w:t xml:space="preserve">                  }&lt;/span&gt;</w:t>
        <w:br/>
        <w:t xml:space="preserve">                  &lt;span class="demo-connect-mic-list-item__info__video"&gt;摄像头状态：${</w:t>
        <w:br/>
        <w:t xml:space="preserve">                    micItem.isVideoMuted ? "关闭" : "开启"</w:t>
        <w:br/>
        <w:t xml:space="preserve">                  }&lt;/span&gt;</w:t>
        <w:br/>
        <w:t xml:space="preserve">                  &lt;span class="demo-connect-mic-list-item__info__audio"&gt;麦克风状态：${</w:t>
        <w:br/>
        <w:t xml:space="preserve">                    micItem.isAudioMuted ? "关闭" : "开启"</w:t>
        <w:br/>
        <w:t xml:space="preserve">                  }&lt;/span&gt;</w:t>
        <w:br/>
        <w:t xml:space="preserve">                  ${</w:t>
        <w:br/>
        <w:t xml:space="preserve">                    micItem.isLocal</w:t>
        <w:br/>
        <w:t xml:space="preserve">                      ? `&lt;span class="demo-connect-mic-list-item__info__mirror"&gt;镜像状态：${</w:t>
        <w:br/>
        <w:t xml:space="preserve">                          micItem.mirrorEnabled ? "开启" : "关闭"</w:t>
        <w:br/>
        <w:t xml:space="preserve">                        }&lt;/span&gt;`</w:t>
        <w:br/>
        <w:t xml:space="preserve">                      : ""</w:t>
        <w:br/>
        <w:t xml:space="preserve">                  }</w:t>
        <w:br/>
        <w:t xml:space="preserve">                &lt;/div&gt;</w:t>
        <w:br/>
        <w:t xml:space="preserve">            &lt;/div&gt;</w:t>
        <w:br/>
        <w:t xml:space="preserve">            `</w:t>
        <w:br/>
        <w:t xml:space="preserve">          )</w:t>
        <w:br/>
        <w:t xml:space="preserve">          .join("");</w:t>
        <w:br/>
        <w:br/>
        <w:t xml:space="preserve">        // 注意：这里延迟去推流和订阅流，因为有可能渲染的元素还没插入到 DOM 中，并且 connectMicList 会变化，所以这里延迟一下</w:t>
        <w:br/>
        <w:t xml:space="preserve">        setTimeout(() =&gt; {</w:t>
        <w:br/>
        <w:t xml:space="preserve">          connectMicList.forEach((micItem) =&gt; {</w:t>
        <w:br/>
        <w:t xml:space="preserve">            const $micItem = document.getElementById(generateMicId(micItem));</w:t>
        <w:br/>
        <w:t xml:space="preserve">            if (!$micItem) {</w:t>
        <w:br/>
        <w:t xml:space="preserve">              console.warn("找不到对应的元素", micItem);</w:t>
        <w:br/>
        <w:t xml:space="preserve">              return;</w:t>
        <w:br/>
        <w:t xml:space="preserve">            }</w:t>
        <w:br/>
        <w:br/>
        <w:t xml:space="preserve">            if (micItem.isLocal) {</w:t>
        <w:br/>
        <w:t xml:space="preserve">              micItem.publishStream({</w:t>
        <w:br/>
        <w:t xml:space="preserve">                element: $micItem,</w:t>
        <w:br/>
        <w:t xml:space="preserve">                control: false, // 是否显示自带的控制按钮，默认 false</w:t>
        <w:br/>
        <w:t xml:space="preserve">              });</w:t>
        <w:br/>
        <w:t xml:space="preserve">            } else {</w:t>
        <w:br/>
        <w:t xml:space="preserve">              micItem.subscribeStream({</w:t>
        <w:br/>
        <w:t xml:space="preserve">                element: $micItem,</w:t>
        <w:br/>
        <w:t xml:space="preserve">                control: false,</w:t>
        <w:br/>
        <w:t xml:space="preserve">              });</w:t>
        <w:br/>
        <w:t xml:space="preserve">            }</w:t>
        <w:br/>
        <w:t xml:space="preserve">          });</w:t>
        <w:br/>
        <w:t xml:space="preserve">        }, 300);</w:t>
        <w:br/>
        <w:t xml:space="preserve">      }</w:t>
        <w:br/>
        <w:br/>
        <w:t xml:space="preserve">      /**</w:t>
        <w:br/>
        <w:t xml:space="preserve">       * 绑定 UI 事件</w:t>
        <w:br/>
        <w:t xml:space="preserve">       */</w:t>
        <w:br/>
        <w:t xml:space="preserve">      function bindUIEvent(watchCore) {</w:t>
        <w:br/>
        <w:t xml:space="preserve">        bindPlayerUIEvent(watchCore);</w:t>
        <w:br/>
        <w:t xml:space="preserve">        // 设备检测</w:t>
        <w:br/>
        <w:t xml:space="preserve">        const $openSettingBtn = document.querySelector(</w:t>
        <w:br/>
        <w:t xml:space="preserve">          ".demo-connect-mic-control__open-setting-btn"</w:t>
        <w:br/>
        <w:t xml:space="preserve">        );</w:t>
        <w:br/>
        <w:t xml:space="preserve">        $openSettingBtn.addEventListener("click", () =&gt; {</w:t>
        <w:br/>
        <w:t xml:space="preserve">          if (!checkConnectMicEnabled()) return;</w:t>
        <w:br/>
        <w:br/>
        <w:t xml:space="preserve">          watchCore.connectMic.openDeviceSetting();</w:t>
        <w:br/>
        <w:t xml:space="preserve">        });</w:t>
        <w:br/>
        <w:br/>
        <w:t xml:space="preserve">        // 申请连麦</w:t>
        <w:br/>
        <w:t xml:space="preserve">        const $applyConnectMicBtn = document.querySelector(</w:t>
        <w:br/>
        <w:t xml:space="preserve">          ".demo-connect-mic-control__apply-btn"</w:t>
        <w:br/>
        <w:t xml:space="preserve">        );</w:t>
        <w:br/>
        <w:t xml:space="preserve">        $applyConnectMicBtn.addEventListener("click", async () =&gt; {</w:t>
        <w:br/>
        <w:t xml:space="preserve">          if (!checkConnectMicEnabled()) return;</w:t>
        <w:br/>
        <w:br/>
        <w:t xml:space="preserve">          if (!checkApplyConnectMicEnabled()) {</w:t>
        <w:br/>
        <w:t xml:space="preserve">            console.warn("请先等讲师发起连麦！");</w:t>
        <w:br/>
        <w:t xml:space="preserve">            return;</w:t>
        <w:br/>
        <w:t xml:space="preserve">          }</w:t>
        <w:br/>
        <w:br/>
        <w:t xml:space="preserve">          if (checkIsConnectMicing()) {</w:t>
        <w:br/>
        <w:t xml:space="preserve">            console.warn("当前已在连麦中，请勿重复申请！");</w:t>
        <w:br/>
        <w:t xml:space="preserve">            return;</w:t>
        <w:br/>
        <w:t xml:space="preserve">          }</w:t>
        <w:br/>
        <w:br/>
        <w:t xml:space="preserve">          const connectMicType = globalStore.connectMicInfo.connectMicType;</w:t>
        <w:br/>
        <w:br/>
        <w:t xml:space="preserve">          console.warn(</w:t>
        <w:br/>
        <w:t xml:space="preserve">            "正在申请连麦，当前连麦类型为：",</w:t>
        <w:br/>
        <w:t xml:space="preserve">            connectMicType === ConnectMicType.Video ? "视频连麦" : "音频连麦"</w:t>
        <w:br/>
        <w:t xml:space="preserve">          );</w:t>
        <w:br/>
        <w:br/>
        <w:t xml:space="preserve">          const result = await watchCore.connectMic.applyConnectMic();</w:t>
        <w:br/>
        <w:t xml:space="preserve">          if (</w:t>
        <w:br/>
        <w:t xml:space="preserve">            !result.success &amp;&amp;</w:t>
        <w:br/>
        <w:t xml:space="preserve">            result.failReason === ConnectMicError.GetDevicePermissionFail</w:t>
        <w:br/>
        <w:t xml:space="preserve">          ) {</w:t>
        <w:br/>
        <w:t xml:space="preserve">            alert("无法获取设备权限或无设备，请检查后重试！");</w:t>
        <w:br/>
        <w:t xml:space="preserve">            return;</w:t>
        <w:br/>
        <w:t xml:space="preserve">          }</w:t>
        <w:br/>
        <w:t xml:space="preserve">          if (result.success) {</w:t>
        <w:br/>
        <w:t xml:space="preserve">            console.warn("申请连麦成功，请等待讲师同意上麦");</w:t>
        <w:br/>
        <w:t xml:space="preserve">          } else {</w:t>
        <w:br/>
        <w:t xml:space="preserve">            console.warn("申请连麦失败", result.failReason);</w:t>
        <w:br/>
        <w:t xml:space="preserve">          }</w:t>
        <w:br/>
        <w:t xml:space="preserve">        });</w:t>
        <w:br/>
        <w:br/>
        <w:t xml:space="preserve">        // 取消申请连麦</w:t>
        <w:br/>
        <w:t xml:space="preserve">        const $applyCancelBtn = document.querySelector(</w:t>
        <w:br/>
        <w:t xml:space="preserve">          ".demo-connect-mic-control__cancel-apply-btn"</w:t>
        <w:br/>
        <w:t xml:space="preserve">        );</w:t>
        <w:br/>
        <w:t xml:space="preserve">        $applyCancelBtn.addEventListener("click", () =&gt; {</w:t>
        <w:br/>
        <w:t xml:space="preserve">          if (!checkConnectMicEnabled()) return;</w:t>
        <w:br/>
        <w:br/>
        <w:t xml:space="preserve">          if (!checkApplyConnectMicEnabled()) {</w:t>
        <w:br/>
        <w:t xml:space="preserve">            console.warn("请先等讲师发起连麦！");</w:t>
        <w:br/>
        <w:t xml:space="preserve">            return;</w:t>
        <w:br/>
        <w:t xml:space="preserve">          }</w:t>
        <w:br/>
        <w:br/>
        <w:t xml:space="preserve">          if (checkIsConnectMicing()) {</w:t>
        <w:br/>
        <w:t xml:space="preserve">            console.warn("当前已在连麦中，无法取消申请，请结束连麦！");</w:t>
        <w:br/>
        <w:t xml:space="preserve">            return;</w:t>
        <w:br/>
        <w:t xml:space="preserve">          }</w:t>
        <w:br/>
        <w:br/>
        <w:t xml:space="preserve">          watchCore.connectMic.cancelApplyConnectMic();</w:t>
        <w:br/>
        <w:t xml:space="preserve">          console.warn("取消申请连麦成功");</w:t>
        <w:br/>
        <w:t xml:space="preserve">        });</w:t>
        <w:br/>
        <w:br/>
        <w:t xml:space="preserve">        // 结束连麦</w:t>
        <w:br/>
        <w:t xml:space="preserve">        const $hangUpBtn = document.querySelector(</w:t>
        <w:br/>
        <w:t xml:space="preserve">          ".demo-connect-mic-control__hang-up-btn"</w:t>
        <w:br/>
        <w:t xml:space="preserve">        );</w:t>
        <w:br/>
        <w:t xml:space="preserve">        $hangUpBtn.addEventListener("click", () =&gt; {</w:t>
        <w:br/>
        <w:t xml:space="preserve">          if (!checkConnectMicEnabled()) return;</w:t>
        <w:br/>
        <w:br/>
        <w:t xml:space="preserve">          if (!checkIsConnectMicing()) {</w:t>
        <w:br/>
        <w:t xml:space="preserve">            console.warn("当前不在连麦中，无法结束连麦！");</w:t>
        <w:br/>
        <w:t xml:space="preserve">            return;</w:t>
        <w:br/>
        <w:t xml:space="preserve">          }</w:t>
        <w:br/>
        <w:br/>
        <w:t xml:space="preserve">          watchCore.connectMic.endConnectMic();</w:t>
        <w:br/>
        <w:t xml:space="preserve">          console.warn("结束连麦成功");</w:t>
        <w:br/>
        <w:t xml:space="preserve">        });</w:t>
        <w:br/>
        <w:br/>
        <w:t xml:space="preserve">        // 切换摄像头开关</w:t>
        <w:br/>
        <w:t xml:space="preserve">        const $videoToggleBtn = document.querySelector(</w:t>
        <w:br/>
        <w:t xml:space="preserve">          ".demo-connect-mic-control__video-toggle"</w:t>
        <w:br/>
        <w:t xml:space="preserve">        );</w:t>
        <w:br/>
        <w:t xml:space="preserve">        $videoToggleBtn.addEventListener("click", () =&gt; {</w:t>
        <w:br/>
        <w:t xml:space="preserve">          if (!checkConnectMicEnabled()) return;</w:t>
        <w:br/>
        <w:br/>
        <w:t xml:space="preserve">          const connectMicType = globalStore.connectMicInfo.connectMicType;</w:t>
        <w:br/>
        <w:t xml:space="preserve">          if (connectMicType === ConnectMicType.Audio) {</w:t>
        <w:br/>
        <w:t xml:space="preserve">            alert("当前为音频连麦，无法切换摄像头");</w:t>
        <w:br/>
        <w:t xml:space="preserve">            return;</w:t>
        <w:br/>
        <w:t xml:space="preserve">          }</w:t>
        <w:br/>
        <w:br/>
        <w:t xml:space="preserve">          const localMicItem = getLocalMicItem();</w:t>
        <w:br/>
        <w:t xml:space="preserve">          if (!localMicItem) {</w:t>
        <w:br/>
        <w:t xml:space="preserve">            alert("当前未连麦，无法切换摄像头");</w:t>
        <w:br/>
        <w:t xml:space="preserve">            return;</w:t>
        <w:br/>
        <w:t xml:space="preserve">          }</w:t>
        <w:br/>
        <w:br/>
        <w:t xml:space="preserve">          if (localMicItem.isVideoMuted) {</w:t>
        <w:br/>
        <w:t xml:space="preserve">            console.log("开启摄像头");</w:t>
        <w:br/>
        <w:t xml:space="preserve">            watchCore.connectMic.enabledVideo();</w:t>
        <w:br/>
        <w:t xml:space="preserve">          } else {</w:t>
        <w:br/>
        <w:t xml:space="preserve">            console.log("关闭摄像头");</w:t>
        <w:br/>
        <w:t xml:space="preserve">            watchCore.connectMic.disabledVideo();</w:t>
        <w:br/>
        <w:t xml:space="preserve">          }</w:t>
        <w:br/>
        <w:t xml:space="preserve">        });</w:t>
        <w:br/>
        <w:br/>
        <w:t xml:space="preserve">        // 切换麦克风开关</w:t>
        <w:br/>
        <w:t xml:space="preserve">        const $audioToggleBtn = document.querySelector(</w:t>
        <w:br/>
        <w:t xml:space="preserve">          ".demo-connect-mic-control__audio-toggle"</w:t>
        <w:br/>
        <w:t xml:space="preserve">        );</w:t>
        <w:br/>
        <w:t xml:space="preserve">        $audioToggleBtn.addEventListener("click", () =&gt; {</w:t>
        <w:br/>
        <w:t xml:space="preserve">          if (!checkConnectMicEnabled()) return;</w:t>
        <w:br/>
        <w:br/>
        <w:t xml:space="preserve">          const localMicItem = getLocalMicItem();</w:t>
        <w:br/>
        <w:t xml:space="preserve">          if (!localMicItem) {</w:t>
        <w:br/>
        <w:t xml:space="preserve">            alert("当前未连麦，无法切换麦克风");</w:t>
        <w:br/>
        <w:t xml:space="preserve">            return;</w:t>
        <w:br/>
        <w:t xml:space="preserve">          }</w:t>
        <w:br/>
        <w:br/>
        <w:t xml:space="preserve">          if (localMicItem.isAudioMuted) {</w:t>
        <w:br/>
        <w:t xml:space="preserve">            console.log("开启麦克风");</w:t>
        <w:br/>
        <w:t xml:space="preserve">            watchCore.connectMic.enabledAudio();</w:t>
        <w:br/>
        <w:t xml:space="preserve">          } else {</w:t>
        <w:br/>
        <w:t xml:space="preserve">            console.log("关闭麦克风");</w:t>
        <w:br/>
        <w:t xml:space="preserve">            watchCore.connectMic.disabledAudio();</w:t>
        <w:br/>
        <w:t xml:space="preserve">          }</w:t>
        <w:br/>
        <w:t xml:space="preserve">        });</w:t>
        <w:br/>
        <w:br/>
        <w:t xml:space="preserve">        // 切换镜像</w:t>
        <w:br/>
        <w:t xml:space="preserve">        const $mirrorToggleBtn = document.querySelector(</w:t>
        <w:br/>
        <w:t xml:space="preserve">          ".demo-connect-mic-control__mirror-toggle"</w:t>
        <w:br/>
        <w:t xml:space="preserve">        );</w:t>
        <w:br/>
        <w:t xml:space="preserve">        $mirrorToggleBtn.addEventListener("click", () =&gt; {</w:t>
        <w:br/>
        <w:t xml:space="preserve">          if (!checkConnectMicEnabled()) return;</w:t>
        <w:br/>
        <w:br/>
        <w:t xml:space="preserve">          const connectMicType = globalStore.connectMicInfo.connectMicType;</w:t>
        <w:br/>
        <w:t xml:space="preserve">          if (connectMicType === ConnectMicType.Audio) {</w:t>
        <w:br/>
        <w:t xml:space="preserve">            alert("当前为音频连麦，无法切换镜像");</w:t>
        <w:br/>
        <w:t xml:space="preserve">            return;</w:t>
        <w:br/>
        <w:t xml:space="preserve">          }</w:t>
        <w:br/>
        <w:br/>
        <w:t xml:space="preserve">          const localMicItem = getLocalMicItem();</w:t>
        <w:br/>
        <w:t xml:space="preserve">          if (!localMicItem) {</w:t>
        <w:br/>
        <w:t xml:space="preserve">            alert("当前未连麦，无法切换镜像");</w:t>
        <w:br/>
        <w:t xml:space="preserve">            return;</w:t>
        <w:br/>
        <w:t xml:space="preserve">          }</w:t>
        <w:br/>
        <w:br/>
        <w:t xml:space="preserve">          const mirrorEnabled = watchCore.connectMic.getMirrorEnabled();</w:t>
        <w:br/>
        <w:t xml:space="preserve">          watchCore.connectMic.toggleMirror();</w:t>
        <w:br/>
        <w:t xml:space="preserve">          const newMirrorEnabled = !mirrorEnabled;</w:t>
        <w:br/>
        <w:t xml:space="preserve">          console.log(</w:t>
        <w:br/>
        <w:t xml:space="preserve">            mirrorEnabled ? "关闭镜像" : "开启镜像",</w:t>
        <w:br/>
        <w:t xml:space="preserve">            "当前镜像状态：",</w:t>
        <w:br/>
        <w:t xml:space="preserve">            newMirrorEnabled</w:t>
        <w:br/>
        <w:t xml:space="preserve">          );</w:t>
        <w:br/>
        <w:br/>
        <w:t xml:space="preserve">          // 更新镜像状态显示</w:t>
        <w:br/>
        <w:t xml:space="preserve">          if (localMicItem) {</w:t>
        <w:br/>
        <w:t xml:space="preserve">            renderMicInfoMirrorText({</w:t>
        <w:br/>
        <w:t xml:space="preserve">              mirrorEnabled: newMirrorEnabled,</w:t>
        <w:br/>
        <w:t xml:space="preserve">              micItem: localMicItem,</w:t>
        <w:br/>
        <w:t xml:space="preserve">            });</w:t>
        <w:br/>
        <w:t xml:space="preserve">          }</w:t>
        <w:br/>
        <w:t xml:space="preserve">        });</w:t>
        <w:br/>
        <w:br/>
        <w:t xml:space="preserve">        // 接受邀请上麦</w:t>
        <w:br/>
        <w:t xml:space="preserve">        const $acceptInviteBtn = document.querySelector(</w:t>
        <w:br/>
        <w:t xml:space="preserve">          ".demo-connect-mic-control__accept-invite-btn"</w:t>
        <w:br/>
        <w:t xml:space="preserve">        );</w:t>
        <w:br/>
        <w:t xml:space="preserve">        $acceptInviteBtn.addEventListener("click", () =&gt; {</w:t>
        <w:br/>
        <w:t xml:space="preserve">          if (!checkConnectMicEnabled()) return;</w:t>
        <w:br/>
        <w:t xml:space="preserve">          watchCore.connectMic.acceptInvite();</w:t>
        <w:br/>
        <w:t xml:space="preserve">          console.log("已接受邀请上麦");</w:t>
        <w:br/>
        <w:t xml:space="preserve">        });</w:t>
        <w:br/>
        <w:br/>
        <w:t xml:space="preserve">        // 拒绝邀请上麦</w:t>
        <w:br/>
        <w:t xml:space="preserve">        const $refuseInviteBtn = document.querySelector(</w:t>
        <w:br/>
        <w:t xml:space="preserve">          ".demo-connect-mic-control__refuse-invite-btn"</w:t>
        <w:br/>
        <w:t xml:space="preserve">        );</w:t>
        <w:br/>
        <w:t xml:space="preserve">        $refuseInviteBtn.addEventListener("click", () =&gt; {</w:t>
        <w:br/>
        <w:t xml:space="preserve">          if (!checkConnectMicEnabled()) return;</w:t>
        <w:br/>
        <w:t xml:space="preserve">          watchCore.connectMic.refuseInvite();</w:t>
        <w:br/>
        <w:t xml:space="preserve">          console.log("已拒绝邀请上麦");</w:t>
        <w:br/>
        <w:t xml:space="preserve">        });</w:t>
        <w:br/>
        <w:br/>
        <w:t xml:space="preserve">        // 开启本地预览</w:t>
        <w:br/>
        <w:t xml:space="preserve">        const $startPreviewBtn = document.querySelector(</w:t>
        <w:br/>
        <w:t xml:space="preserve">          ".demo-connect-mic-control__start-preview-btn"</w:t>
        <w:br/>
        <w:t xml:space="preserve">        );</w:t>
        <w:br/>
        <w:t xml:space="preserve">        $startPreviewBtn.addEventListener("click", async () =&gt; {</w:t>
        <w:br/>
        <w:t xml:space="preserve">          if (!checkConnectMicEnabled()) return;</w:t>
        <w:br/>
        <w:t xml:space="preserve">          const previewEl = document.getElementById("preview-container");</w:t>
        <w:br/>
        <w:t xml:space="preserve">          try {</w:t>
        <w:br/>
        <w:t xml:space="preserve">            await watchCore.connectMic.startPreview({</w:t>
        <w:br/>
        <w:t xml:space="preserve">              videoEl: previewEl,</w:t>
        <w:br/>
        <w:t xml:space="preserve">              video: true,</w:t>
        <w:br/>
        <w:t xml:space="preserve">              audio: true,</w:t>
        <w:br/>
        <w:t xml:space="preserve">            });</w:t>
        <w:br/>
        <w:t xml:space="preserve">            console.log("本地预览已开启");</w:t>
        <w:br/>
        <w:t xml:space="preserve">          } catch (e) {</w:t>
        <w:br/>
        <w:t xml:space="preserve">            console.error("开启本地预览失败", e);</w:t>
        <w:br/>
        <w:t xml:space="preserve">          }</w:t>
        <w:br/>
        <w:t xml:space="preserve">        });</w:t>
        <w:br/>
        <w:br/>
        <w:t xml:space="preserve">        // 停止本地预览</w:t>
        <w:br/>
        <w:t xml:space="preserve">        const $stopPreviewBtn = document.querySelector(</w:t>
        <w:br/>
        <w:t xml:space="preserve">          ".demo-connect-mic-control__stop-preview-btn"</w:t>
        <w:br/>
        <w:t xml:space="preserve">        );</w:t>
        <w:br/>
        <w:t xml:space="preserve">        $stopPreviewBtn.addEventListener("click", () =&gt; {</w:t>
        <w:br/>
        <w:t xml:space="preserve">          if (!checkConnectMicEnabled()) return;</w:t>
        <w:br/>
        <w:t xml:space="preserve">          watchCore.connectMic.stopPreview();</w:t>
        <w:br/>
        <w:t xml:space="preserve">          console.log("本地预览已停止");</w:t>
        <w:br/>
        <w:t xml:space="preserve">        });</w:t>
        <w:br/>
        <w:br/>
        <w:t xml:space="preserve">        // 切换本地音视频开关</w:t>
        <w:br/>
        <w:t xml:space="preserve">        const $toggleLocalMuteBtn = document.querySelector(</w:t>
        <w:br/>
        <w:t xml:space="preserve">          ".demo-connect-mic-control__toggle-local-mute-btn"</w:t>
        <w:br/>
        <w:t xml:space="preserve">        );</w:t>
        <w:br/>
        <w:t xml:space="preserve">        $toggleLocalMuteBtn.addEventListener("click", () =&gt; {</w:t>
        <w:br/>
        <w:t xml:space="preserve">          if (!checkConnectMicEnabled()) return;</w:t>
        <w:br/>
        <w:t xml:space="preserve">          const current = watchCore.connectMic.getLocalMuteStatus();</w:t>
        <w:br/>
        <w:t xml:space="preserve">          watchCore.connectMic.setLocalMuteStatus({</w:t>
        <w:br/>
        <w:t xml:space="preserve">            video: !current.video,</w:t>
        <w:br/>
        <w:t xml:space="preserve">            audio: !current.audio,</w:t>
        <w:br/>
        <w:t xml:space="preserve">          });</w:t>
        <w:br/>
        <w:t xml:space="preserve">          console.log("切换本地音视频开关");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绑定连麦模块相关事件</w:t>
        <w:br/>
        <w:t xml:space="preserve">       */</w:t>
        <w:br/>
        <w:t xml:space="preserve">      function bindConnectMicEvent(watchCore) {</w:t>
        <w:br/>
        <w:t xml:space="preserve">        // 连麦模块-监听连麦信息改变</w:t>
        <w:br/>
        <w:t xml:space="preserve">        watchCore.connectMic.eventEmitter.on(</w:t>
        <w:br/>
        <w:t xml:space="preserve">          ConnectMicEvents.ConnectMicInfoChange,</w:t>
        <w:br/>
        <w:t xml:space="preserve">          () =&gt; {</w:t>
        <w:br/>
        <w:t xml:space="preserve">            globalStore.connectMicInfo =</w:t>
        <w:br/>
        <w:t xml:space="preserve">              watchCore.connectMic.getConnectMicInfo();</w:t>
        <w:br/>
        <w:br/>
        <w:t xml:space="preserve">            document.getElementById("connect-mic-status").innerText =</w:t>
        <w:br/>
        <w:t xml:space="preserve">              globalStore.connectMicInfo.connectMicStatus;</w:t>
        <w:br/>
        <w:t xml:space="preserve">            document.getElementById("open-mic-status").innerText = globalStore</w:t>
        <w:br/>
        <w:t xml:space="preserve">              .connectMicInfo.openMicStatus</w:t>
        <w:br/>
        <w:t xml:space="preserve">              ? "开启"</w:t>
        <w:br/>
        <w:t xml:space="preserve">              : "关闭";</w:t>
        <w:br/>
        <w:br/>
        <w:t xml:space="preserve">            // 更新镜像状态显示</w:t>
        <w:br/>
        <w:t xml:space="preserve">            const localMicItem = getLocalMicItem();</w:t>
        <w:br/>
        <w:t xml:space="preserve">            if (localMicItem) {</w:t>
        <w:br/>
        <w:t xml:space="preserve">              renderMicInfoMirrorText({</w:t>
        <w:br/>
        <w:t xml:space="preserve">                mirrorEnabled: globalStore.connectMicInfo.mirrorEnabled,</w:t>
        <w:br/>
        <w:t xml:space="preserve">                micItem: localMicItem,</w:t>
        <w:br/>
        <w:t xml:space="preserve">              });</w:t>
        <w:br/>
        <w:t xml:space="preserve">            }</w:t>
        <w:br/>
        <w:t xml:space="preserve">          }</w:t>
        <w:br/>
        <w:t xml:space="preserve">        );</w:t>
        <w:br/>
        <w:br/>
        <w:t xml:space="preserve">        // 连麦模块-监听网络信息改变</w:t>
        <w:br/>
        <w:t xml:space="preserve">        watchCore.connectMic.eventEmitter.on(</w:t>
        <w:br/>
        <w:t xml:space="preserve">          ConnectMicEvents.NetworkInfoChange,</w:t>
        <w:br/>
        <w:t xml:space="preserve">          () =&gt; {</w:t>
        <w:br/>
        <w:t xml:space="preserve">            globalStore.networkInfo = watchCore.connectMic.getNetworkInfo();</w:t>
        <w:br/>
        <w:t xml:space="preserve">          }</w:t>
        <w:br/>
        <w:t xml:space="preserve">        );</w:t>
        <w:br/>
        <w:br/>
        <w:t xml:space="preserve">        // 连麦模块-监听设备采集失败</w:t>
        <w:br/>
        <w:t xml:space="preserve">        watchCore.connectMic.eventEmitter.on(</w:t>
        <w:br/>
        <w:t xml:space="preserve">          ConnectMicEvents.DeviceRecoverFail,</w:t>
        <w:br/>
        <w:t xml:space="preserve">          () =&gt; {</w:t>
        <w:br/>
        <w:t xml:space="preserve">            alert("自动采集失败，请检查设备正常连接后刷新页面重新进入");</w:t>
        <w:br/>
        <w:t xml:space="preserve">          }</w:t>
        <w:br/>
        <w:t xml:space="preserve">        );</w:t>
        <w:br/>
        <w:br/>
        <w:t xml:space="preserve">        // 连麦模块-监听邀请上麦</w:t>
        <w:br/>
        <w:t xml:space="preserve">        watchCore.connectMic.eventEmitter.on(</w:t>
        <w:br/>
        <w:t xml:space="preserve">          ConnectMicEvents.InviteConnectMic,</w:t>
        <w:br/>
        <w:t xml:space="preserve">          () =&gt; {</w:t>
        <w:br/>
        <w:t xml:space="preserve">            console.warn("讲师邀请你上麦！");</w:t>
        <w:br/>
        <w:t xml:space="preserve">            watchCore.connectMic.openInviting();</w:t>
        <w:br/>
        <w:t xml:space="preserve">          }</w:t>
        <w:br/>
        <w:t xml:space="preserve">        );</w:t>
        <w:br/>
        <w:br/>
        <w:t xml:space="preserve">        // 连麦模块-监听邀请上麦倒计时</w:t>
        <w:br/>
        <w:t xml:space="preserve">        watchCore.connectMic.eventEmitter.on(</w:t>
        <w:br/>
        <w:t xml:space="preserve">          ConnectMicEvents.InviteCountDown,</w:t>
        <w:br/>
        <w:t xml:space="preserve">          (data) =&gt; {</w:t>
        <w:br/>
        <w:t xml:space="preserve">            document.getElementById("invite-count-down").innerText =</w:t>
        <w:br/>
        <w:t xml:space="preserve">              `剩余 ${data.remain}s / 总 ${data.total}s`;</w:t>
        <w:br/>
        <w:t xml:space="preserve">          }</w:t>
        <w:br/>
        <w:t xml:space="preserve">        );</w:t>
        <w:br/>
        <w:br/>
        <w:t xml:space="preserve">        // 连麦模块-监听本地音视频开关变更</w:t>
        <w:br/>
        <w:t xml:space="preserve">        watchCore.connectMic.eventEmitter.on(</w:t>
        <w:br/>
        <w:t xml:space="preserve">          ConnectMicEvents.LocalMuteStatusChange,</w:t>
        <w:br/>
        <w:t xml:space="preserve">          (data) =&gt; {</w:t>
        <w:br/>
        <w:t xml:space="preserve">            document.getElementById("local-mute-status").innerText =</w:t>
        <w:br/>
        <w:t xml:space="preserve">              `摄像头：${data.video ? "关闭" : "开启"}，麦克风：${data.audio ? "关闭" : "开启"}`;</w:t>
        <w:br/>
        <w:t xml:space="preserve">          }</w:t>
        <w:br/>
        <w:t xml:space="preserve">        );</w:t>
        <w:br/>
        <w:br/>
        <w:t xml:space="preserve">        // 连麦模块-连麦列表修改</w:t>
        <w:br/>
        <w:t xml:space="preserve">        watchCore.connectMic.eventEmitter.on(</w:t>
        <w:br/>
        <w:t xml:space="preserve">          ConnectMicEvents.ConnectMicListChange,</w:t>
        <w:br/>
        <w:t xml:space="preserve">          () =&gt; {</w:t>
        <w:br/>
        <w:t xml:space="preserve">            globalStore.connectMicList =</w:t>
        <w:br/>
        <w:t xml:space="preserve">              watchCore.connectMic.getConnectMicList();</w:t>
        <w:br/>
        <w:t xml:space="preserve">            renderConnectMicList();</w:t>
        <w:br/>
        <w:t xml:space="preserve">          }</w:t>
        <w:br/>
        <w:t xml:space="preserve">        );</w:t>
        <w:br/>
        <w:br/>
        <w:t xml:space="preserve">        // 连麦模块-监听讲师挂断当前连麦者</w:t>
        <w:br/>
        <w:t xml:space="preserve">        watchCore.connectMic.eventEmitter.on(</w:t>
        <w:br/>
        <w:t xml:space="preserve">          ConnectMicEvents.TeacherHangUp,</w:t>
        <w:br/>
        <w:t xml:space="preserve">          () =&gt; {</w:t>
        <w:br/>
        <w:t xml:space="preserve">            alert("讲师已挂断你的连麦");</w:t>
        <w:br/>
        <w:t xml:space="preserve">          }</w:t>
        <w:br/>
        <w:t xml:space="preserve">        );</w:t>
        <w:br/>
        <w:br/>
        <w:t xml:space="preserve">        // 连麦模块-监听连麦人数到达上限</w:t>
        <w:br/>
        <w:t xml:space="preserve">        watchCore.connectMic.eventEmitter.on(</w:t>
        <w:br/>
        <w:t xml:space="preserve">          ConnectMicEvents.ConnectMicOverLimit,</w:t>
        <w:br/>
        <w:t xml:space="preserve">          () =&gt; {</w:t>
        <w:br/>
        <w:t xml:space="preserve">            alert("连麦失败，连麦人数已到达上限");</w:t>
        <w:br/>
        <w:t xml:space="preserve">          }</w:t>
        <w:br/>
        <w:t xml:space="preserve">        );</w:t>
        <w:br/>
        <w:br/>
        <w:t xml:space="preserve">        // 连麦模块-监听本地流的摄像头状态变化</w:t>
        <w:br/>
        <w:t xml:space="preserve">        watchCore.connectMic.eventEmitter.on(</w:t>
        <w:br/>
        <w:t xml:space="preserve">          ConnectMicEvents.LocalVideoMuteChange,</w:t>
        <w:br/>
        <w:t xml:space="preserve">          ({ isVideoMuted }) =&gt; {</w:t>
        <w:br/>
        <w:t xml:space="preserve">            renderMicInfoVideoText({</w:t>
        <w:br/>
        <w:t xml:space="preserve">              isVideoMuted,</w:t>
        <w:br/>
        <w:t xml:space="preserve">              micItem: getLocalMicItem(),</w:t>
        <w:br/>
        <w:t xml:space="preserve">            });</w:t>
        <w:br/>
        <w:t xml:space="preserve">          }</w:t>
        <w:br/>
        <w:t xml:space="preserve">        );</w:t>
        <w:br/>
        <w:br/>
        <w:t xml:space="preserve">        // 连麦模块-监听本地流的麦克风状态变化</w:t>
        <w:br/>
        <w:t xml:space="preserve">        watchCore.connectMic.eventEmitter.on(</w:t>
        <w:br/>
        <w:t xml:space="preserve">          ConnectMicEvents.LocalAudioMuteChange,</w:t>
        <w:br/>
        <w:t xml:space="preserve">          ({ isAudioMuted }) =&gt; {</w:t>
        <w:br/>
        <w:t xml:space="preserve">            renderMicInfoAudioText({</w:t>
        <w:br/>
        <w:t xml:space="preserve">              isAudioMuted,</w:t>
        <w:br/>
        <w:t xml:space="preserve">              micItem: getLocalMicItem(),</w:t>
        <w:br/>
        <w:t xml:space="preserve">            });</w:t>
        <w:br/>
        <w:t xml:space="preserve">          }</w:t>
        <w:br/>
        <w:t xml:space="preserve">        );</w:t>
        <w:br/>
        <w:br/>
        <w:t xml:space="preserve">        // 连麦模块-监听远端流的摄像头状态变化</w:t>
        <w:br/>
        <w:t xml:space="preserve">        watchCore.connectMic.eventEmitter.on(</w:t>
        <w:br/>
        <w:t xml:space="preserve">          ConnectMicEvents.RemoteVideoMuteChange,</w:t>
        <w:br/>
        <w:t xml:space="preserve">          ({ micItem, isVideoMuted }) =&gt; {</w:t>
        <w:br/>
        <w:t xml:space="preserve">            renderMicInfoVideoText({ isVideoMuted, micItem });</w:t>
        <w:br/>
        <w:t xml:space="preserve">          }</w:t>
        <w:br/>
        <w:t xml:space="preserve">        );</w:t>
        <w:br/>
        <w:br/>
        <w:t xml:space="preserve">        // 连麦模块-监听远端流的麦克风状态变化</w:t>
        <w:br/>
        <w:t xml:space="preserve">        watchCore.connectMic.eventEmitter.on(</w:t>
        <w:br/>
        <w:t xml:space="preserve">          ConnectMicEvents.RemoteAudioMuteChange,</w:t>
        <w:br/>
        <w:t xml:space="preserve">          ({ micItem, isAudioMuted }) =&gt; {</w:t>
        <w:br/>
        <w:t xml:space="preserve">            renderMicInfoAudioText({ isAudioMuted, micItem });</w:t>
        <w:br/>
        <w:t xml:space="preserve">          }</w:t>
        <w:br/>
        <w:t xml:space="preserve">        );</w:t>
        <w:br/>
        <w:t xml:space="preserve">      }</w:t>
        <w:br/>
        <w:br/>
        <w:t xml:space="preserve">      /**</w:t>
        <w:br/>
        <w:t xml:space="preserve">       * 绑定 watch-sdk 事件</w:t>
        <w:br/>
        <w:t xml:space="preserve">       */</w:t>
        <w:br/>
        <w:t xml:space="preserve">      function bindWatchSdkEvent(watchCore) {</w:t>
        <w:br/>
        <w:t xml:space="preserve">        // 监听核心 - setup 钩子</w:t>
        <w:br/>
        <w:t xml:space="preserve">        watchCore.eventEmitter.on(PolyvWatchCoreEvents.WatchCoreSetuped, () =&gt; {</w:t>
        <w:br/>
        <w:t xml:space="preserve">          console.info("观看页核心实例安装完成");</w:t>
        <w:br/>
        <w:t xml:space="preserve">        });</w:t>
        <w:br/>
        <w:br/>
        <w:t xml:space="preserve">        // 监听核心 - 连接聊天室</w:t>
        <w:br/>
        <w:t xml:space="preserve">        watchCore.eventEmitter.on(</w:t>
        <w:br/>
        <w:t xml:space="preserve">          PolyvWatchCoreEvents.WatchCoreConnected,</w:t>
        <w:br/>
        <w:t xml:space="preserve">          () =&gt; {</w:t>
        <w:br/>
        <w:t xml:space="preserve">            console.info("观看页核心实例连接聊天室成功");</w:t>
        <w:br/>
        <w:t xml:space="preserve">            globalStore.chatConnected = true;</w:t>
        <w:br/>
        <w:t xml:space="preserve">          }</w:t>
        <w:br/>
        <w:t xml:space="preserve">        );</w:t>
        <w:br/>
        <w:br/>
        <w:t xml:space="preserve">        // 监听直播流变化</w:t>
        <w:br/>
        <w:t xml:space="preserve">        watchCore.channel.eventEmitter.on(</w:t>
        <w:br/>
        <w:t xml:space="preserve">          ChannelEvents.LiveStatusChange,</w:t>
        <w:br/>
        <w:t xml:space="preserve">          ({ liveStatus }) =&gt; {</w:t>
        <w:br/>
        <w:t xml:space="preserve">            if (globalStore.liveStatus === liveStatus) return;</w:t>
        <w:br/>
        <w:br/>
        <w:t xml:space="preserve">            globalStore.liveStatus = liveStatus;</w:t>
        <w:br/>
        <w:t xml:space="preserve">            console.warn("流状态变化", liveStatus);</w:t>
        <w:br/>
        <w:t xml:space="preserve">            // 直播流变化时重新创建播放器</w:t>
        <w:br/>
        <w:t xml:space="preserve">            if (globalStore.playerInited) {</w:t>
        <w:br/>
        <w:t xml:space="preserve">              globalStore.playerInited = false;</w:t>
        <w:br/>
        <w:t xml:space="preserve">              createPlayer(watchCore);</w:t>
        <w:br/>
        <w:t xml:space="preserve">            }</w:t>
        <w:br/>
        <w:t xml:space="preserve">          }</w:t>
        <w:br/>
        <w:t xml:space="preserve">        );</w:t>
        <w:br/>
        <w:br/>
        <w:t xml:space="preserve">        // 监听播放器-初始化事件</w:t>
        <w:br/>
        <w:t xml:space="preserve">        watchCore.player.eventEmitter.on(PlayerEvents.PlayerInited, () =&gt; {</w:t>
        <w:br/>
        <w:t xml:space="preserve">          const playerInfo = watchCore.player.getPlayerInfo();</w:t>
        <w:br/>
        <w:t xml:space="preserve">          globalStore.playerInited = playerInfo.playerInited;</w:t>
        <w:br/>
        <w:br/>
        <w:t xml:space="preserve">          console.warn("播放器初始化完成");</w:t>
        <w:br/>
        <w:t xml:space="preserve">          console.log("当前是否使用无延迟播放器：", playerInfo.isLowLatency);</w:t>
        <w:br/>
        <w:t xml:space="preserve">        });</w:t>
        <w:br/>
        <w:br/>
        <w:t xml:space="preserve">        // 监听播放器-播放信息变化</w:t>
        <w:br/>
        <w:t xml:space="preserve">        watchCore.player.eventEmitter.on(</w:t>
        <w:br/>
        <w:t xml:space="preserve">          PlayerEvents.PlayerInfoChange,</w:t>
        <w:br/>
        <w:t xml:space="preserve">          ({ playerInfo }) =&gt; {</w:t>
        <w:br/>
        <w:t xml:space="preserve">            globalStore.playStatus = playerInfo.playStatus;</w:t>
        <w:br/>
        <w:t xml:space="preserve">          }</w:t>
        <w:br/>
        <w:t xml:space="preserve">        );</w:t>
        <w:br/>
        <w:br/>
        <w:t xml:space="preserve">        // 监听播放器-播放时间改变</w:t>
        <w:br/>
        <w:t xml:space="preserve">        watchCore.player.eventEmitter.on(</w:t>
        <w:br/>
        <w:t xml:space="preserve">          PlayerEvents.TimeUpdate,</w:t>
        <w:br/>
        <w:t xml:space="preserve">          ({ currentTime, durationTime }) =&gt; {</w:t>
        <w:br/>
        <w:t xml:space="preserve">            console.warn("播放器时间变化：", { currentTime, durationTime });</w:t>
        <w:br/>
        <w:t xml:space="preserve">          }</w:t>
        <w:br/>
        <w:t xml:space="preserve">        );</w:t>
        <w:br/>
        <w:br/>
        <w:t xml:space="preserve">        // 监听播放器-播放事件</w:t>
        <w:br/>
        <w:t xml:space="preserve">        watchCore.player.eventEmitter.on(PlayerEvents.PlayerPlaying, () =&gt; {</w:t>
        <w:br/>
        <w:t xml:space="preserve">          console.warn("播放回调，播放视频中");</w:t>
        <w:br/>
        <w:t xml:space="preserve">        });</w:t>
        <w:br/>
        <w:br/>
        <w:t xml:space="preserve">        // 监听播放器-暂停事件</w:t>
        <w:br/>
        <w:t xml:space="preserve">        watchCore.player.eventEmitter.on(PlayerEvents.PlayerPause, () =&gt; {</w:t>
        <w:br/>
        <w:t xml:space="preserve">          console.warn("暂停回调，已暂停视频播放");</w:t>
        <w:br/>
        <w:t xml:space="preserve">        });</w:t>
        <w:br/>
        <w:br/>
        <w:t xml:space="preserve">        // 监听聊天室-超出直播间最大在线人数</w:t>
        <w:br/>
        <w:t xml:space="preserve">        watchCore.chat.eventEmitter.on(ChatEvents.OverMaxOnlineCount, () =&gt; {</w:t>
        <w:br/>
        <w:t xml:space="preserve">          alert("已超出直播间最大在线人数 ！");</w:t>
        <w:br/>
        <w:t xml:space="preserve">        });</w:t>
        <w:br/>
        <w:br/>
        <w:t xml:space="preserve">        // 监听聊天室-点赞数回调</w:t>
        <w:br/>
        <w:t xml:space="preserve">        watchCore.chat.eventEmitter.on(</w:t>
        <w:br/>
        <w:t xml:space="preserve">          ChatEvents.ChatLikeCountChange,</w:t>
        <w:br/>
        <w:t xml:space="preserve">          (data) =&gt; {</w:t>
        <w:br/>
        <w:t xml:space="preserve">            console.log("实时点赞数：", data.realtimeLikes);</w:t>
        <w:br/>
        <w:t xml:space="preserve">          }</w:t>
        <w:br/>
        <w:t xml:space="preserve">        );</w:t>
        <w:br/>
        <w:br/>
        <w:t xml:space="preserve">        bindConnectMicEvent(watchCore);</w:t>
        <w:br/>
        <w:t xml:space="preserve">      }</w:t>
        <w:br/>
        <w:br/>
        <w:t xml:space="preserve">      /**</w:t>
        <w:br/>
        <w:t xml:space="preserve">       * 绑定事件</w:t>
        <w:br/>
        <w:t xml:space="preserve">       */</w:t>
        <w:br/>
        <w:t xml:space="preserve">      function bindEvent(watchCore) {</w:t>
        <w:br/>
        <w:t xml:space="preserve">        bindUIEvent(watchCore);</w:t>
        <w:br/>
        <w:t xml:space="preserve">        bindWatchSdkEvent(watchCore);</w:t>
        <w:br/>
        <w:t xml:space="preserve">      }</w:t>
        <w:br/>
        <w:br/>
        <w:t xml:space="preserve">      /**</w:t>
        <w:br/>
        <w:t xml:space="preserve">       * 安装连麦功能</w:t>
        <w:br/>
        <w:t xml:space="preserve">       */</w:t>
        <w:br/>
        <w:t xml:space="preserve">      async function setupConnectMic(watchCore) {</w:t>
        <w:br/>
        <w:t xml:space="preserve">        const result = await watchCore.connectMic.setupConnectMic();</w:t>
        <w:br/>
        <w:br/>
        <w:t xml:space="preserve">        if (result.success) {</w:t>
        <w:br/>
        <w:t xml:space="preserve">          globalStore.connectMicInited = true;</w:t>
        <w:br/>
        <w:t xml:space="preserve">          console.warn("正常初始化连麦功能");</w:t>
        <w:br/>
        <w:t xml:space="preserve">        } else {</w:t>
        <w:br/>
        <w:t xml:space="preserve">          console.log("连麦功能初始化失败", result.failReason);</w:t>
        <w:br/>
        <w:t xml:space="preserve">        }</w:t>
        <w:br/>
        <w:t xml:space="preserve">      }</w:t>
        <w:br/>
        <w:br/>
        <w:t xml:space="preserve">      /**</w:t>
        <w:br/>
        <w:t xml:space="preserve">       * 安装核心实例和授权</w:t>
        <w:br/>
        <w:t xml:space="preserve">       */</w:t>
        <w:br/>
        <w:t xml:space="preserve">      async function setupWatchCore(watchCore) {</w:t>
        <w:br/>
        <w:t xml:space="preserve">        await watchCore.setup();</w:t>
        <w:br/>
        <w:br/>
        <w:t xml:space="preserve">        if (!watchCore.auth.isAuthorized()) {</w:t>
        <w:br/>
        <w:t xml:space="preserve">          // 观众点击观看页入口或执行观看条件授权，如：无条件授权</w:t>
        <w:br/>
        <w:t xml:space="preserve">          const result = await watchCore.auth.verifyNoneAuth();</w:t>
        <w:br/>
        <w:t xml:space="preserve">          if (!result.success) {</w:t>
        <w:br/>
        <w:t xml:space="preserve">            console.error("授权失败了！！", result.failReason);</w:t>
        <w:br/>
        <w:t xml:space="preserve">            return;</w:t>
        <w:br/>
        <w:t xml:space="preserve">          }</w:t>
        <w:br/>
        <w:br/>
        <w:t xml:space="preserve">          // 当观众执行观看条件授权成功，需要重新安装 watchCore</w:t>
        <w:br/>
        <w:t xml:space="preserve">          await watchCore.setup();</w:t>
        <w:br/>
        <w:t xml:space="preserve">        }</w:t>
        <w:br/>
        <w:t xml:space="preserve">      }</w:t>
        <w:br/>
        <w:br/>
        <w:t xml:space="preserve">      /**</w:t>
        <w:br/>
        <w:t xml:space="preserve">       * 创建播放器</w:t>
        <w:br/>
        <w:t xml:space="preserve">       */</w:t>
        <w:br/>
        <w:t xml:space="preserve">      async function createPlayer(watchCore) {</w:t>
        <w:br/>
        <w:t xml:space="preserve">        // 获取回放选项，此次仅以单个回放为例</w:t>
        <w:br/>
        <w:t xml:space="preserve">        function __getPlayerPlaybackOptions() {</w:t>
        <w:br/>
        <w:t xml:space="preserve">          const liveStatus = watchCore.channel.getLiveStatus();</w:t>
        <w:br/>
        <w:br/>
        <w:t xml:space="preserve">          if (liveStatus !== LiveStatus.Playback) return;</w:t>
        <w:br/>
        <w:br/>
        <w:t xml:space="preserve">          const playbackTarget = watchCore.playback.getSinglePlaybackTarget();</w:t>
        <w:br/>
        <w:t xml:space="preserve">          watchCore.playback.setCurrentPlaybackTarget(playbackTarget);</w:t>
        <w:br/>
        <w:br/>
        <w:t xml:space="preserve">          return playbackTarget.playbackOptions;</w:t>
        <w:br/>
        <w:t xml:space="preserve">        }</w:t>
        <w:br/>
        <w:br/>
        <w:t xml:space="preserve">        // 具体文档参数见：https://help.polyv.net/index.html#/live/miniprogram/live_watch_miniprogram_sdk/articles/modules/player/player?id=classmethoddoc_playermodule_setupplayer</w:t>
        <w:br/>
        <w:t xml:space="preserve">        await watchCore.player.setupPlayer({</w:t>
        <w:br/>
        <w:t xml:space="preserve">          container: "#player",</w:t>
        <w:br/>
        <w:t xml:space="preserve">          lowLatency: false, // 是否无延迟播放</w:t>
        <w:br/>
        <w:t xml:space="preserve">          showController: false, // 是否显示播放器控制栏</w:t>
        <w:br/>
        <w:t xml:space="preserve">          playbackOptions: __getPlayerPlaybackOptions(), // 回放参数</w:t>
        <w:br/>
        <w:t xml:space="preserve">        });</w:t>
        <w:br/>
        <w:t xml:space="preserve">      }</w:t>
        <w:br/>
        <w:br/>
        <w:t xml:space="preserve">      /**</w:t>
        <w:br/>
        <w:t xml:space="preserve">       * 入口函数</w:t>
        <w:br/>
        <w:t xml:space="preserve">       */</w:t>
        <w:br/>
        <w:t xml:space="preserve">      async function main() {</w:t>
        <w:br/>
        <w:t xml:space="preserve">        // 创建核心，文档见：https://help.polyv.net/index.html#/live/miniprogram/live_watch_miniprogram_sdk/articles/core/sdk-core</w:t>
        <w:br/>
        <w:t xml:space="preserve">        const watchCore = createWatchCore({</w:t>
        <w:br/>
        <w:t xml:space="preserve">          channelId: "", // 请使用一个"公开观看"的频道</w:t>
        <w:br/>
        <w:t xml:space="preserve">          userInfo: {</w:t>
        <w:br/>
        <w:t xml:space="preserve">            // 用户信息</w:t>
        <w:br/>
        <w:t xml:space="preserve">            userId: "polyv-123456",</w:t>
        <w:br/>
        <w:t xml:space="preserve">            nick: "polyv-测试昵称",</w:t>
        <w:br/>
        <w:t xml:space="preserve">            actor: "polyv-测试头衔",</w:t>
        <w:br/>
        <w:t xml:space="preserve">          },</w:t>
        <w:br/>
        <w:t xml:space="preserve">        });</w:t>
        <w:br/>
        <w:br/>
        <w:t xml:space="preserve">        globalStore.watchCore = watchCore;</w:t>
        <w:br/>
        <w:br/>
        <w:t xml:space="preserve">        // 绑定相关事件</w:t>
        <w:br/>
        <w:t xml:space="preserve">        bindEvent(watchCore);</w:t>
        <w:br/>
        <w:br/>
        <w:t xml:space="preserve">        // 安装核心</w:t>
        <w:br/>
        <w:t xml:space="preserve">        await setupWatchCore(watchCore);</w:t>
        <w:br/>
        <w:br/>
        <w:t xml:space="preserve">        // 连接聊天室</w:t>
        <w:br/>
        <w:t xml:space="preserve">        await watchCore.connect();</w:t>
        <w:br/>
        <w:br/>
        <w:t xml:space="preserve">        // 创建播放器</w:t>
        <w:br/>
        <w:t xml:space="preserve">        await createPlayer(watchCore);</w:t>
        <w:br/>
        <w:br/>
        <w:t xml:space="preserve">        // 需要等聊天室连接完成后，再加载连麦功能</w:t>
        <w:br/>
        <w:t xml:space="preserve">        setupConnectMic(watchCore);</w:t>
        <w:br/>
        <w:t xml:space="preserve">      }</w:t>
        <w:br/>
        <w:br/>
        <w:t xml:space="preserve">      main();</w:t>
        <w:br/>
        <w:t xml:space="preserve">    &lt;/script&gt;</w:t>
        <w:br/>
        <w:t xml:space="preserve">  &lt;/body&gt;</w:t>
        <w:br/>
        <w:t>&lt;/html&gt;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入门示例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