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聊天室模块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聊天室模块(chat)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是一个服务于保利威聊天室服务的模块，包括获取和发送聊天室消息，聊天室用户登录登出，获取在线列表等功能。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该模块基于保利威的 </w:t>
      </w:r>
      <w:r>
        <w:rPr>
          <w:rFonts w:ascii="Menlo" w:hAnsi="Menlo"/>
          <w:color w:val="444444"/>
          <w:sz w:val="20"/>
        </w:rPr>
        <w:t>聊天室SDK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实现，并通过 </w:t>
      </w:r>
      <w:r>
        <w:rPr>
          <w:rFonts w:ascii="Menlo" w:hAnsi="Menlo"/>
          <w:color w:val="444444"/>
          <w:sz w:val="20"/>
        </w:rPr>
        <w:t>WebSocket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的方式来实现客户端与服务端的通信。</w:t>
      </w:r>
    </w:p>
    <w:p/>
    <w:p>
      <w:pPr>
        <w:pStyle w:val="Heading1"/>
      </w:pPr>
      <w:r>
        <w:t>一、Api 方法概览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Api 方法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getSocket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获取聊天室 socket 实例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setChatHistoryEncrypt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设置聊天历史消息是否加密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getChatInfo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获取聊天室信息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getChatSetting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获取聊天室设置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getChatHistory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获取聊天历史消息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getChatHistoryBySessionId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根据场次号分页获取聊天历史消息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getChatHistoryByTime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根据时间戳获取聊天历史消息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getRealtimeLikes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获取实时的点赞数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sendLike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发送点赞数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sendEmotionalFeedback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发送情绪反馈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sendSpeakMsg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发送文本消息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sendImageMsg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发送图片消息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sendEmotionImageMsg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发送表情图片消息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sendSystemMsg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发送系统消息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sendCustomMessage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发送自定义消息(客户端)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insertLocalRewardChatMsg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插入本地打赏消息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getFullMessage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获取超长消息的完整文本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startOnlineUserListPolling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开始在线用户列表轮询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stopOnlineUserListPolling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结束在线用户列表轮询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getOnlineUserListNew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获取在线用户列表新接口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getOnlineUserCount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获取聊天室的实时在线人数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parseSpeakContent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转换发言内容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getChatMsgReplayHistoryList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获取聊天消息重放历史数据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processChatMsgReplay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处理聊天消息重放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initChatMsgReplay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初始化聊天消息重放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addChatMsgReplayCachePlugin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添加聊天重放本地缓存插件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removeChatMsg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根据id 移除聊天消息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replaceChatMsg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根据id，替换对应的聊天内容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getSpeakTopInfo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获取评论上墙数据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setSpeakTop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设置评论上墙数据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cancelSpeakTop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取消评论上墙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getChatCustomIntroductionText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获取聊天区通知文本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getChannelFileList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获取频道文件列表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二、Event 事件概览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Event 事件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ChatEvents.ChatSdkV2Setuped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V2 的聊天室 SDK 安装完成回调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ChatEvents.ChatInfoChange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聊天室信息修改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ChatEvents.ChatReconnectSuccess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聊天室重连成功事件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ChatEvents.ChatConnectFail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聊天室连接失败事件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ChatEvents.ChatMessage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聊天消息事件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ChatEvents.ReplaceChatMessage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替换聊天消息事件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ChatEvents.ChatLike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点赞事件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ChatEvents.ChatLikeCountChange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点赞数修改事件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ChatEvents.ChatEmotionalFeedback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情绪反馈事件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ChatEvents.ChatUserLogin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聊天室用户登录事件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ChatEvents.ChatUserLogout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聊天室用户登出事件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ChatEvents.CurrentUserRelogin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当前用户重复登录事件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ChatEvents.ClearMsgHistory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清空聊天室事件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ChatEvents.RemoveChatMsg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删除某条消息事件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ChatEvents.CloseChatRoom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聊天室关闭事件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ChatEvents.OpenChatRoom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聊天室开启事件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ChatEvents.OnlineUserCountChange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在线人数改变事件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ChatEvents.OnlineUserListChange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在线用户列表改变事件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ChatEvents.ChatMsgReplayReload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聊天消息重放-重新加载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ChatEvents.ChatMsgReplayStatusChange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聊天消息重放状态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ChatEvents.OverMaxOnlineCount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超出直播间最大在线人数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ChatEvents.WhiteListRemoveUser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白名单移除用户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ChatEvents.SpeakToTop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评论上墙事件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ChatEvents.SpeakCancelTop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评论取消上墙事件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ChatEvents.OverLoginLimit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超出频道登录限制事件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聊天室模块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