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点赞</w:t>
      </w:r>
    </w:p>
    <w:p>
      <w:pPr>
        <w:pStyle w:val="Heading1"/>
      </w:pPr>
      <w:r>
        <w:t>一、功能概述</w:t>
      </w:r>
    </w:p>
    <w:p>
      <w:r>
        <w:rPr>
          <w:rFonts w:ascii="Menlo" w:hAnsi="Menlo"/>
          <w:color w:val="444444"/>
          <w:sz w:val="20"/>
        </w:rPr>
        <w:t>聊天室模块(chat)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提供点赞功能 Api，用于开发者集成点赞功能。</w:t>
      </w:r>
    </w:p>
    <w:p>
      <w:pPr>
        <w:pStyle w:val="Heading1"/>
      </w:pPr>
      <w:r>
        <w:t>二、使用方式 - 方法</w:t>
      </w:r>
    </w:p>
    <w:p/>
    <w:p>
      <w:pPr>
        <w:pStyle w:val="Heading2"/>
      </w:pPr>
      <w:r>
        <w:t>2.1 获取实时的点赞数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收到用户点赞事件后可通过该方法获取实时点赞数，通过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ChatEvents.ChatLikeCountChange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事件监听点赞数改变。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getRealtimeLikes():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realtimeLikes = watchCore.chat.getRealtimeLikes();</w:t>
        <w:br/>
        <w:t>console.log('实时点赞数：', realtimeLikes);</w:t>
      </w:r>
    </w:p>
    <w:p/>
    <w:p>
      <w:pPr>
        <w:pStyle w:val="Heading2"/>
      </w:pPr>
      <w:r>
        <w:t>2.2 发送点赞数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sendLike(times: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times：点赞数，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当前点赞数</w:t>
        <w:br/>
        <w:t>let currentRealtimeLikes = 0;</w:t>
        <w:br/>
        <w:t>// 待发送的点赞数</w:t>
        <w:br/>
        <w:t>let waitSendLikes = 0;</w:t>
        <w:br/>
        <w:br/>
        <w:t>/** 处理点击点赞按钮 */</w:t>
        <w:br/>
        <w:t>function onClickLikeButton() {</w:t>
        <w:br/>
        <w:t xml:space="preserve">  currentRealtimeLikes++;</w:t>
        <w:br/>
        <w:t xml:space="preserve">  waitSendLikes++;</w:t>
        <w:br/>
        <w:t>}</w:t>
        <w:br/>
        <w:br/>
        <w:t>/** 将待发送的点赞数发送到服务端 */</w:t>
        <w:br/>
        <w:t>async function toSendLike() {</w:t>
        <w:br/>
        <w:t xml:space="preserve">  if (!waitSendLikes) {</w:t>
        <w:br/>
        <w:t xml:space="preserve">    return;</w:t>
        <w:br/>
        <w:t xml:space="preserve">  }</w:t>
        <w:br/>
        <w:br/>
        <w:t xml:space="preserve">  try {</w:t>
        <w:br/>
        <w:t xml:space="preserve">    const realtimeLikes = await watchCore.chat.sendLike(waitSendLikes);</w:t>
        <w:br/>
        <w:t xml:space="preserve">    currentRealtimeLikes = realtimeLikes;</w:t>
        <w:br/>
        <w:t xml:space="preserve">  } finally {</w:t>
        <w:br/>
        <w:t xml:space="preserve">    // 清空待点赞数</w:t>
        <w:br/>
        <w:t xml:space="preserve">    waitSendLikes = 0;</w:t>
        <w:br/>
        <w:t xml:space="preserve">  }</w:t>
        <w:br/>
        <w:t>}</w:t>
        <w:br/>
        <w:br/>
        <w:t>// 每 5 秒中发送一次点赞，避免频繁请求</w:t>
        <w:br/>
        <w:t>window.setInterval(() =&gt; {</w:t>
        <w:br/>
        <w:t xml:space="preserve">  toSendLike();</w:t>
        <w:br/>
        <w:t>}, 5000);</w:t>
        <w:br/>
        <w:br/>
        <w:t>document.querySelector('.like-button').addEventListener('click', onClickLikeButton);</w:t>
      </w:r>
    </w:p>
    <w:p>
      <w:pPr>
        <w:pStyle w:val="Heading1"/>
      </w:pPr>
      <w:r>
        <w:t>三、使用方式 - 事件</w:t>
      </w:r>
    </w:p>
    <w:p/>
    <w:p>
      <w:pPr>
        <w:pStyle w:val="Heading2"/>
      </w:pPr>
      <w:r>
        <w:t>3.1 点赞数修改事件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通过该事件监听点赞数改变事件，回调后更新页面的点赞数显示。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ChatEvents.ChatLikeCountChange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realtimeLikes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watchCore.chat.eventEmitter.on(ChatEvents.ChatLikeCountChange, (data) =&gt; {</w:t>
        <w:br/>
        <w:t xml:space="preserve">  console.log('实时点赞数：', data.realtimeLikes);</w:t>
        <w:br/>
        <w:t>});</w:t>
      </w:r>
    </w:p>
    <w:p/>
    <w:p>
      <w:pPr>
        <w:pStyle w:val="Heading2"/>
      </w:pPr>
      <w:r>
        <w:t>3.2 点赞事件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通过该事件监听用户的点赞事件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ChatEvents.ChatLike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realtimeLikes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isSelf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是否自己点赞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watchCore.chat.eventEmitter.on(ChatEvents.ChatLike, (data) =&gt; {</w:t>
        <w:br/>
        <w:t xml:space="preserve">  console.log('实时点赞数：', data.realtimeLikes);</w:t>
        <w:br/>
        <w:t xml:space="preserve">  console.log('该观众的点赞次数', data.count);</w:t>
        <w:br/>
        <w:t xml:space="preserve">  console.log('点赞的观众 id', data.userId);</w:t>
        <w:br/>
        <w:t xml:space="preserve">  console.log('点赞的观众昵称', data.nick);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点赞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