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在线列表</w:t>
      </w:r>
    </w:p>
    <w:p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提供用户列表相关 Api，用于开发者开发在线人数、在线列表等功能。</w:t>
      </w:r>
    </w:p>
    <w:p/>
    <w:p>
      <w:pPr>
        <w:pStyle w:val="Heading1"/>
      </w:pPr>
      <w:r>
        <w:t>一、开始在线用户列表轮询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每隔 1 分钟轮询在线用户列表，调用后会立即触发一次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startOnlineUserListPolling():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v1.8.0 版本开始支持</w:t>
      </w:r>
    </w:p>
    <w:p/>
    <w:p>
      <w:pPr>
        <w:pStyle w:val="Heading1"/>
      </w:pPr>
      <w:r>
        <w:t>二、结束在线用户列表轮询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stopOnlineUserListPolling():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v1.8.0 版本开始支持</w:t>
      </w:r>
    </w:p>
    <w:p/>
    <w:p>
      <w:pPr>
        <w:pStyle w:val="Heading1"/>
      </w:pPr>
      <w:r>
        <w:t>三、获取在线用户列表新接口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getOnlineUserListNew():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watchCore.chat.getOnlineUserListNew();</w:t>
        <w:br/>
        <w:t>console.log('在线列表：', result.userlist);</w:t>
      </w:r>
    </w:p>
    <w:p/>
    <w:p>
      <w:pPr>
        <w:pStyle w:val="Heading1"/>
      </w:pPr>
      <w:r>
        <w:t>四、获取聊天室的实时在线人数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getOnlineUserCount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获取实时在线人数，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ChatEvents.OnlineUserCountChange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事件监听聊天室在线人数的改变。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getOnlineUserCount():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实时在线人数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onlineUserCount = watchCore.chat.getOnlineUserCount();</w:t>
        <w:br/>
        <w:t>console.log('当前聊天室在线人数：', onlineUserCount);</w:t>
        <w:br/>
        <w:br/>
        <w:t>// 监听人数改变</w:t>
        <w:br/>
        <w:t>watchCore.chat.eventEmitter.on(ChatEvents.OnlineUserCountChange, (data) =&gt; {</w:t>
        <w:br/>
        <w:t xml:space="preserve">  console.log('在线人数改变：', data.onlineUserCount);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在线列表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