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聊天重放</w:t>
      </w:r>
    </w:p>
    <w:p>
      <w:pPr>
        <w:pStyle w:val="Heading1"/>
      </w:pPr>
      <w:r>
        <w:t>一、功能概述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提供聊天重放功能 Api，用于开发者集成聊天重放功能。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聊天重放-基础使用示例</w:t>
      </w:r>
    </w:p>
    <w:p>
      <w:pPr>
        <w:pStyle w:val="Heading1"/>
      </w:pPr>
      <w:r>
        <w:t>二、使用方式 - 方法</w:t>
      </w:r>
    </w:p>
    <w:p/>
    <w:p>
      <w:pPr>
        <w:pStyle w:val="Heading2"/>
      </w:pPr>
      <w:r>
        <w:t>2.1 初始化聊天消息重放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initChatMsgReplay():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该方法需要在 </w:t>
      </w:r>
      <w:r>
        <w:rPr>
          <w:rFonts w:ascii="Menlo" w:hAnsi="Menlo"/>
          <w:color w:val="444444"/>
          <w:sz w:val="20"/>
        </w:rPr>
        <w:t>setChatMsgReplayPlaybackTarget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之后去执行，聊天室模块才能正常地去初始化聊天重放记录，使用过程中，会回调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ChatEvents.ChatMsgReplayStatusChange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watchCore.chat.eventEmitter.on(ChatEvents.ChatMsgReplayStatusChange, ({ status }) =&gt; {</w:t>
        <w:br/>
        <w:t xml:space="preserve">  console.info(status)</w:t>
        <w:br/>
        <w:t>}</w:t>
        <w:br/>
        <w:br/>
        <w:t>// 需要先执行 setChatMsgReplayPlaybackTarget 方法</w:t>
        <w:br/>
        <w:t>await watchCore.chat.initChatMsgReplay()</w:t>
      </w:r>
    </w:p>
    <w:p>
      <w:pPr>
        <w:pStyle w:val="Heading2"/>
      </w:pPr>
      <w:r>
        <w:t>2.2 添加聊天重放本地缓存插件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为了能够减少对聊天室接口的请求，聊天室模块在实现回放功能时，支持通过添加缓存插件，后续读取聊天重放记录时，优先从缓存中读取。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注意插件只会添加一次，添加完成后再添加不会生效，建议在 </w:t>
      </w:r>
      <w:r>
        <w:rPr>
          <w:rFonts w:ascii="Menlo" w:hAnsi="Menlo"/>
          <w:color w:val="444444"/>
          <w:sz w:val="20"/>
        </w:rPr>
        <w:t>initChatMsgReplay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方法调用之前添加插件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后续不推荐客户使用，直接使用聊天重放的 CDN 缓存，只是仍保留该方法，不对外同步该方法文档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addChatMsgReplayCachePlugin(localCache: ChatMsgReplayCachePluginType):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localCache：</w:t>
      </w:r>
      <w:r>
        <w:rPr>
          <w:rFonts w:ascii="Menlo" w:hAnsi="Menlo"/>
          <w:color w:val="444444"/>
          <w:sz w:val="20"/>
        </w:rPr>
        <w:t>ChatMsgReplayCachePluginType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getItem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setItem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removeItem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iterate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Function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以 localforage 库为例</w:t>
        <w:br/>
        <w:t>import localForage from 'localforage'</w:t>
        <w:br/>
        <w:t>watchCore.chat.addChatMsgReplayCachePlugin({</w:t>
        <w:br/>
        <w:t xml:space="preserve">   getItem: localForage.getItem,</w:t>
        <w:br/>
        <w:t xml:space="preserve">   setItem: localForage.setItem,</w:t>
        <w:br/>
        <w:t xml:space="preserve">   removeItem: localForage.removeItem,</w:t>
        <w:br/>
        <w:t xml:space="preserve">   iterate: localForage.iterate,</w:t>
        <w:br/>
        <w:t xml:space="preserve"> });</w:t>
      </w:r>
    </w:p>
    <w:p/>
    <w:p>
      <w:pPr>
        <w:pStyle w:val="Heading2"/>
      </w:pPr>
      <w:r>
        <w:t>2.3 获取聊天消息重放历史数据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getChatMsgReplayHistoryList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来获取聊天消息重放的历史数据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getChatMsgReplayHistoryList(options: Object): Promise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聊天重放请求历史数据模式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ChatReplayRequestHistoryMode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replayMsg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根据指定的模式传入对应的重放消息，比如需要加载旧数据，则传入当前聊天数据中的第一条消息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ChatReplayMsgType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聊天数量，限制最大为 60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聊天消息重放历史数据，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ChatReplayRequestHistoryMode } from "@polyv/live-watch-sdk"</w:t>
        <w:br/>
        <w:t>const data = await watchCore.chat.getChatMsgReplayHistoryList({</w:t>
        <w:br/>
        <w:t xml:space="preserve">   mode: ChatReplayRequestHistoryMode.Init,</w:t>
        <w:br/>
        <w:t xml:space="preserve">   count: 20</w:t>
        <w:br/>
        <w:t>})</w:t>
      </w:r>
    </w:p>
    <w:p/>
    <w:p>
      <w:pPr>
        <w:pStyle w:val="Heading2"/>
      </w:pPr>
      <w:r>
        <w:t>2.4 处理聊天消息重放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外部使用时，需要结合观看页 SDK 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PlayerEvents.TimeUpdate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事件回调来一起使用，使用过程中，可以通过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>` 事件来获取重放的消息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由于回放时可以通过播放器进度条快速跳转，此时可以通过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ChatEvents.ChatMsgReplayReload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事件来监听是否需要重新加载聊天室数据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processChatMsgReplay(params: Object): void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v0.3.0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当前播放时间，单位：秒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durationTime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播放总时长，单位：秒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watchCore.chat.eventEmitter.on(ChatEvents.ChatMessage, ({ chatMsg })=&gt; {</w:t>
        <w:br/>
        <w:t xml:space="preserve">   console.info(chatMsg);</w:t>
        <w:br/>
        <w:t>})</w:t>
        <w:br/>
        <w:br/>
        <w:t>watchCore.chat.eventEmitter.on(ChatEvents.ChatMsgReplayReload, ()=&gt; {</w:t>
        <w:br/>
        <w:t xml:space="preserve">   console.info("重新加载聊天室数据");</w:t>
        <w:br/>
        <w:t>})</w:t>
        <w:br/>
        <w:br/>
        <w:t>watchCore.player.eventEmitter.on(PlayerEvents.TimeUpdate, params =&gt; {</w:t>
        <w:br/>
        <w:t xml:space="preserve">   watchCore.chat.processChatMsgReplay(params);</w:t>
        <w:br/>
        <w:t>});</w:t>
        <w:br/>
      </w:r>
    </w:p>
    <w:p>
      <w:pPr>
        <w:pStyle w:val="Heading1"/>
      </w:pPr>
      <w:r>
        <w:t>三、使用方式 - 事件</w:t>
      </w:r>
    </w:p>
    <w:p/>
    <w:p>
      <w:pPr>
        <w:pStyle w:val="Heading2"/>
      </w:pPr>
      <w:r>
        <w:t>3.1 聊天消息重放状态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ChatEvents.ChatMsgReplayStatusChange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重放状态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ChatMsgReplayStatus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watchCore.chat.eventEmitter.on(ChatEvents.ChatMsgReplayStatusChange, (params) =&gt; {</w:t>
        <w:br/>
        <w:t xml:space="preserve">  console.log('聊天重放状态变更：', params.status);</w:t>
        <w:br/>
        <w:t>});</w:t>
      </w:r>
    </w:p>
    <w:p/>
    <w:p>
      <w:pPr>
        <w:pStyle w:val="Heading2"/>
      </w:pPr>
      <w:r>
        <w:t>3.2 聊天消息重放-重新加载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通知外部重新加载聊天重放的数据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ChatEvents.ChatMsgReplayReload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seconds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watchCore.chat.eventEmitter.on(ChatEvents.ChatMsgReplayReload, () =&gt; {</w:t>
        <w:br/>
        <w:t xml:space="preserve">  // initChatMsgRender</w:t>
        <w:br/>
        <w:t xml:space="preserve">  console.log('需要重新加载聊天重放数据渲染表格');</w:t>
        <w:br/>
        <w:t>});</w:t>
      </w:r>
    </w:p>
    <w:p/>
    <w:p>
      <w:pPr>
        <w:pStyle w:val="Heading2"/>
      </w:pPr>
      <w:r>
        <w:t>3.3 聊天消息事件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当收到聊天消息后触发该事件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isChatReplayMsg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是否为聊天重放消息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聊天消息列表</w:t>
        <w:br/>
        <w:t>const chatMsgList: ChatMsgType[] = [];</w:t>
        <w:br/>
        <w:br/>
        <w:t>// 聊天消息事件</w:t>
        <w:br/>
        <w:t>watchCore.chat.eventEmitter.on(ChatEvents.ChatMessage, (data) =&gt; {</w:t>
        <w:br/>
        <w:t>// 插入到聊天消息列表</w:t>
        <w:br/>
        <w:t xml:space="preserve">  chatMsgList.push(data.chatMsg);</w:t>
        <w:br/>
        <w:t xml:space="preserve">  // 渲染聊天消息...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聊天重放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