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一、频道安装失败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安装 channel 模块失败时会触发该事件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ChannelEvents.ChannelSetupFail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failReason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频道安装失败原因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ChannelSetupFailReason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failMessage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频道安装失败信息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二、直播状态改变事件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当主讲开始/结束直播后，频道的直播状态都会改变，通过该事件监听直播状态改变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ChannelEvents.LiveStatusChange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newLiveStatus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oldLiveStatus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1"/>
      </w:pPr>
      <w:r>
        <w:t>三、场次号改变事件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主讲开次新的一次直播后，都会生成一个新的直播场次号，可以通过频道模块的该事件监听直播场次号改变。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ChannelEvents.SessionIdChange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新的场次号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1"/>
      </w:pPr>
      <w:r>
        <w:t>四、研讨会主持加入分组讨论事件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ChannelEvents.SeminarHostJoinInGroup</w:t>
      </w:r>
    </w:p>
    <w:p/>
    <w:p>
      <w:pPr>
        <w:pStyle w:val="Heading1"/>
      </w:pPr>
      <w:r>
        <w:t>五、研讨会主持离开分组讨论事件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ChannelEvents.SeminarHostLeaveGroup</w:t>
      </w:r>
    </w:p>
    <w:p/>
    <w:p>
      <w:pPr>
        <w:pStyle w:val="Heading1"/>
      </w:pPr>
      <w:r>
        <w:t>六、观众累计观看时长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ChannelEvents.ViewerWatchDuration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累计观看时长，单位秒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watchCore.channel.eventEmitter.on(ChannelEvents.ViewerWatchDuration, (data) =&gt; {</w:t>
        <w:br/>
        <w:t xml:space="preserve">  console.log('观众累计观看时长', data.duration);</w:t>
        <w:br/>
        <w:t>});</w:t>
      </w:r>
    </w:p>
    <w:p/>
    <w:p>
      <w:pPr>
        <w:pStyle w:val="Heading1"/>
      </w:pPr>
      <w:r>
        <w:t>七、转播双师房间切换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ChannelEvents.TransmitDoubleRoomChange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切换到哪个类型的房间: main(主房间)，child(子房间)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'main' \| 'child'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八、关联转播状态变更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ChannelEvents.TransmitChannelSwitch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九、管理员公告跑马灯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ChannelEvents.ManagerBulletinMarquee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十、测试模式变更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ChannelEvents.TestModeChange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inTestMode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当前是否处于测试模式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十一、授权过期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ChannelEvents.AuthExpired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