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观看条件 - 白名单观看</w:t>
      </w:r>
    </w:p>
    <w:p>
      <w:pPr>
        <w:pStyle w:val="Heading1"/>
      </w:pPr>
      <w:r>
        <w:t>一、设置信息</w:t>
      </w:r>
    </w:p>
    <w:p/>
    <w:p>
      <w:pPr>
        <w:pStyle w:val="Heading2"/>
      </w:pPr>
      <w:r>
        <w:t>1.1 白名单观看条件设置信息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Interface 接口：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AuthSettingItemPhone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条件类型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Phone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是否启用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 \| YN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privacyContent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隐私声明内容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privacyStatus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是否开启隐私声明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YN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欢迎标题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whiteListEntryText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入口文本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null \| 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whiteListInputTips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输入提示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二、使用方式</w:t>
      </w:r>
    </w:p>
    <w:p/>
    <w:p>
      <w:pPr>
        <w:pStyle w:val="Heading2"/>
      </w:pPr>
      <w:r>
        <w:t>2.1 验证白名单观看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Api 方法：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verifyPhoneAuth(params: VerifyPhoneAuthParams): Promise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参数说明：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params：白名单参数，</w:t>
      </w:r>
      <w:r>
        <w:rPr>
          <w:rFonts w:ascii="Menlo" w:hAnsi="Menlo"/>
          <w:color w:val="444444"/>
          <w:sz w:val="20"/>
        </w:rPr>
        <w:t>VerifyPhoneAuthParams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类型，必传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返回值说明：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授权结果，</w:t>
      </w:r>
      <w:r>
        <w:rPr>
          <w:rFonts w:ascii="Menlo" w:hAnsi="Menlo"/>
          <w:color w:val="444444"/>
          <w:sz w:val="20"/>
        </w:rPr>
        <w:t>Promise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类型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执行白名单授权</w:t>
        <w:br/>
        <w:t>async function toDoAuthPhone(phone) {</w:t>
        <w:br/>
        <w:t xml:space="preserve">  const result = await watchCore.auth.verifyPhoneAuth({</w:t>
        <w:br/>
        <w:t xml:space="preserve">    phone,</w:t>
        <w:br/>
        <w:t xml:space="preserve">  });</w:t>
        <w:br/>
        <w:t xml:space="preserve">  if (result.success) {</w:t>
        <w:br/>
        <w:t xml:space="preserve">    await handleAuthVerifySuccess(result);</w:t>
        <w:br/>
        <w:t xml:space="preserve">  } else {</w:t>
        <w:br/>
        <w:t xml:space="preserve">    await handleAuthVerifyFail(result);</w:t>
        <w:br/>
        <w:t xml:space="preserve">  }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观看条件 - 白名单观看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